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2120F8" w14:textId="42122EFA" w:rsidR="00E804CA" w:rsidRPr="00841385" w:rsidRDefault="00A21786">
      <w:pPr>
        <w:spacing w:after="520"/>
        <w:rPr>
          <w:lang w:val="et-EE"/>
        </w:rPr>
      </w:pPr>
      <w:r>
        <w:rPr>
          <w:noProof/>
          <w:lang w:val="et-EE"/>
        </w:rPr>
        <w:drawing>
          <wp:anchor distT="0" distB="0" distL="114300" distR="114300" simplePos="0" relativeHeight="251658244" behindDoc="0" locked="0" layoutInCell="1" allowOverlap="1" wp14:anchorId="7A8BE2EA" wp14:editId="4EA0F460">
            <wp:simplePos x="0" y="0"/>
            <wp:positionH relativeFrom="page">
              <wp:align>right</wp:align>
            </wp:positionH>
            <wp:positionV relativeFrom="paragraph">
              <wp:posOffset>0</wp:posOffset>
            </wp:positionV>
            <wp:extent cx="2809240" cy="1271270"/>
            <wp:effectExtent l="0" t="0" r="0" b="508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8"/>
                    <a:stretch>
                      <a:fillRect/>
                    </a:stretch>
                  </pic:blipFill>
                  <pic:spPr>
                    <a:xfrm>
                      <a:off x="0" y="0"/>
                      <a:ext cx="2809240" cy="1271270"/>
                    </a:xfrm>
                    <a:prstGeom prst="rect">
                      <a:avLst/>
                    </a:prstGeom>
                  </pic:spPr>
                </pic:pic>
              </a:graphicData>
            </a:graphic>
          </wp:anchor>
        </w:drawing>
      </w:r>
      <w:r w:rsidR="00873725" w:rsidRPr="00841385">
        <w:rPr>
          <w:rFonts w:eastAsia="Arial"/>
          <w:b/>
          <w:color w:val="D26A3A"/>
          <w:sz w:val="20"/>
          <w:lang w:val="et-EE"/>
        </w:rPr>
        <w:t>PRAKTILINE KOOLITUS</w:t>
      </w:r>
    </w:p>
    <w:p w14:paraId="4BFA7F11" w14:textId="77777777" w:rsidR="00E804CA" w:rsidRPr="00841385" w:rsidRDefault="00873725">
      <w:pPr>
        <w:spacing w:after="200"/>
        <w:rPr>
          <w:lang w:val="et-EE"/>
        </w:rPr>
      </w:pPr>
      <w:r w:rsidRPr="00841385">
        <w:rPr>
          <w:rFonts w:eastAsia="Arial"/>
          <w:b/>
          <w:color w:val="173B45"/>
          <w:sz w:val="60"/>
          <w:lang w:val="et-EE"/>
        </w:rPr>
        <w:t>VALMIS</w:t>
      </w:r>
      <w:r w:rsidRPr="00841385">
        <w:rPr>
          <w:rFonts w:eastAsia="Arial"/>
          <w:b/>
          <w:color w:val="173B45"/>
          <w:sz w:val="60"/>
          <w:lang w:val="et-EE"/>
        </w:rPr>
        <w:br/>
        <w:t>KRIISIKS</w:t>
      </w:r>
    </w:p>
    <w:p w14:paraId="63E99920" w14:textId="77777777" w:rsidR="00E804CA" w:rsidRPr="00841385" w:rsidRDefault="00873725">
      <w:pPr>
        <w:spacing w:after="560"/>
        <w:rPr>
          <w:lang w:val="et-EE"/>
        </w:rPr>
      </w:pPr>
      <w:r w:rsidRPr="00841385">
        <w:rPr>
          <w:rFonts w:eastAsia="Arial"/>
          <w:color w:val="1F6F78"/>
          <w:sz w:val="34"/>
          <w:lang w:val="et-EE"/>
        </w:rPr>
        <w:t>Inimene, kodu ja kogukond</w:t>
      </w:r>
    </w:p>
    <w:tbl>
      <w:tblPr>
        <w:tblW w:w="9648" w:type="dxa"/>
        <w:tblInd w:w="120" w:type="dxa"/>
        <w:tblLayout w:type="fixed"/>
        <w:tblLook w:val="04A0" w:firstRow="1" w:lastRow="0" w:firstColumn="1" w:lastColumn="0" w:noHBand="0" w:noVBand="1"/>
      </w:tblPr>
      <w:tblGrid>
        <w:gridCol w:w="9648"/>
      </w:tblGrid>
      <w:tr w:rsidR="00E804CA" w:rsidRPr="00841385" w14:paraId="20EA7BCE" w14:textId="77777777">
        <w:tc>
          <w:tcPr>
            <w:tcW w:w="9648" w:type="dxa"/>
            <w:tcBorders>
              <w:left w:val="single" w:sz="10" w:space="0" w:color="D26A3A"/>
            </w:tcBorders>
            <w:shd w:val="clear" w:color="auto" w:fill="F8ECE5"/>
            <w:tcMar>
              <w:top w:w="90" w:type="dxa"/>
              <w:left w:w="120" w:type="dxa"/>
              <w:bottom w:w="90" w:type="dxa"/>
              <w:right w:w="120" w:type="dxa"/>
            </w:tcMar>
            <w:vAlign w:val="center"/>
          </w:tcPr>
          <w:p w14:paraId="13A44B53" w14:textId="77777777" w:rsidR="00E804CA" w:rsidRPr="00841385" w:rsidRDefault="00873725">
            <w:pPr>
              <w:spacing w:after="0"/>
              <w:rPr>
                <w:lang w:val="et-EE"/>
              </w:rPr>
            </w:pPr>
            <w:r w:rsidRPr="00841385">
              <w:rPr>
                <w:rFonts w:eastAsia="Arial"/>
                <w:b/>
                <w:color w:val="D26A3A"/>
                <w:sz w:val="20"/>
                <w:lang w:val="et-EE"/>
              </w:rPr>
              <w:t xml:space="preserve">LÄBIV MÕTE  </w:t>
            </w:r>
            <w:r w:rsidRPr="00841385">
              <w:rPr>
                <w:rFonts w:eastAsia="Arial"/>
                <w:sz w:val="20"/>
                <w:lang w:val="et-EE"/>
              </w:rPr>
              <w:t>Meil pole põhjust paanikaks, aga meil peab olema plaan.</w:t>
            </w:r>
          </w:p>
        </w:tc>
      </w:tr>
    </w:tbl>
    <w:p w14:paraId="5E9C60B5" w14:textId="77777777" w:rsidR="00E804CA" w:rsidRPr="00841385" w:rsidRDefault="00E804CA">
      <w:pPr>
        <w:spacing w:after="60"/>
        <w:rPr>
          <w:lang w:val="et-EE"/>
        </w:rPr>
      </w:pPr>
    </w:p>
    <w:p w14:paraId="3036D58C" w14:textId="77777777" w:rsidR="00E804CA" w:rsidRPr="00841385" w:rsidRDefault="00873725">
      <w:pPr>
        <w:spacing w:after="880"/>
        <w:rPr>
          <w:lang w:val="et-EE"/>
        </w:rPr>
      </w:pPr>
      <w:r w:rsidRPr="00841385">
        <w:rPr>
          <w:rFonts w:eastAsia="Arial"/>
          <w:color w:val="3F4A4D"/>
          <w:sz w:val="24"/>
          <w:lang w:val="et-EE"/>
        </w:rPr>
        <w:t>Selle töövihiku täitmise lõpuks on sul oma isikliku kriisiplaani esimene versioon.</w:t>
      </w:r>
    </w:p>
    <w:tbl>
      <w:tblPr>
        <w:tblW w:w="9648" w:type="dxa"/>
        <w:tblInd w:w="120" w:type="dxa"/>
        <w:tblLayout w:type="fixed"/>
        <w:tblLook w:val="04A0" w:firstRow="1" w:lastRow="0" w:firstColumn="1" w:lastColumn="0" w:noHBand="0" w:noVBand="1"/>
      </w:tblPr>
      <w:tblGrid>
        <w:gridCol w:w="9648"/>
      </w:tblGrid>
      <w:tr w:rsidR="00E804CA" w:rsidRPr="00841385" w14:paraId="3D18471F" w14:textId="77777777">
        <w:tc>
          <w:tcPr>
            <w:tcW w:w="9648" w:type="dxa"/>
            <w:tcBorders>
              <w:bottom w:val="single" w:sz="5" w:space="0" w:color="D5DEDF"/>
            </w:tcBorders>
            <w:tcMar>
              <w:top w:w="90" w:type="dxa"/>
              <w:left w:w="120" w:type="dxa"/>
              <w:bottom w:w="90" w:type="dxa"/>
              <w:right w:w="120" w:type="dxa"/>
            </w:tcMar>
            <w:vAlign w:val="center"/>
          </w:tcPr>
          <w:p w14:paraId="42AB34E0" w14:textId="77777777" w:rsidR="00E804CA" w:rsidRPr="00841385" w:rsidRDefault="00873725">
            <w:pPr>
              <w:rPr>
                <w:lang w:val="et-EE"/>
              </w:rPr>
            </w:pPr>
            <w:r w:rsidRPr="00841385">
              <w:rPr>
                <w:rFonts w:eastAsia="Arial"/>
                <w:b/>
                <w:color w:val="3F4A4D"/>
                <w:sz w:val="19"/>
                <w:lang w:val="et-EE"/>
              </w:rPr>
              <w:t>Nimi</w:t>
            </w:r>
          </w:p>
        </w:tc>
      </w:tr>
      <w:tr w:rsidR="00E804CA" w:rsidRPr="00841385" w14:paraId="67BAADDD" w14:textId="77777777">
        <w:tc>
          <w:tcPr>
            <w:tcW w:w="9648" w:type="dxa"/>
            <w:tcBorders>
              <w:bottom w:val="single" w:sz="5" w:space="0" w:color="D5DEDF"/>
            </w:tcBorders>
            <w:tcMar>
              <w:top w:w="90" w:type="dxa"/>
              <w:left w:w="120" w:type="dxa"/>
              <w:bottom w:w="90" w:type="dxa"/>
              <w:right w:w="120" w:type="dxa"/>
            </w:tcMar>
            <w:vAlign w:val="center"/>
          </w:tcPr>
          <w:p w14:paraId="676D509E" w14:textId="77777777" w:rsidR="00E804CA" w:rsidRPr="00841385" w:rsidRDefault="00873725">
            <w:pPr>
              <w:rPr>
                <w:lang w:val="et-EE"/>
              </w:rPr>
            </w:pPr>
            <w:r w:rsidRPr="00841385">
              <w:rPr>
                <w:rFonts w:eastAsia="Arial"/>
                <w:b/>
                <w:color w:val="3F4A4D"/>
                <w:sz w:val="19"/>
                <w:lang w:val="et-EE"/>
              </w:rPr>
              <w:t>Kuupäev</w:t>
            </w:r>
          </w:p>
        </w:tc>
      </w:tr>
    </w:tbl>
    <w:p w14:paraId="7FACE9C6" w14:textId="77777777" w:rsidR="00E804CA" w:rsidRPr="00841385" w:rsidRDefault="00E804CA">
      <w:pPr>
        <w:spacing w:after="40"/>
        <w:rPr>
          <w:lang w:val="et-EE"/>
        </w:rPr>
      </w:pPr>
    </w:p>
    <w:p w14:paraId="27913FC0" w14:textId="77777777" w:rsidR="00E804CA" w:rsidRPr="00841385" w:rsidRDefault="00873725">
      <w:pPr>
        <w:spacing w:after="40"/>
        <w:rPr>
          <w:lang w:val="et-EE"/>
        </w:rPr>
      </w:pPr>
      <w:r w:rsidRPr="00841385">
        <w:rPr>
          <w:rFonts w:eastAsia="Arial"/>
          <w:b/>
          <w:color w:val="1F6F78"/>
          <w:sz w:val="19"/>
          <w:lang w:val="et-EE"/>
        </w:rPr>
        <w:t>Tallinna Rahvaülikool  |  Tallinn, Estonia pst 5a  |  26.09.2026</w:t>
      </w:r>
    </w:p>
    <w:p w14:paraId="0A47751B" w14:textId="77777777" w:rsidR="00E804CA" w:rsidRDefault="00873725">
      <w:pPr>
        <w:spacing w:after="60"/>
        <w:rPr>
          <w:rFonts w:eastAsia="Arial"/>
          <w:color w:val="3F4A4D"/>
          <w:sz w:val="19"/>
          <w:lang w:val="et-EE"/>
        </w:rPr>
      </w:pPr>
      <w:r w:rsidRPr="00841385">
        <w:rPr>
          <w:rFonts w:eastAsia="Arial"/>
          <w:color w:val="3F4A4D"/>
          <w:sz w:val="19"/>
          <w:lang w:val="et-EE"/>
        </w:rPr>
        <w:t>Koolitus 10.00–13.00</w:t>
      </w:r>
    </w:p>
    <w:p w14:paraId="28D0FEDB" w14:textId="77777777" w:rsidR="001144A0" w:rsidRDefault="001144A0">
      <w:pPr>
        <w:spacing w:after="60"/>
        <w:rPr>
          <w:rFonts w:eastAsia="Arial"/>
          <w:color w:val="3F4A4D"/>
          <w:sz w:val="19"/>
          <w:lang w:val="et-EE"/>
        </w:rPr>
      </w:pPr>
    </w:p>
    <w:p w14:paraId="165D4529" w14:textId="620ECE31" w:rsidR="001144A0" w:rsidRDefault="00A21786">
      <w:pPr>
        <w:spacing w:after="60"/>
        <w:rPr>
          <w:rFonts w:eastAsia="Arial"/>
          <w:color w:val="3F4A4D"/>
          <w:sz w:val="19"/>
          <w:lang w:val="et-EE"/>
        </w:rPr>
      </w:pPr>
      <w:r w:rsidRPr="00A21786">
        <w:rPr>
          <w:rFonts w:eastAsia="Arial"/>
          <w:noProof/>
          <w:color w:val="3F4A4D"/>
          <w:sz w:val="19"/>
          <w:lang w:val="et-EE"/>
        </w:rPr>
        <mc:AlternateContent>
          <mc:Choice Requires="wps">
            <w:drawing>
              <wp:anchor distT="45720" distB="45720" distL="114300" distR="114300" simplePos="0" relativeHeight="251658245" behindDoc="0" locked="0" layoutInCell="1" allowOverlap="1" wp14:anchorId="1883E43C" wp14:editId="022C02E9">
                <wp:simplePos x="0" y="0"/>
                <wp:positionH relativeFrom="page">
                  <wp:align>right</wp:align>
                </wp:positionH>
                <wp:positionV relativeFrom="paragraph">
                  <wp:posOffset>14605</wp:posOffset>
                </wp:positionV>
                <wp:extent cx="2360930" cy="1404620"/>
                <wp:effectExtent l="0" t="0" r="889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400F405D" w14:textId="240A1508" w:rsidR="00A21786" w:rsidRPr="00A21786" w:rsidRDefault="00A21786" w:rsidP="00A21786">
                            <w:pPr>
                              <w:jc w:val="right"/>
                              <w:rPr>
                                <w:color w:val="595959" w:themeColor="text1" w:themeTint="A6"/>
                              </w:rPr>
                            </w:pPr>
                            <w:r w:rsidRPr="00A21786">
                              <w:rPr>
                                <w:color w:val="595959" w:themeColor="text1" w:themeTint="A6"/>
                              </w:rPr>
                              <w:t>Artur Raudna</w:t>
                            </w:r>
                          </w:p>
                          <w:p w14:paraId="6A0D715F" w14:textId="586B7A90" w:rsidR="00A21786" w:rsidRPr="00A21786" w:rsidRDefault="00A21786" w:rsidP="00A21786">
                            <w:pPr>
                              <w:jc w:val="right"/>
                              <w:rPr>
                                <w:color w:val="595959" w:themeColor="text1" w:themeTint="A6"/>
                              </w:rPr>
                            </w:pPr>
                            <w:r w:rsidRPr="00A21786">
                              <w:rPr>
                                <w:color w:val="595959" w:themeColor="text1" w:themeTint="A6"/>
                              </w:rPr>
                              <w:t>Jorma Evisalu</w:t>
                            </w:r>
                          </w:p>
                          <w:p w14:paraId="607131EA" w14:textId="3F862DD1" w:rsidR="00A21786" w:rsidRPr="00A21786" w:rsidRDefault="00A21786" w:rsidP="00A21786">
                            <w:pPr>
                              <w:jc w:val="right"/>
                              <w:rPr>
                                <w:color w:val="595959" w:themeColor="text1" w:themeTint="A6"/>
                              </w:rPr>
                            </w:pPr>
                            <w:r w:rsidRPr="00A21786">
                              <w:rPr>
                                <w:color w:val="595959" w:themeColor="text1" w:themeTint="A6"/>
                              </w:rPr>
                              <w:t>OÜ Pisirohe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1883E43C" id="_x0000_t202" coordsize="21600,21600" o:spt="202" path="m,l,21600r21600,l21600,xe">
                <v:stroke joinstyle="miter"/>
                <v:path gradientshapeok="t" o:connecttype="rect"/>
              </v:shapetype>
              <v:shape id="Text Box 2" o:spid="_x0000_s1026" type="#_x0000_t202" style="position:absolute;margin-left:134.7pt;margin-top:1.15pt;width:185.9pt;height:110.6pt;z-index:251658245;visibility:visible;mso-wrap-style:square;mso-width-percent:400;mso-height-percent:200;mso-wrap-distance-left:9pt;mso-wrap-distance-top:3.6pt;mso-wrap-distance-right:9pt;mso-wrap-distance-bottom:3.6pt;mso-position-horizontal:right;mso-position-horizontal-relative:page;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" stroked="f">
                <v:textbox style="mso-fit-shape-to-text:t">
                  <w:txbxContent>
                    <w:p w14:paraId="400F405D" w14:textId="240A1508" w:rsidR="00A21786" w:rsidRPr="00A21786" w:rsidRDefault="00A21786" w:rsidP="00A21786">
                      <w:pPr>
                        <w:jc w:val="right"/>
                        <w:rPr>
                          <w:color w:val="595959" w:themeColor="text1" w:themeTint="A6"/>
                        </w:rPr>
                      </w:pPr>
                      <w:r w:rsidRPr="00A21786">
                        <w:rPr>
                          <w:color w:val="595959" w:themeColor="text1" w:themeTint="A6"/>
                        </w:rPr>
                        <w:t>Artur Raudna</w:t>
                      </w:r>
                    </w:p>
                    <w:p w14:paraId="6A0D715F" w14:textId="586B7A90" w:rsidR="00A21786" w:rsidRPr="00A21786" w:rsidRDefault="00A21786" w:rsidP="00A21786">
                      <w:pPr>
                        <w:jc w:val="right"/>
                        <w:rPr>
                          <w:color w:val="595959" w:themeColor="text1" w:themeTint="A6"/>
                        </w:rPr>
                      </w:pPr>
                      <w:r w:rsidRPr="00A21786">
                        <w:rPr>
                          <w:color w:val="595959" w:themeColor="text1" w:themeTint="A6"/>
                        </w:rPr>
                        <w:t>Jorma Evisalu</w:t>
                      </w:r>
                    </w:p>
                    <w:p w14:paraId="607131EA" w14:textId="3F862DD1" w:rsidR="00A21786" w:rsidRPr="00A21786" w:rsidRDefault="00A21786" w:rsidP="00A21786">
                      <w:pPr>
                        <w:jc w:val="right"/>
                        <w:rPr>
                          <w:color w:val="595959" w:themeColor="text1" w:themeTint="A6"/>
                        </w:rPr>
                      </w:pPr>
                      <w:r w:rsidRPr="00A21786">
                        <w:rPr>
                          <w:color w:val="595959" w:themeColor="text1" w:themeTint="A6"/>
                        </w:rPr>
                        <w:t>OÜ Pisirohe</w:t>
                      </w:r>
                    </w:p>
                  </w:txbxContent>
                </v:textbox>
                <w10:wrap type="square" anchorx="page"/>
              </v:shape>
            </w:pict>
          </mc:Fallback>
        </mc:AlternateContent>
      </w:r>
    </w:p>
    <w:p w14:paraId="2346B227" w14:textId="77777777" w:rsidR="001144A0" w:rsidRDefault="001144A0">
      <w:pPr>
        <w:spacing w:after="60"/>
        <w:rPr>
          <w:rFonts w:eastAsia="Arial"/>
          <w:color w:val="3F4A4D"/>
          <w:sz w:val="19"/>
          <w:lang w:val="et-EE"/>
        </w:rPr>
      </w:pPr>
    </w:p>
    <w:p w14:paraId="642D8413" w14:textId="77777777" w:rsidR="001144A0" w:rsidRDefault="001144A0">
      <w:pPr>
        <w:spacing w:after="60"/>
        <w:rPr>
          <w:rFonts w:eastAsia="Arial"/>
          <w:color w:val="3F4A4D"/>
          <w:sz w:val="19"/>
          <w:lang w:val="et-EE"/>
        </w:rPr>
      </w:pPr>
    </w:p>
    <w:p w14:paraId="628F3F9E" w14:textId="77777777" w:rsidR="001144A0" w:rsidRDefault="001144A0">
      <w:pPr>
        <w:spacing w:after="60"/>
        <w:rPr>
          <w:rFonts w:eastAsia="Arial"/>
          <w:color w:val="3F4A4D"/>
          <w:sz w:val="19"/>
          <w:lang w:val="et-EE"/>
        </w:rPr>
      </w:pPr>
    </w:p>
    <w:p w14:paraId="0D3A3FF7" w14:textId="77777777" w:rsidR="001144A0" w:rsidRDefault="001144A0">
      <w:pPr>
        <w:spacing w:after="60"/>
        <w:rPr>
          <w:rFonts w:eastAsia="Arial"/>
          <w:color w:val="3F4A4D"/>
          <w:sz w:val="19"/>
          <w:lang w:val="et-EE"/>
        </w:rPr>
      </w:pPr>
    </w:p>
    <w:p w14:paraId="44E54E63" w14:textId="77777777" w:rsidR="001144A0" w:rsidRDefault="001144A0">
      <w:pPr>
        <w:spacing w:after="60"/>
        <w:rPr>
          <w:rFonts w:eastAsia="Arial"/>
          <w:color w:val="3F4A4D"/>
          <w:sz w:val="19"/>
          <w:lang w:val="et-EE"/>
        </w:rPr>
      </w:pPr>
    </w:p>
    <w:p w14:paraId="24B20310" w14:textId="77777777" w:rsidR="001144A0" w:rsidRDefault="001144A0">
      <w:pPr>
        <w:spacing w:after="60"/>
        <w:rPr>
          <w:rFonts w:eastAsia="Arial"/>
          <w:color w:val="3F4A4D"/>
          <w:sz w:val="19"/>
          <w:lang w:val="et-EE"/>
        </w:rPr>
      </w:pPr>
    </w:p>
    <w:p w14:paraId="27DD8631" w14:textId="77777777" w:rsidR="001144A0" w:rsidRDefault="001144A0">
      <w:pPr>
        <w:spacing w:after="60"/>
        <w:rPr>
          <w:rFonts w:eastAsia="Arial"/>
          <w:color w:val="3F4A4D"/>
          <w:sz w:val="19"/>
          <w:lang w:val="et-EE"/>
        </w:rPr>
      </w:pPr>
    </w:p>
    <w:p w14:paraId="421679D7" w14:textId="77777777" w:rsidR="001144A0" w:rsidRDefault="001144A0">
      <w:pPr>
        <w:spacing w:after="60"/>
        <w:rPr>
          <w:rFonts w:eastAsia="Arial"/>
          <w:color w:val="3F4A4D"/>
          <w:sz w:val="19"/>
          <w:lang w:val="et-EE"/>
        </w:rPr>
      </w:pPr>
    </w:p>
    <w:p w14:paraId="6AC5DDF7" w14:textId="77777777" w:rsidR="001144A0" w:rsidRDefault="001144A0">
      <w:pPr>
        <w:spacing w:after="60"/>
        <w:rPr>
          <w:rFonts w:eastAsia="Arial"/>
          <w:color w:val="3F4A4D"/>
          <w:sz w:val="19"/>
          <w:lang w:val="et-EE"/>
        </w:rPr>
      </w:pPr>
    </w:p>
    <w:p w14:paraId="34C744C8" w14:textId="77777777" w:rsidR="001144A0" w:rsidRDefault="001144A0">
      <w:pPr>
        <w:spacing w:after="60"/>
        <w:rPr>
          <w:rFonts w:eastAsia="Arial"/>
          <w:color w:val="3F4A4D"/>
          <w:sz w:val="19"/>
          <w:lang w:val="et-EE"/>
        </w:rPr>
      </w:pPr>
    </w:p>
    <w:p w14:paraId="1AA2D46E" w14:textId="77777777" w:rsidR="001144A0" w:rsidRDefault="001144A0">
      <w:pPr>
        <w:spacing w:after="60"/>
        <w:rPr>
          <w:rFonts w:eastAsia="Arial"/>
          <w:color w:val="3F4A4D"/>
          <w:sz w:val="19"/>
          <w:lang w:val="et-EE"/>
        </w:rPr>
      </w:pPr>
    </w:p>
    <w:p w14:paraId="18D071BB" w14:textId="77777777" w:rsidR="001144A0" w:rsidRDefault="001144A0">
      <w:pPr>
        <w:spacing w:after="60"/>
        <w:rPr>
          <w:rFonts w:eastAsia="Arial"/>
          <w:color w:val="3F4A4D"/>
          <w:sz w:val="19"/>
          <w:lang w:val="et-EE"/>
        </w:rPr>
      </w:pPr>
    </w:p>
    <w:p w14:paraId="07A3DD36" w14:textId="77777777" w:rsidR="001144A0" w:rsidRDefault="001144A0">
      <w:pPr>
        <w:spacing w:after="60"/>
        <w:rPr>
          <w:rFonts w:eastAsia="Arial"/>
          <w:color w:val="3F4A4D"/>
          <w:sz w:val="19"/>
          <w:lang w:val="et-EE"/>
        </w:rPr>
      </w:pPr>
    </w:p>
    <w:p w14:paraId="621F0A95" w14:textId="4995EBE7" w:rsidR="001144A0" w:rsidRDefault="001144A0">
      <w:pPr>
        <w:spacing w:after="60"/>
        <w:rPr>
          <w:rFonts w:eastAsia="Arial"/>
          <w:color w:val="3F4A4D"/>
          <w:sz w:val="19"/>
          <w:lang w:val="et-EE"/>
        </w:rPr>
      </w:pPr>
      <w:r>
        <w:rPr>
          <w:rFonts w:eastAsia="Arial"/>
          <w:color w:val="3F4A4D"/>
          <w:sz w:val="19"/>
          <w:lang w:val="et-EE"/>
        </w:rPr>
        <w:t>Kuidas töövihikut täita?</w:t>
      </w:r>
    </w:p>
    <w:p w14:paraId="545FFE74" w14:textId="38F12F2D" w:rsidR="001144A0" w:rsidRDefault="001144A0">
      <w:pPr>
        <w:spacing w:after="60"/>
        <w:rPr>
          <w:rFonts w:eastAsia="Arial"/>
          <w:color w:val="3F4A4D"/>
          <w:sz w:val="19"/>
          <w:lang w:val="et-EE"/>
        </w:rPr>
      </w:pPr>
      <w:r>
        <w:rPr>
          <w:rFonts w:eastAsia="Arial"/>
          <w:color w:val="3F4A4D"/>
          <w:sz w:val="19"/>
          <w:lang w:val="et-EE"/>
        </w:rPr>
        <w:t>Täida töövihikut oma praeguse tegeliku olukorra järgi. Märgi olemasolevaks ainult see, mis sul päriselt kodus olemas või kokku lepitud on, mitte see, milline valmisolek peaks ideaalis olema.</w:t>
      </w:r>
    </w:p>
    <w:p w14:paraId="2CFBE2D5" w14:textId="77777777" w:rsidR="001144A0" w:rsidRDefault="001144A0">
      <w:pPr>
        <w:spacing w:after="60"/>
        <w:rPr>
          <w:rFonts w:eastAsia="Arial"/>
          <w:color w:val="3F4A4D"/>
          <w:sz w:val="19"/>
          <w:lang w:val="et-EE"/>
        </w:rPr>
      </w:pPr>
    </w:p>
    <w:p w14:paraId="0069D03E" w14:textId="76712965" w:rsidR="001144A0" w:rsidRDefault="001144A0">
      <w:pPr>
        <w:spacing w:after="60"/>
        <w:rPr>
          <w:rFonts w:eastAsia="Arial"/>
          <w:color w:val="3F4A4D"/>
          <w:sz w:val="19"/>
          <w:lang w:val="et-EE"/>
        </w:rPr>
      </w:pPr>
      <w:r>
        <w:rPr>
          <w:rFonts w:eastAsia="Arial"/>
          <w:color w:val="3F4A4D"/>
          <w:sz w:val="19"/>
          <w:lang w:val="et-EE"/>
        </w:rPr>
        <w:t>Kuula koolitaja selgitusi ning täienda või paranda vastuseid koolituse käigus. Kui sul vastus või lahendus veel puudub, kirjuta „vajab lahendust“.</w:t>
      </w:r>
    </w:p>
    <w:p w14:paraId="3EDA38AC" w14:textId="77777777" w:rsidR="001144A0" w:rsidRDefault="001144A0">
      <w:pPr>
        <w:spacing w:after="60"/>
        <w:rPr>
          <w:rFonts w:eastAsia="Arial"/>
          <w:color w:val="3F4A4D"/>
          <w:sz w:val="19"/>
          <w:lang w:val="et-EE"/>
        </w:rPr>
      </w:pPr>
    </w:p>
    <w:p w14:paraId="6DF477D3" w14:textId="669701EA" w:rsidR="001144A0" w:rsidRPr="00841385" w:rsidRDefault="001144A0">
      <w:pPr>
        <w:spacing w:after="60"/>
        <w:rPr>
          <w:lang w:val="et-EE"/>
        </w:rPr>
      </w:pPr>
      <w:r>
        <w:rPr>
          <w:rFonts w:eastAsia="Arial"/>
          <w:color w:val="3F4A4D"/>
          <w:sz w:val="19"/>
          <w:lang w:val="et-EE"/>
        </w:rPr>
        <w:t>Töövihik ei ole teadmiste kontroll. Selle eesmärk on aidata sul koostada isiklik ja realistlik kriisiplaan ning märgata, mida tuleb pärast koolitust veel teha.</w:t>
      </w:r>
    </w:p>
    <w:p w14:paraId="26726FD8" w14:textId="77777777" w:rsidR="001144A0" w:rsidRDefault="001144A0">
      <w:pPr>
        <w:spacing w:after="200" w:line="276" w:lineRule="auto"/>
        <w:rPr>
          <w:rFonts w:eastAsia="Arial"/>
          <w:b/>
          <w:color w:val="173B45"/>
          <w:sz w:val="30"/>
          <w:lang w:val="et-EE"/>
        </w:rPr>
      </w:pPr>
      <w:r>
        <w:rPr>
          <w:rFonts w:eastAsia="Arial"/>
          <w:b/>
          <w:color w:val="173B45"/>
          <w:sz w:val="30"/>
          <w:lang w:val="et-EE"/>
        </w:rPr>
        <w:br w:type="page"/>
      </w:r>
    </w:p>
    <w:p w14:paraId="0B8A1C1E" w14:textId="502B413C" w:rsidR="00E804CA" w:rsidRPr="00841385" w:rsidRDefault="00873725">
      <w:pPr>
        <w:keepNext/>
        <w:spacing w:after="60"/>
        <w:rPr>
          <w:lang w:val="et-EE"/>
        </w:rPr>
      </w:pPr>
      <w:r w:rsidRPr="00841385">
        <w:rPr>
          <w:rFonts w:eastAsia="Arial"/>
          <w:b/>
          <w:color w:val="173B45"/>
          <w:sz w:val="30"/>
          <w:lang w:val="et-EE"/>
        </w:rPr>
        <w:lastRenderedPageBreak/>
        <w:t>1  Minu lähtekoht</w:t>
      </w:r>
    </w:p>
    <w:p w14:paraId="4C655C20" w14:textId="77777777" w:rsidR="00E804CA" w:rsidRPr="00841385" w:rsidRDefault="00873725">
      <w:pPr>
        <w:spacing w:after="160"/>
        <w:rPr>
          <w:lang w:val="et-EE"/>
        </w:rPr>
      </w:pPr>
      <w:r w:rsidRPr="00841385">
        <w:rPr>
          <w:rFonts w:eastAsia="Arial"/>
          <w:color w:val="3F4A4D"/>
          <w:sz w:val="19"/>
          <w:lang w:val="et-EE"/>
        </w:rPr>
        <w:t>Valmisolek algab sinu päris elust, mitte universaalsest ostunimekirjast.</w:t>
      </w:r>
    </w:p>
    <w:tbl>
      <w:tblPr>
        <w:tblW w:w="9648" w:type="dxa"/>
        <w:tblInd w:w="120" w:type="dxa"/>
        <w:tblLayout w:type="fixed"/>
        <w:tblLook w:val="04A0" w:firstRow="1" w:lastRow="0" w:firstColumn="1" w:lastColumn="0" w:noHBand="0" w:noVBand="1"/>
      </w:tblPr>
      <w:tblGrid>
        <w:gridCol w:w="9648"/>
      </w:tblGrid>
      <w:tr w:rsidR="00E804CA" w:rsidRPr="00841385" w14:paraId="05781D88" w14:textId="77777777">
        <w:tc>
          <w:tcPr>
            <w:tcW w:w="9648" w:type="dxa"/>
            <w:tcBorders>
              <w:left w:val="single" w:sz="10" w:space="0" w:color="1F6F78"/>
            </w:tcBorders>
            <w:shd w:val="clear" w:color="auto" w:fill="E8F2F3"/>
            <w:tcMar>
              <w:top w:w="90" w:type="dxa"/>
              <w:left w:w="120" w:type="dxa"/>
              <w:bottom w:w="90" w:type="dxa"/>
              <w:right w:w="120" w:type="dxa"/>
            </w:tcMar>
            <w:vAlign w:val="center"/>
          </w:tcPr>
          <w:p w14:paraId="678C1E6D" w14:textId="77777777" w:rsidR="00E804CA" w:rsidRPr="00841385" w:rsidRDefault="00873725">
            <w:pPr>
              <w:spacing w:after="0"/>
              <w:rPr>
                <w:lang w:val="et-EE"/>
              </w:rPr>
            </w:pPr>
            <w:r w:rsidRPr="00841385">
              <w:rPr>
                <w:rFonts w:eastAsia="Arial"/>
                <w:b/>
                <w:color w:val="1F6F78"/>
                <w:sz w:val="20"/>
                <w:lang w:val="et-EE"/>
              </w:rPr>
              <w:t xml:space="preserve">KUIDAS KASUTADA  </w:t>
            </w:r>
            <w:r w:rsidRPr="00841385">
              <w:rPr>
                <w:rFonts w:eastAsia="Arial"/>
                <w:sz w:val="20"/>
                <w:lang w:val="et-EE"/>
              </w:rPr>
              <w:t>Täida töövihikut koolituse ajal ausalt ja praktiliselt. Kui vastus puudub, kirjuta „vajab lahendust“.</w:t>
            </w:r>
          </w:p>
        </w:tc>
      </w:tr>
    </w:tbl>
    <w:p w14:paraId="6C11AD64" w14:textId="77777777" w:rsidR="00E804CA" w:rsidRPr="00841385" w:rsidRDefault="00E804CA">
      <w:pPr>
        <w:spacing w:after="60"/>
        <w:rPr>
          <w:lang w:val="et-EE"/>
        </w:rPr>
      </w:pPr>
    </w:p>
    <w:p w14:paraId="7D35BE00" w14:textId="43DFFE42" w:rsidR="00E804CA" w:rsidRPr="00841385" w:rsidRDefault="00A21786">
      <w:pPr>
        <w:rPr>
          <w:lang w:val="et-EE"/>
        </w:rPr>
      </w:pPr>
      <w:r>
        <w:rPr>
          <w:rFonts w:eastAsia="Arial"/>
          <w:b/>
          <w:color w:val="173B45"/>
          <w:sz w:val="22"/>
          <w:lang w:val="et-EE"/>
        </w:rPr>
        <w:t>Kui kaua saaksin kodust lahkumata hakkama? Tänase seisuga.</w:t>
      </w:r>
    </w:p>
    <w:tbl>
      <w:tblPr>
        <w:tblW w:w="9648" w:type="dxa"/>
        <w:tblInd w:w="120" w:type="dxa"/>
        <w:tblLayout w:type="fixed"/>
        <w:tblLook w:val="04A0" w:firstRow="1" w:lastRow="0" w:firstColumn="1" w:lastColumn="0" w:noHBand="0" w:noVBand="1"/>
      </w:tblPr>
      <w:tblGrid>
        <w:gridCol w:w="4824"/>
        <w:gridCol w:w="4824"/>
      </w:tblGrid>
      <w:tr w:rsidR="00E804CA" w:rsidRPr="00841385" w14:paraId="18D3915A" w14:textId="77777777">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11C6FCC4" w14:textId="77777777" w:rsidR="00E804CA" w:rsidRPr="00841385" w:rsidRDefault="00873725">
            <w:pPr>
              <w:spacing w:after="0"/>
              <w:rPr>
                <w:lang w:val="et-EE"/>
              </w:rPr>
            </w:pPr>
            <w:r w:rsidRPr="00841385">
              <w:rPr>
                <w:rFonts w:eastAsia="Arial"/>
                <w:color w:val="1F6F78"/>
                <w:sz w:val="20"/>
                <w:lang w:val="et-EE"/>
              </w:rPr>
              <w:t xml:space="preserve">☐  </w:t>
            </w:r>
            <w:r w:rsidRPr="00841385">
              <w:rPr>
                <w:rFonts w:eastAsia="Arial"/>
                <w:sz w:val="18"/>
                <w:lang w:val="et-EE"/>
              </w:rPr>
              <w:t>Alla 24 tunni</w:t>
            </w:r>
          </w:p>
        </w:tc>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19DB9AEF" w14:textId="77777777" w:rsidR="00E804CA" w:rsidRPr="00841385" w:rsidRDefault="00873725">
            <w:pPr>
              <w:spacing w:after="0"/>
              <w:rPr>
                <w:lang w:val="et-EE"/>
              </w:rPr>
            </w:pPr>
            <w:r w:rsidRPr="00841385">
              <w:rPr>
                <w:rFonts w:eastAsia="Arial"/>
                <w:color w:val="1F6F78"/>
                <w:sz w:val="20"/>
                <w:lang w:val="et-EE"/>
              </w:rPr>
              <w:t xml:space="preserve">☐  </w:t>
            </w:r>
            <w:r w:rsidRPr="00841385">
              <w:rPr>
                <w:rFonts w:eastAsia="Arial"/>
                <w:sz w:val="18"/>
                <w:lang w:val="et-EE"/>
              </w:rPr>
              <w:t>1–3 päeva</w:t>
            </w:r>
          </w:p>
        </w:tc>
      </w:tr>
      <w:tr w:rsidR="00E804CA" w:rsidRPr="00841385" w14:paraId="4ACECC4D" w14:textId="77777777">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077BEAF6" w14:textId="77777777" w:rsidR="00E804CA" w:rsidRPr="00841385" w:rsidRDefault="00873725">
            <w:pPr>
              <w:spacing w:after="0"/>
              <w:rPr>
                <w:lang w:val="et-EE"/>
              </w:rPr>
            </w:pPr>
            <w:r w:rsidRPr="00841385">
              <w:rPr>
                <w:rFonts w:eastAsia="Arial"/>
                <w:color w:val="1F6F78"/>
                <w:sz w:val="20"/>
                <w:lang w:val="et-EE"/>
              </w:rPr>
              <w:t xml:space="preserve">☐  </w:t>
            </w:r>
            <w:r w:rsidRPr="00841385">
              <w:rPr>
                <w:rFonts w:eastAsia="Arial"/>
                <w:sz w:val="18"/>
                <w:lang w:val="et-EE"/>
              </w:rPr>
              <w:t>4–6 päeva</w:t>
            </w:r>
          </w:p>
        </w:tc>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37F19ADC" w14:textId="77777777" w:rsidR="00E804CA" w:rsidRPr="00841385" w:rsidRDefault="00873725">
            <w:pPr>
              <w:spacing w:after="0"/>
              <w:rPr>
                <w:lang w:val="et-EE"/>
              </w:rPr>
            </w:pPr>
            <w:r w:rsidRPr="00841385">
              <w:rPr>
                <w:rFonts w:eastAsia="Arial"/>
                <w:color w:val="1F6F78"/>
                <w:sz w:val="20"/>
                <w:lang w:val="et-EE"/>
              </w:rPr>
              <w:t xml:space="preserve">☐  </w:t>
            </w:r>
            <w:r w:rsidRPr="00841385">
              <w:rPr>
                <w:rFonts w:eastAsia="Arial"/>
                <w:sz w:val="18"/>
                <w:lang w:val="et-EE"/>
              </w:rPr>
              <w:t>Vähemalt 7 päeva</w:t>
            </w:r>
          </w:p>
        </w:tc>
      </w:tr>
    </w:tbl>
    <w:p w14:paraId="7A8092C4" w14:textId="77777777" w:rsidR="00E804CA" w:rsidRPr="00841385" w:rsidRDefault="00E804CA">
      <w:pPr>
        <w:spacing w:after="60"/>
        <w:rPr>
          <w:lang w:val="et-EE"/>
        </w:rPr>
      </w:pPr>
    </w:p>
    <w:p w14:paraId="318B5F84" w14:textId="77777777" w:rsidR="00E804CA" w:rsidRPr="00841385" w:rsidRDefault="00873725">
      <w:pPr>
        <w:spacing w:after="80"/>
        <w:rPr>
          <w:lang w:val="et-EE"/>
        </w:rPr>
      </w:pPr>
      <w:r w:rsidRPr="00841385">
        <w:rPr>
          <w:rFonts w:eastAsia="Arial"/>
          <w:b/>
          <w:color w:val="173B45"/>
          <w:sz w:val="22"/>
          <w:lang w:val="et-EE"/>
        </w:rPr>
        <w:t>Hinda oma valmisolekut enne koolitust</w:t>
      </w:r>
    </w:p>
    <w:tbl>
      <w:tblPr>
        <w:tblW w:w="9648" w:type="dxa"/>
        <w:tblInd w:w="120" w:type="dxa"/>
        <w:tblLayout w:type="fixed"/>
        <w:tblLook w:val="04A0" w:firstRow="1" w:lastRow="0" w:firstColumn="1" w:lastColumn="0" w:noHBand="0" w:noVBand="1"/>
      </w:tblPr>
      <w:tblGrid>
        <w:gridCol w:w="3168"/>
        <w:gridCol w:w="1296"/>
        <w:gridCol w:w="1296"/>
        <w:gridCol w:w="1296"/>
        <w:gridCol w:w="1296"/>
        <w:gridCol w:w="1296"/>
      </w:tblGrid>
      <w:tr w:rsidR="00E804CA" w:rsidRPr="00841385" w14:paraId="1632D173" w14:textId="77777777">
        <w:tc>
          <w:tcPr>
            <w:tcW w:w="3168"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4ADC1D99" w14:textId="77777777" w:rsidR="00E804CA" w:rsidRPr="00841385" w:rsidRDefault="00873725">
            <w:pPr>
              <w:spacing w:after="0"/>
              <w:jc w:val="center"/>
              <w:rPr>
                <w:lang w:val="et-EE"/>
              </w:rPr>
            </w:pPr>
            <w:r w:rsidRPr="00841385">
              <w:rPr>
                <w:rFonts w:eastAsia="Arial"/>
                <w:b/>
                <w:color w:val="FFFFFF"/>
                <w:sz w:val="18"/>
                <w:lang w:val="et-EE"/>
              </w:rPr>
              <w:t>Valdkond</w:t>
            </w:r>
          </w:p>
        </w:tc>
        <w:tc>
          <w:tcPr>
            <w:tcW w:w="1296"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79685DD4" w14:textId="77777777" w:rsidR="00E804CA" w:rsidRPr="00841385" w:rsidRDefault="00873725">
            <w:pPr>
              <w:spacing w:after="0"/>
              <w:jc w:val="center"/>
              <w:rPr>
                <w:lang w:val="et-EE"/>
              </w:rPr>
            </w:pPr>
            <w:r w:rsidRPr="00841385">
              <w:rPr>
                <w:rFonts w:eastAsia="Arial"/>
                <w:b/>
                <w:color w:val="FFFFFF"/>
                <w:sz w:val="18"/>
                <w:lang w:val="et-EE"/>
              </w:rPr>
              <w:t>1 – puudub</w:t>
            </w:r>
          </w:p>
        </w:tc>
        <w:tc>
          <w:tcPr>
            <w:tcW w:w="1296"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33E499C2" w14:textId="77777777" w:rsidR="00E804CA" w:rsidRPr="00841385" w:rsidRDefault="00873725">
            <w:pPr>
              <w:spacing w:after="0"/>
              <w:jc w:val="center"/>
              <w:rPr>
                <w:lang w:val="et-EE"/>
              </w:rPr>
            </w:pPr>
            <w:r w:rsidRPr="00841385">
              <w:rPr>
                <w:rFonts w:eastAsia="Arial"/>
                <w:b/>
                <w:color w:val="FFFFFF"/>
                <w:sz w:val="18"/>
                <w:lang w:val="et-EE"/>
              </w:rPr>
              <w:t>2</w:t>
            </w:r>
          </w:p>
        </w:tc>
        <w:tc>
          <w:tcPr>
            <w:tcW w:w="1296"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63EB782C" w14:textId="77777777" w:rsidR="00E804CA" w:rsidRPr="00841385" w:rsidRDefault="00873725">
            <w:pPr>
              <w:spacing w:after="0"/>
              <w:jc w:val="center"/>
              <w:rPr>
                <w:lang w:val="et-EE"/>
              </w:rPr>
            </w:pPr>
            <w:r w:rsidRPr="00841385">
              <w:rPr>
                <w:rFonts w:eastAsia="Arial"/>
                <w:b/>
                <w:color w:val="FFFFFF"/>
                <w:sz w:val="18"/>
                <w:lang w:val="et-EE"/>
              </w:rPr>
              <w:t>3</w:t>
            </w:r>
          </w:p>
        </w:tc>
        <w:tc>
          <w:tcPr>
            <w:tcW w:w="1296"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5B6E21E0" w14:textId="77777777" w:rsidR="00E804CA" w:rsidRPr="00841385" w:rsidRDefault="00873725">
            <w:pPr>
              <w:spacing w:after="0"/>
              <w:jc w:val="center"/>
              <w:rPr>
                <w:lang w:val="et-EE"/>
              </w:rPr>
            </w:pPr>
            <w:r w:rsidRPr="00841385">
              <w:rPr>
                <w:rFonts w:eastAsia="Arial"/>
                <w:b/>
                <w:color w:val="FFFFFF"/>
                <w:sz w:val="18"/>
                <w:lang w:val="et-EE"/>
              </w:rPr>
              <w:t>4</w:t>
            </w:r>
          </w:p>
        </w:tc>
        <w:tc>
          <w:tcPr>
            <w:tcW w:w="1296"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2B166BD0" w14:textId="77777777" w:rsidR="00E804CA" w:rsidRPr="00841385" w:rsidRDefault="00873725">
            <w:pPr>
              <w:spacing w:after="0"/>
              <w:jc w:val="center"/>
              <w:rPr>
                <w:lang w:val="et-EE"/>
              </w:rPr>
            </w:pPr>
            <w:r w:rsidRPr="00841385">
              <w:rPr>
                <w:rFonts w:eastAsia="Arial"/>
                <w:b/>
                <w:color w:val="FFFFFF"/>
                <w:sz w:val="18"/>
                <w:lang w:val="et-EE"/>
              </w:rPr>
              <w:t>5 – valmis</w:t>
            </w:r>
          </w:p>
        </w:tc>
      </w:tr>
      <w:tr w:rsidR="00E804CA" w:rsidRPr="00841385" w14:paraId="649ACD4F" w14:textId="77777777">
        <w:tc>
          <w:tcPr>
            <w:tcW w:w="3168"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3699D5CF" w14:textId="77777777" w:rsidR="00E804CA" w:rsidRPr="00841385" w:rsidRDefault="00873725">
            <w:pPr>
              <w:spacing w:after="0"/>
              <w:rPr>
                <w:lang w:val="et-EE"/>
              </w:rPr>
            </w:pPr>
            <w:r w:rsidRPr="00841385">
              <w:rPr>
                <w:rFonts w:eastAsia="Arial"/>
                <w:sz w:val="18"/>
                <w:lang w:val="et-EE"/>
              </w:rPr>
              <w:t>Vesi</w:t>
            </w:r>
          </w:p>
        </w:tc>
        <w:tc>
          <w:tcPr>
            <w:tcW w:w="129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46AC4668" w14:textId="77777777" w:rsidR="00E804CA" w:rsidRPr="00841385" w:rsidRDefault="00873725">
            <w:pPr>
              <w:spacing w:after="0"/>
              <w:rPr>
                <w:lang w:val="et-EE"/>
              </w:rPr>
            </w:pPr>
            <w:r w:rsidRPr="00841385">
              <w:rPr>
                <w:rFonts w:eastAsia="Arial"/>
                <w:sz w:val="18"/>
                <w:lang w:val="et-EE"/>
              </w:rPr>
              <w:t>☐</w:t>
            </w:r>
          </w:p>
        </w:tc>
        <w:tc>
          <w:tcPr>
            <w:tcW w:w="129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5A15E650" w14:textId="77777777" w:rsidR="00E804CA" w:rsidRPr="00841385" w:rsidRDefault="00873725">
            <w:pPr>
              <w:spacing w:after="0"/>
              <w:rPr>
                <w:lang w:val="et-EE"/>
              </w:rPr>
            </w:pPr>
            <w:r w:rsidRPr="00841385">
              <w:rPr>
                <w:rFonts w:eastAsia="Arial"/>
                <w:sz w:val="18"/>
                <w:lang w:val="et-EE"/>
              </w:rPr>
              <w:t>☐</w:t>
            </w:r>
          </w:p>
        </w:tc>
        <w:tc>
          <w:tcPr>
            <w:tcW w:w="129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15315F6F" w14:textId="77777777" w:rsidR="00E804CA" w:rsidRPr="00841385" w:rsidRDefault="00873725">
            <w:pPr>
              <w:spacing w:after="0"/>
              <w:rPr>
                <w:lang w:val="et-EE"/>
              </w:rPr>
            </w:pPr>
            <w:r w:rsidRPr="00841385">
              <w:rPr>
                <w:rFonts w:eastAsia="Arial"/>
                <w:sz w:val="18"/>
                <w:lang w:val="et-EE"/>
              </w:rPr>
              <w:t>☐</w:t>
            </w:r>
          </w:p>
        </w:tc>
        <w:tc>
          <w:tcPr>
            <w:tcW w:w="129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2226ED08" w14:textId="77777777" w:rsidR="00E804CA" w:rsidRPr="00841385" w:rsidRDefault="00873725">
            <w:pPr>
              <w:spacing w:after="0"/>
              <w:rPr>
                <w:lang w:val="et-EE"/>
              </w:rPr>
            </w:pPr>
            <w:r w:rsidRPr="00841385">
              <w:rPr>
                <w:rFonts w:eastAsia="Arial"/>
                <w:sz w:val="18"/>
                <w:lang w:val="et-EE"/>
              </w:rPr>
              <w:t>☐</w:t>
            </w:r>
          </w:p>
        </w:tc>
        <w:tc>
          <w:tcPr>
            <w:tcW w:w="129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4A601F3A" w14:textId="77777777" w:rsidR="00E804CA" w:rsidRPr="00841385" w:rsidRDefault="00873725">
            <w:pPr>
              <w:spacing w:after="0"/>
              <w:rPr>
                <w:lang w:val="et-EE"/>
              </w:rPr>
            </w:pPr>
            <w:r w:rsidRPr="00841385">
              <w:rPr>
                <w:rFonts w:eastAsia="Arial"/>
                <w:sz w:val="18"/>
                <w:lang w:val="et-EE"/>
              </w:rPr>
              <w:t>☐</w:t>
            </w:r>
          </w:p>
        </w:tc>
      </w:tr>
      <w:tr w:rsidR="00E804CA" w:rsidRPr="00841385" w14:paraId="4D309122" w14:textId="77777777">
        <w:tc>
          <w:tcPr>
            <w:tcW w:w="3168"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21C3365A" w14:textId="77777777" w:rsidR="00E804CA" w:rsidRPr="00841385" w:rsidRDefault="00873725">
            <w:pPr>
              <w:spacing w:after="0"/>
              <w:rPr>
                <w:lang w:val="et-EE"/>
              </w:rPr>
            </w:pPr>
            <w:r w:rsidRPr="00841385">
              <w:rPr>
                <w:rFonts w:eastAsia="Arial"/>
                <w:sz w:val="18"/>
                <w:lang w:val="et-EE"/>
              </w:rPr>
              <w:t>Toit</w:t>
            </w:r>
          </w:p>
        </w:tc>
        <w:tc>
          <w:tcPr>
            <w:tcW w:w="129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5908EEB0" w14:textId="77777777" w:rsidR="00E804CA" w:rsidRPr="00841385" w:rsidRDefault="00873725">
            <w:pPr>
              <w:spacing w:after="0"/>
              <w:rPr>
                <w:lang w:val="et-EE"/>
              </w:rPr>
            </w:pPr>
            <w:r w:rsidRPr="00841385">
              <w:rPr>
                <w:rFonts w:eastAsia="Arial"/>
                <w:sz w:val="18"/>
                <w:lang w:val="et-EE"/>
              </w:rPr>
              <w:t>☐</w:t>
            </w:r>
          </w:p>
        </w:tc>
        <w:tc>
          <w:tcPr>
            <w:tcW w:w="129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46B9C787" w14:textId="77777777" w:rsidR="00E804CA" w:rsidRPr="00841385" w:rsidRDefault="00873725">
            <w:pPr>
              <w:spacing w:after="0"/>
              <w:rPr>
                <w:lang w:val="et-EE"/>
              </w:rPr>
            </w:pPr>
            <w:r w:rsidRPr="00841385">
              <w:rPr>
                <w:rFonts w:eastAsia="Arial"/>
                <w:sz w:val="18"/>
                <w:lang w:val="et-EE"/>
              </w:rPr>
              <w:t>☐</w:t>
            </w:r>
          </w:p>
        </w:tc>
        <w:tc>
          <w:tcPr>
            <w:tcW w:w="129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0286DF8" w14:textId="77777777" w:rsidR="00E804CA" w:rsidRPr="00841385" w:rsidRDefault="00873725">
            <w:pPr>
              <w:spacing w:after="0"/>
              <w:rPr>
                <w:lang w:val="et-EE"/>
              </w:rPr>
            </w:pPr>
            <w:r w:rsidRPr="00841385">
              <w:rPr>
                <w:rFonts w:eastAsia="Arial"/>
                <w:sz w:val="18"/>
                <w:lang w:val="et-EE"/>
              </w:rPr>
              <w:t>☐</w:t>
            </w:r>
          </w:p>
        </w:tc>
        <w:tc>
          <w:tcPr>
            <w:tcW w:w="129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0A0F9A77" w14:textId="77777777" w:rsidR="00E804CA" w:rsidRPr="00841385" w:rsidRDefault="00873725">
            <w:pPr>
              <w:spacing w:after="0"/>
              <w:rPr>
                <w:lang w:val="et-EE"/>
              </w:rPr>
            </w:pPr>
            <w:r w:rsidRPr="00841385">
              <w:rPr>
                <w:rFonts w:eastAsia="Arial"/>
                <w:sz w:val="18"/>
                <w:lang w:val="et-EE"/>
              </w:rPr>
              <w:t>☐</w:t>
            </w:r>
          </w:p>
        </w:tc>
        <w:tc>
          <w:tcPr>
            <w:tcW w:w="129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13A572C4" w14:textId="77777777" w:rsidR="00E804CA" w:rsidRPr="00841385" w:rsidRDefault="00873725">
            <w:pPr>
              <w:spacing w:after="0"/>
              <w:rPr>
                <w:lang w:val="et-EE"/>
              </w:rPr>
            </w:pPr>
            <w:r w:rsidRPr="00841385">
              <w:rPr>
                <w:rFonts w:eastAsia="Arial"/>
                <w:sz w:val="18"/>
                <w:lang w:val="et-EE"/>
              </w:rPr>
              <w:t>☐</w:t>
            </w:r>
          </w:p>
        </w:tc>
      </w:tr>
      <w:tr w:rsidR="00E804CA" w:rsidRPr="00841385" w14:paraId="661E618E" w14:textId="77777777">
        <w:tc>
          <w:tcPr>
            <w:tcW w:w="3168"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5B3CAD93" w14:textId="77777777" w:rsidR="00E804CA" w:rsidRPr="00841385" w:rsidRDefault="00873725">
            <w:pPr>
              <w:spacing w:after="0"/>
              <w:rPr>
                <w:lang w:val="et-EE"/>
              </w:rPr>
            </w:pPr>
            <w:r w:rsidRPr="00841385">
              <w:rPr>
                <w:rFonts w:eastAsia="Arial"/>
                <w:sz w:val="18"/>
                <w:lang w:val="et-EE"/>
              </w:rPr>
              <w:t>Valgus ja energia</w:t>
            </w:r>
          </w:p>
        </w:tc>
        <w:tc>
          <w:tcPr>
            <w:tcW w:w="129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41DBD3A4" w14:textId="77777777" w:rsidR="00E804CA" w:rsidRPr="00841385" w:rsidRDefault="00873725">
            <w:pPr>
              <w:spacing w:after="0"/>
              <w:rPr>
                <w:lang w:val="et-EE"/>
              </w:rPr>
            </w:pPr>
            <w:r w:rsidRPr="00841385">
              <w:rPr>
                <w:rFonts w:eastAsia="Arial"/>
                <w:sz w:val="18"/>
                <w:lang w:val="et-EE"/>
              </w:rPr>
              <w:t>☐</w:t>
            </w:r>
          </w:p>
        </w:tc>
        <w:tc>
          <w:tcPr>
            <w:tcW w:w="129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2953225B" w14:textId="77777777" w:rsidR="00E804CA" w:rsidRPr="00841385" w:rsidRDefault="00873725">
            <w:pPr>
              <w:spacing w:after="0"/>
              <w:rPr>
                <w:lang w:val="et-EE"/>
              </w:rPr>
            </w:pPr>
            <w:r w:rsidRPr="00841385">
              <w:rPr>
                <w:rFonts w:eastAsia="Arial"/>
                <w:sz w:val="18"/>
                <w:lang w:val="et-EE"/>
              </w:rPr>
              <w:t>☐</w:t>
            </w:r>
          </w:p>
        </w:tc>
        <w:tc>
          <w:tcPr>
            <w:tcW w:w="129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7559C67C" w14:textId="77777777" w:rsidR="00E804CA" w:rsidRPr="00841385" w:rsidRDefault="00873725">
            <w:pPr>
              <w:spacing w:after="0"/>
              <w:rPr>
                <w:lang w:val="et-EE"/>
              </w:rPr>
            </w:pPr>
            <w:r w:rsidRPr="00841385">
              <w:rPr>
                <w:rFonts w:eastAsia="Arial"/>
                <w:sz w:val="18"/>
                <w:lang w:val="et-EE"/>
              </w:rPr>
              <w:t>☐</w:t>
            </w:r>
          </w:p>
        </w:tc>
        <w:tc>
          <w:tcPr>
            <w:tcW w:w="129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1020838D" w14:textId="77777777" w:rsidR="00E804CA" w:rsidRPr="00841385" w:rsidRDefault="00873725">
            <w:pPr>
              <w:spacing w:after="0"/>
              <w:rPr>
                <w:lang w:val="et-EE"/>
              </w:rPr>
            </w:pPr>
            <w:r w:rsidRPr="00841385">
              <w:rPr>
                <w:rFonts w:eastAsia="Arial"/>
                <w:sz w:val="18"/>
                <w:lang w:val="et-EE"/>
              </w:rPr>
              <w:t>☐</w:t>
            </w:r>
          </w:p>
        </w:tc>
        <w:tc>
          <w:tcPr>
            <w:tcW w:w="129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4A637F7B" w14:textId="77777777" w:rsidR="00E804CA" w:rsidRPr="00841385" w:rsidRDefault="00873725">
            <w:pPr>
              <w:spacing w:after="0"/>
              <w:rPr>
                <w:lang w:val="et-EE"/>
              </w:rPr>
            </w:pPr>
            <w:r w:rsidRPr="00841385">
              <w:rPr>
                <w:rFonts w:eastAsia="Arial"/>
                <w:sz w:val="18"/>
                <w:lang w:val="et-EE"/>
              </w:rPr>
              <w:t>☐</w:t>
            </w:r>
          </w:p>
        </w:tc>
      </w:tr>
      <w:tr w:rsidR="00E804CA" w:rsidRPr="00841385" w14:paraId="577882A0" w14:textId="77777777">
        <w:tc>
          <w:tcPr>
            <w:tcW w:w="3168"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3691768E" w14:textId="77777777" w:rsidR="00E804CA" w:rsidRPr="00841385" w:rsidRDefault="00873725">
            <w:pPr>
              <w:spacing w:after="0"/>
              <w:rPr>
                <w:lang w:val="et-EE"/>
              </w:rPr>
            </w:pPr>
            <w:r w:rsidRPr="00841385">
              <w:rPr>
                <w:rFonts w:eastAsia="Arial"/>
                <w:sz w:val="18"/>
                <w:lang w:val="et-EE"/>
              </w:rPr>
              <w:t>Info ja side</w:t>
            </w:r>
          </w:p>
        </w:tc>
        <w:tc>
          <w:tcPr>
            <w:tcW w:w="129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057DE3A1" w14:textId="77777777" w:rsidR="00E804CA" w:rsidRPr="00841385" w:rsidRDefault="00873725">
            <w:pPr>
              <w:spacing w:after="0"/>
              <w:rPr>
                <w:lang w:val="et-EE"/>
              </w:rPr>
            </w:pPr>
            <w:r w:rsidRPr="00841385">
              <w:rPr>
                <w:rFonts w:eastAsia="Arial"/>
                <w:sz w:val="18"/>
                <w:lang w:val="et-EE"/>
              </w:rPr>
              <w:t>☐</w:t>
            </w:r>
          </w:p>
        </w:tc>
        <w:tc>
          <w:tcPr>
            <w:tcW w:w="129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49925A40" w14:textId="77777777" w:rsidR="00E804CA" w:rsidRPr="00841385" w:rsidRDefault="00873725">
            <w:pPr>
              <w:spacing w:after="0"/>
              <w:rPr>
                <w:lang w:val="et-EE"/>
              </w:rPr>
            </w:pPr>
            <w:r w:rsidRPr="00841385">
              <w:rPr>
                <w:rFonts w:eastAsia="Arial"/>
                <w:sz w:val="18"/>
                <w:lang w:val="et-EE"/>
              </w:rPr>
              <w:t>☐</w:t>
            </w:r>
          </w:p>
        </w:tc>
        <w:tc>
          <w:tcPr>
            <w:tcW w:w="129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0E9D1D06" w14:textId="77777777" w:rsidR="00E804CA" w:rsidRPr="00841385" w:rsidRDefault="00873725">
            <w:pPr>
              <w:spacing w:after="0"/>
              <w:rPr>
                <w:lang w:val="et-EE"/>
              </w:rPr>
            </w:pPr>
            <w:r w:rsidRPr="00841385">
              <w:rPr>
                <w:rFonts w:eastAsia="Arial"/>
                <w:sz w:val="18"/>
                <w:lang w:val="et-EE"/>
              </w:rPr>
              <w:t>☐</w:t>
            </w:r>
          </w:p>
        </w:tc>
        <w:tc>
          <w:tcPr>
            <w:tcW w:w="129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3C6F2581" w14:textId="77777777" w:rsidR="00E804CA" w:rsidRPr="00841385" w:rsidRDefault="00873725">
            <w:pPr>
              <w:spacing w:after="0"/>
              <w:rPr>
                <w:lang w:val="et-EE"/>
              </w:rPr>
            </w:pPr>
            <w:r w:rsidRPr="00841385">
              <w:rPr>
                <w:rFonts w:eastAsia="Arial"/>
                <w:sz w:val="18"/>
                <w:lang w:val="et-EE"/>
              </w:rPr>
              <w:t>☐</w:t>
            </w:r>
          </w:p>
        </w:tc>
        <w:tc>
          <w:tcPr>
            <w:tcW w:w="129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0EFE93CB" w14:textId="77777777" w:rsidR="00E804CA" w:rsidRPr="00841385" w:rsidRDefault="00873725">
            <w:pPr>
              <w:spacing w:after="0"/>
              <w:rPr>
                <w:lang w:val="et-EE"/>
              </w:rPr>
            </w:pPr>
            <w:r w:rsidRPr="00841385">
              <w:rPr>
                <w:rFonts w:eastAsia="Arial"/>
                <w:sz w:val="18"/>
                <w:lang w:val="et-EE"/>
              </w:rPr>
              <w:t>☐</w:t>
            </w:r>
          </w:p>
        </w:tc>
      </w:tr>
      <w:tr w:rsidR="00E804CA" w:rsidRPr="00841385" w14:paraId="62CE5AD9" w14:textId="77777777">
        <w:tc>
          <w:tcPr>
            <w:tcW w:w="3168"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45381096" w14:textId="77777777" w:rsidR="00E804CA" w:rsidRPr="00841385" w:rsidRDefault="00873725">
            <w:pPr>
              <w:spacing w:after="0"/>
              <w:rPr>
                <w:lang w:val="et-EE"/>
              </w:rPr>
            </w:pPr>
            <w:r w:rsidRPr="00841385">
              <w:rPr>
                <w:rFonts w:eastAsia="Arial"/>
                <w:sz w:val="18"/>
                <w:lang w:val="et-EE"/>
              </w:rPr>
              <w:t>Ravimid ja tervis</w:t>
            </w:r>
          </w:p>
        </w:tc>
        <w:tc>
          <w:tcPr>
            <w:tcW w:w="129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12E129E1" w14:textId="77777777" w:rsidR="00E804CA" w:rsidRPr="00841385" w:rsidRDefault="00873725">
            <w:pPr>
              <w:spacing w:after="0"/>
              <w:rPr>
                <w:lang w:val="et-EE"/>
              </w:rPr>
            </w:pPr>
            <w:r w:rsidRPr="00841385">
              <w:rPr>
                <w:rFonts w:eastAsia="Arial"/>
                <w:sz w:val="18"/>
                <w:lang w:val="et-EE"/>
              </w:rPr>
              <w:t>☐</w:t>
            </w:r>
          </w:p>
        </w:tc>
        <w:tc>
          <w:tcPr>
            <w:tcW w:w="129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31058FB" w14:textId="77777777" w:rsidR="00E804CA" w:rsidRPr="00841385" w:rsidRDefault="00873725">
            <w:pPr>
              <w:spacing w:after="0"/>
              <w:rPr>
                <w:lang w:val="et-EE"/>
              </w:rPr>
            </w:pPr>
            <w:r w:rsidRPr="00841385">
              <w:rPr>
                <w:rFonts w:eastAsia="Arial"/>
                <w:sz w:val="18"/>
                <w:lang w:val="et-EE"/>
              </w:rPr>
              <w:t>☐</w:t>
            </w:r>
          </w:p>
        </w:tc>
        <w:tc>
          <w:tcPr>
            <w:tcW w:w="129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05327086" w14:textId="77777777" w:rsidR="00E804CA" w:rsidRPr="00841385" w:rsidRDefault="00873725">
            <w:pPr>
              <w:spacing w:after="0"/>
              <w:rPr>
                <w:lang w:val="et-EE"/>
              </w:rPr>
            </w:pPr>
            <w:r w:rsidRPr="00841385">
              <w:rPr>
                <w:rFonts w:eastAsia="Arial"/>
                <w:sz w:val="18"/>
                <w:lang w:val="et-EE"/>
              </w:rPr>
              <w:t>☐</w:t>
            </w:r>
          </w:p>
        </w:tc>
        <w:tc>
          <w:tcPr>
            <w:tcW w:w="129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7B138843" w14:textId="77777777" w:rsidR="00E804CA" w:rsidRPr="00841385" w:rsidRDefault="00873725">
            <w:pPr>
              <w:spacing w:after="0"/>
              <w:rPr>
                <w:lang w:val="et-EE"/>
              </w:rPr>
            </w:pPr>
            <w:r w:rsidRPr="00841385">
              <w:rPr>
                <w:rFonts w:eastAsia="Arial"/>
                <w:sz w:val="18"/>
                <w:lang w:val="et-EE"/>
              </w:rPr>
              <w:t>☐</w:t>
            </w:r>
          </w:p>
        </w:tc>
        <w:tc>
          <w:tcPr>
            <w:tcW w:w="129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375F6C66" w14:textId="77777777" w:rsidR="00E804CA" w:rsidRPr="00841385" w:rsidRDefault="00873725">
            <w:pPr>
              <w:spacing w:after="0"/>
              <w:rPr>
                <w:lang w:val="et-EE"/>
              </w:rPr>
            </w:pPr>
            <w:r w:rsidRPr="00841385">
              <w:rPr>
                <w:rFonts w:eastAsia="Arial"/>
                <w:sz w:val="18"/>
                <w:lang w:val="et-EE"/>
              </w:rPr>
              <w:t>☐</w:t>
            </w:r>
          </w:p>
        </w:tc>
      </w:tr>
      <w:tr w:rsidR="00E804CA" w:rsidRPr="00841385" w14:paraId="6E582757" w14:textId="77777777">
        <w:tc>
          <w:tcPr>
            <w:tcW w:w="3168"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21800FD9" w14:textId="77777777" w:rsidR="00E804CA" w:rsidRPr="00841385" w:rsidRDefault="00873725">
            <w:pPr>
              <w:spacing w:after="0"/>
              <w:rPr>
                <w:lang w:val="et-EE"/>
              </w:rPr>
            </w:pPr>
            <w:r w:rsidRPr="00841385">
              <w:rPr>
                <w:rFonts w:eastAsia="Arial"/>
                <w:sz w:val="18"/>
                <w:lang w:val="et-EE"/>
              </w:rPr>
              <w:t>Lahkumisplaan</w:t>
            </w:r>
          </w:p>
        </w:tc>
        <w:tc>
          <w:tcPr>
            <w:tcW w:w="129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48ECC994" w14:textId="77777777" w:rsidR="00E804CA" w:rsidRPr="00841385" w:rsidRDefault="00873725">
            <w:pPr>
              <w:spacing w:after="0"/>
              <w:rPr>
                <w:lang w:val="et-EE"/>
              </w:rPr>
            </w:pPr>
            <w:r w:rsidRPr="00841385">
              <w:rPr>
                <w:rFonts w:eastAsia="Arial"/>
                <w:sz w:val="18"/>
                <w:lang w:val="et-EE"/>
              </w:rPr>
              <w:t>☐</w:t>
            </w:r>
          </w:p>
        </w:tc>
        <w:tc>
          <w:tcPr>
            <w:tcW w:w="129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3EFE1320" w14:textId="77777777" w:rsidR="00E804CA" w:rsidRPr="00841385" w:rsidRDefault="00873725">
            <w:pPr>
              <w:spacing w:after="0"/>
              <w:rPr>
                <w:lang w:val="et-EE"/>
              </w:rPr>
            </w:pPr>
            <w:r w:rsidRPr="00841385">
              <w:rPr>
                <w:rFonts w:eastAsia="Arial"/>
                <w:sz w:val="18"/>
                <w:lang w:val="et-EE"/>
              </w:rPr>
              <w:t>☐</w:t>
            </w:r>
          </w:p>
        </w:tc>
        <w:tc>
          <w:tcPr>
            <w:tcW w:w="129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34307CBB" w14:textId="77777777" w:rsidR="00E804CA" w:rsidRPr="00841385" w:rsidRDefault="00873725">
            <w:pPr>
              <w:spacing w:after="0"/>
              <w:rPr>
                <w:lang w:val="et-EE"/>
              </w:rPr>
            </w:pPr>
            <w:r w:rsidRPr="00841385">
              <w:rPr>
                <w:rFonts w:eastAsia="Arial"/>
                <w:sz w:val="18"/>
                <w:lang w:val="et-EE"/>
              </w:rPr>
              <w:t>☐</w:t>
            </w:r>
          </w:p>
        </w:tc>
        <w:tc>
          <w:tcPr>
            <w:tcW w:w="129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432DDE10" w14:textId="77777777" w:rsidR="00E804CA" w:rsidRPr="00841385" w:rsidRDefault="00873725">
            <w:pPr>
              <w:spacing w:after="0"/>
              <w:rPr>
                <w:lang w:val="et-EE"/>
              </w:rPr>
            </w:pPr>
            <w:r w:rsidRPr="00841385">
              <w:rPr>
                <w:rFonts w:eastAsia="Arial"/>
                <w:sz w:val="18"/>
                <w:lang w:val="et-EE"/>
              </w:rPr>
              <w:t>☐</w:t>
            </w:r>
          </w:p>
        </w:tc>
        <w:tc>
          <w:tcPr>
            <w:tcW w:w="129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51ACD444" w14:textId="77777777" w:rsidR="00E804CA" w:rsidRPr="00841385" w:rsidRDefault="00873725">
            <w:pPr>
              <w:spacing w:after="0"/>
              <w:rPr>
                <w:lang w:val="et-EE"/>
              </w:rPr>
            </w:pPr>
            <w:r w:rsidRPr="00841385">
              <w:rPr>
                <w:rFonts w:eastAsia="Arial"/>
                <w:sz w:val="18"/>
                <w:lang w:val="et-EE"/>
              </w:rPr>
              <w:t>☐</w:t>
            </w:r>
          </w:p>
        </w:tc>
      </w:tr>
    </w:tbl>
    <w:p w14:paraId="46EA315C" w14:textId="77777777" w:rsidR="00E804CA" w:rsidRPr="00841385" w:rsidRDefault="00E804CA">
      <w:pPr>
        <w:spacing w:after="60"/>
        <w:rPr>
          <w:lang w:val="et-EE"/>
        </w:rPr>
      </w:pPr>
    </w:p>
    <w:tbl>
      <w:tblPr>
        <w:tblW w:w="9648" w:type="dxa"/>
        <w:tblInd w:w="120" w:type="dxa"/>
        <w:tblLayout w:type="fixed"/>
        <w:tblLook w:val="04A0" w:firstRow="1" w:lastRow="0" w:firstColumn="1" w:lastColumn="0" w:noHBand="0" w:noVBand="1"/>
      </w:tblPr>
      <w:tblGrid>
        <w:gridCol w:w="9648"/>
      </w:tblGrid>
      <w:tr w:rsidR="00E804CA" w:rsidRPr="00841385" w14:paraId="432EFC35" w14:textId="77777777">
        <w:tc>
          <w:tcPr>
            <w:tcW w:w="9648" w:type="dxa"/>
            <w:tcBorders>
              <w:bottom w:val="single" w:sz="5" w:space="0" w:color="D5DEDF"/>
            </w:tcBorders>
            <w:tcMar>
              <w:top w:w="90" w:type="dxa"/>
              <w:left w:w="120" w:type="dxa"/>
              <w:bottom w:w="90" w:type="dxa"/>
              <w:right w:w="120" w:type="dxa"/>
            </w:tcMar>
            <w:vAlign w:val="center"/>
          </w:tcPr>
          <w:p w14:paraId="217480E6" w14:textId="69494B81" w:rsidR="00E804CA" w:rsidRPr="00841385" w:rsidRDefault="00873725">
            <w:pPr>
              <w:spacing w:after="40"/>
              <w:rPr>
                <w:lang w:val="et-EE"/>
              </w:rPr>
            </w:pPr>
            <w:r w:rsidRPr="00841385">
              <w:rPr>
                <w:rFonts w:eastAsia="Arial"/>
                <w:b/>
                <w:color w:val="3F4A4D"/>
                <w:sz w:val="19"/>
                <w:lang w:val="et-EE"/>
              </w:rPr>
              <w:t>Minu suurim tugevus kriisis</w:t>
            </w:r>
          </w:p>
          <w:p w14:paraId="0D81AF4E" w14:textId="77777777" w:rsidR="00E804CA" w:rsidRPr="00841385" w:rsidRDefault="00E804CA">
            <w:pPr>
              <w:spacing w:after="80"/>
              <w:rPr>
                <w:lang w:val="et-EE"/>
              </w:rPr>
            </w:pPr>
          </w:p>
        </w:tc>
      </w:tr>
      <w:tr w:rsidR="00E804CA" w:rsidRPr="00841385" w14:paraId="71D11C56" w14:textId="77777777">
        <w:tc>
          <w:tcPr>
            <w:tcW w:w="9648" w:type="dxa"/>
            <w:tcBorders>
              <w:bottom w:val="single" w:sz="5" w:space="0" w:color="D5DEDF"/>
            </w:tcBorders>
            <w:tcMar>
              <w:top w:w="90" w:type="dxa"/>
              <w:left w:w="120" w:type="dxa"/>
              <w:bottom w:w="90" w:type="dxa"/>
              <w:right w:w="120" w:type="dxa"/>
            </w:tcMar>
            <w:vAlign w:val="center"/>
          </w:tcPr>
          <w:p w14:paraId="7C8E51EB" w14:textId="77777777" w:rsidR="00E804CA" w:rsidRPr="00841385" w:rsidRDefault="00873725">
            <w:pPr>
              <w:spacing w:after="40"/>
              <w:rPr>
                <w:lang w:val="et-EE"/>
              </w:rPr>
            </w:pPr>
            <w:r w:rsidRPr="00841385">
              <w:rPr>
                <w:rFonts w:eastAsia="Arial"/>
                <w:b/>
                <w:color w:val="3F4A4D"/>
                <w:sz w:val="19"/>
                <w:lang w:val="et-EE"/>
              </w:rPr>
              <w:t>Minu kõige olulisem puudujääk</w:t>
            </w:r>
          </w:p>
          <w:p w14:paraId="7AE9AE50" w14:textId="77777777" w:rsidR="00E804CA" w:rsidRPr="00841385" w:rsidRDefault="00E804CA">
            <w:pPr>
              <w:spacing w:after="80"/>
              <w:rPr>
                <w:lang w:val="et-EE"/>
              </w:rPr>
            </w:pPr>
          </w:p>
        </w:tc>
      </w:tr>
    </w:tbl>
    <w:p w14:paraId="7E38F105" w14:textId="77777777" w:rsidR="00E804CA" w:rsidRPr="00841385" w:rsidRDefault="00E804CA">
      <w:pPr>
        <w:spacing w:after="40"/>
        <w:rPr>
          <w:lang w:val="et-EE"/>
        </w:rPr>
      </w:pPr>
    </w:p>
    <w:p w14:paraId="69834EAA" w14:textId="77777777" w:rsidR="00E804CA" w:rsidRPr="00841385" w:rsidRDefault="00873725">
      <w:pPr>
        <w:rPr>
          <w:lang w:val="et-EE"/>
        </w:rPr>
      </w:pPr>
      <w:r w:rsidRPr="00841385">
        <w:rPr>
          <w:lang w:val="et-EE"/>
        </w:rPr>
        <w:br w:type="page"/>
      </w:r>
    </w:p>
    <w:p w14:paraId="6D6DC7B7" w14:textId="3BE28F45" w:rsidR="00E804CA" w:rsidRPr="00841385" w:rsidRDefault="00873725">
      <w:pPr>
        <w:keepNext/>
        <w:spacing w:after="60"/>
        <w:rPr>
          <w:lang w:val="et-EE"/>
        </w:rPr>
      </w:pPr>
      <w:r w:rsidRPr="00841385">
        <w:rPr>
          <w:rFonts w:eastAsia="Arial"/>
          <w:b/>
          <w:color w:val="173B45"/>
          <w:sz w:val="30"/>
          <w:lang w:val="et-EE"/>
        </w:rPr>
        <w:lastRenderedPageBreak/>
        <w:t xml:space="preserve"> 2  Minu inimesed ja erivajadused</w:t>
      </w:r>
    </w:p>
    <w:p w14:paraId="2793B044" w14:textId="77777777" w:rsidR="00E804CA" w:rsidRPr="00841385" w:rsidRDefault="00873725">
      <w:pPr>
        <w:spacing w:after="160"/>
        <w:rPr>
          <w:lang w:val="et-EE"/>
        </w:rPr>
      </w:pPr>
      <w:r w:rsidRPr="00841385">
        <w:rPr>
          <w:rFonts w:eastAsia="Arial"/>
          <w:color w:val="3F4A4D"/>
          <w:sz w:val="19"/>
          <w:lang w:val="et-EE"/>
        </w:rPr>
        <w:t>Planeeri nende järgi, kes päriselt sinu kodus elavad või sinu abist sõltuvad.</w:t>
      </w:r>
    </w:p>
    <w:tbl>
      <w:tblPr>
        <w:tblW w:w="9648" w:type="dxa"/>
        <w:tblInd w:w="120" w:type="dxa"/>
        <w:tblLayout w:type="fixed"/>
        <w:tblLook w:val="04A0" w:firstRow="1" w:lastRow="0" w:firstColumn="1" w:lastColumn="0" w:noHBand="0" w:noVBand="1"/>
      </w:tblPr>
      <w:tblGrid>
        <w:gridCol w:w="9648"/>
      </w:tblGrid>
      <w:tr w:rsidR="00E804CA" w:rsidRPr="00841385" w14:paraId="48C2051A" w14:textId="77777777">
        <w:tc>
          <w:tcPr>
            <w:tcW w:w="9648" w:type="dxa"/>
            <w:tcBorders>
              <w:bottom w:val="single" w:sz="5" w:space="0" w:color="D5DEDF"/>
            </w:tcBorders>
            <w:tcMar>
              <w:top w:w="90" w:type="dxa"/>
              <w:left w:w="120" w:type="dxa"/>
              <w:bottom w:w="90" w:type="dxa"/>
              <w:right w:w="120" w:type="dxa"/>
            </w:tcMar>
            <w:vAlign w:val="center"/>
          </w:tcPr>
          <w:p w14:paraId="67DDF30C" w14:textId="77777777" w:rsidR="00E804CA" w:rsidRPr="00841385" w:rsidRDefault="00873725">
            <w:pPr>
              <w:rPr>
                <w:lang w:val="et-EE"/>
              </w:rPr>
            </w:pPr>
            <w:r w:rsidRPr="00841385">
              <w:rPr>
                <w:rFonts w:eastAsia="Arial"/>
                <w:b/>
                <w:color w:val="3F4A4D"/>
                <w:sz w:val="19"/>
                <w:lang w:val="et-EE"/>
              </w:rPr>
              <w:t>Minu kodune aadress</w:t>
            </w:r>
          </w:p>
        </w:tc>
      </w:tr>
      <w:tr w:rsidR="00E804CA" w:rsidRPr="00841385" w14:paraId="0401640B" w14:textId="77777777">
        <w:tc>
          <w:tcPr>
            <w:tcW w:w="9648" w:type="dxa"/>
            <w:tcBorders>
              <w:bottom w:val="single" w:sz="5" w:space="0" w:color="D5DEDF"/>
            </w:tcBorders>
            <w:tcMar>
              <w:top w:w="90" w:type="dxa"/>
              <w:left w:w="120" w:type="dxa"/>
              <w:bottom w:w="90" w:type="dxa"/>
              <w:right w:w="120" w:type="dxa"/>
            </w:tcMar>
            <w:vAlign w:val="center"/>
          </w:tcPr>
          <w:p w14:paraId="564A85F1" w14:textId="77777777" w:rsidR="00E804CA" w:rsidRPr="00841385" w:rsidRDefault="00873725">
            <w:pPr>
              <w:rPr>
                <w:lang w:val="et-EE"/>
              </w:rPr>
            </w:pPr>
            <w:r w:rsidRPr="00841385">
              <w:rPr>
                <w:rFonts w:eastAsia="Arial"/>
                <w:b/>
                <w:color w:val="3F4A4D"/>
                <w:sz w:val="19"/>
                <w:lang w:val="et-EE"/>
              </w:rPr>
              <w:t>Meie kokkulepitud kohtumispaik, kui side ei tööta</w:t>
            </w:r>
          </w:p>
        </w:tc>
      </w:tr>
    </w:tbl>
    <w:p w14:paraId="4467A647" w14:textId="77777777" w:rsidR="00E804CA" w:rsidRPr="00841385" w:rsidRDefault="00E804CA">
      <w:pPr>
        <w:spacing w:after="40"/>
        <w:rPr>
          <w:lang w:val="et-EE"/>
        </w:rPr>
      </w:pPr>
    </w:p>
    <w:tbl>
      <w:tblPr>
        <w:tblW w:w="9648" w:type="dxa"/>
        <w:tblInd w:w="120" w:type="dxa"/>
        <w:tblLayout w:type="fixed"/>
        <w:tblLook w:val="04A0" w:firstRow="1" w:lastRow="0" w:firstColumn="1" w:lastColumn="0" w:noHBand="0" w:noVBand="1"/>
      </w:tblPr>
      <w:tblGrid>
        <w:gridCol w:w="2232"/>
        <w:gridCol w:w="3384"/>
        <w:gridCol w:w="4032"/>
      </w:tblGrid>
      <w:tr w:rsidR="00E804CA" w:rsidRPr="00841385" w14:paraId="7713DA0E" w14:textId="77777777">
        <w:tc>
          <w:tcPr>
            <w:tcW w:w="2232"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5762D90B" w14:textId="77777777" w:rsidR="00E804CA" w:rsidRPr="00841385" w:rsidRDefault="00873725">
            <w:pPr>
              <w:spacing w:after="0"/>
              <w:jc w:val="center"/>
              <w:rPr>
                <w:lang w:val="et-EE"/>
              </w:rPr>
            </w:pPr>
            <w:r w:rsidRPr="00841385">
              <w:rPr>
                <w:rFonts w:eastAsia="Arial"/>
                <w:b/>
                <w:color w:val="FFFFFF"/>
                <w:sz w:val="18"/>
                <w:lang w:val="et-EE"/>
              </w:rPr>
              <w:t>Kes?</w:t>
            </w:r>
          </w:p>
        </w:tc>
        <w:tc>
          <w:tcPr>
            <w:tcW w:w="3384"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062D6061" w14:textId="77777777" w:rsidR="00E804CA" w:rsidRPr="00841385" w:rsidRDefault="00873725">
            <w:pPr>
              <w:spacing w:after="0"/>
              <w:jc w:val="center"/>
              <w:rPr>
                <w:lang w:val="et-EE"/>
              </w:rPr>
            </w:pPr>
            <w:r w:rsidRPr="00841385">
              <w:rPr>
                <w:rFonts w:eastAsia="Arial"/>
                <w:b/>
                <w:color w:val="FFFFFF"/>
                <w:sz w:val="18"/>
                <w:lang w:val="et-EE"/>
              </w:rPr>
              <w:t>Oluline vajadus</w:t>
            </w:r>
          </w:p>
        </w:tc>
        <w:tc>
          <w:tcPr>
            <w:tcW w:w="4032"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15D71380" w14:textId="77777777" w:rsidR="00E804CA" w:rsidRPr="00841385" w:rsidRDefault="00873725">
            <w:pPr>
              <w:spacing w:after="0"/>
              <w:jc w:val="center"/>
              <w:rPr>
                <w:lang w:val="et-EE"/>
              </w:rPr>
            </w:pPr>
            <w:r w:rsidRPr="00841385">
              <w:rPr>
                <w:rFonts w:eastAsia="Arial"/>
                <w:b/>
                <w:color w:val="FFFFFF"/>
                <w:sz w:val="18"/>
                <w:lang w:val="et-EE"/>
              </w:rPr>
              <w:t>Mida peab ette valmistama?</w:t>
            </w:r>
          </w:p>
        </w:tc>
      </w:tr>
      <w:tr w:rsidR="00E804CA" w:rsidRPr="00841385" w14:paraId="1D649CDD" w14:textId="77777777">
        <w:tc>
          <w:tcPr>
            <w:tcW w:w="223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4FA15301" w14:textId="77777777" w:rsidR="00E804CA" w:rsidRPr="00841385" w:rsidRDefault="00873725">
            <w:pPr>
              <w:spacing w:after="0"/>
              <w:rPr>
                <w:lang w:val="et-EE"/>
              </w:rPr>
            </w:pPr>
            <w:r w:rsidRPr="00841385">
              <w:rPr>
                <w:rFonts w:eastAsia="Arial"/>
                <w:sz w:val="17"/>
                <w:lang w:val="et-EE"/>
              </w:rPr>
              <w:t>Mina</w:t>
            </w:r>
          </w:p>
        </w:tc>
        <w:tc>
          <w:tcPr>
            <w:tcW w:w="338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7AFA3A61" w14:textId="77777777" w:rsidR="00E804CA" w:rsidRPr="00841385" w:rsidRDefault="00E804CA">
            <w:pPr>
              <w:spacing w:after="0"/>
              <w:rPr>
                <w:lang w:val="et-EE"/>
              </w:rPr>
            </w:pPr>
          </w:p>
        </w:tc>
        <w:tc>
          <w:tcPr>
            <w:tcW w:w="403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C9EA674" w14:textId="77777777" w:rsidR="00E804CA" w:rsidRPr="00841385" w:rsidRDefault="00E804CA">
            <w:pPr>
              <w:spacing w:after="0"/>
              <w:rPr>
                <w:lang w:val="et-EE"/>
              </w:rPr>
            </w:pPr>
          </w:p>
        </w:tc>
      </w:tr>
      <w:tr w:rsidR="00E804CA" w:rsidRPr="00841385" w14:paraId="616D42CE" w14:textId="77777777">
        <w:tc>
          <w:tcPr>
            <w:tcW w:w="223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37E29357" w14:textId="77777777" w:rsidR="00E804CA" w:rsidRPr="00841385" w:rsidRDefault="00873725">
            <w:pPr>
              <w:spacing w:after="0"/>
              <w:rPr>
                <w:lang w:val="et-EE"/>
              </w:rPr>
            </w:pPr>
            <w:r w:rsidRPr="00841385">
              <w:rPr>
                <w:rFonts w:eastAsia="Arial"/>
                <w:sz w:val="17"/>
                <w:lang w:val="et-EE"/>
              </w:rPr>
              <w:t>Pereliige</w:t>
            </w:r>
          </w:p>
        </w:tc>
        <w:tc>
          <w:tcPr>
            <w:tcW w:w="338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0A3B4E45" w14:textId="77777777" w:rsidR="00E804CA" w:rsidRPr="00841385" w:rsidRDefault="00E804CA">
            <w:pPr>
              <w:spacing w:after="0"/>
              <w:rPr>
                <w:lang w:val="et-EE"/>
              </w:rPr>
            </w:pPr>
          </w:p>
        </w:tc>
        <w:tc>
          <w:tcPr>
            <w:tcW w:w="403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2036627E" w14:textId="77777777" w:rsidR="00E804CA" w:rsidRPr="00841385" w:rsidRDefault="00E804CA">
            <w:pPr>
              <w:spacing w:after="0"/>
              <w:rPr>
                <w:lang w:val="et-EE"/>
              </w:rPr>
            </w:pPr>
          </w:p>
        </w:tc>
      </w:tr>
      <w:tr w:rsidR="00E804CA" w:rsidRPr="00841385" w14:paraId="62763541" w14:textId="77777777">
        <w:tc>
          <w:tcPr>
            <w:tcW w:w="223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37A8BA2B" w14:textId="77777777" w:rsidR="00E804CA" w:rsidRPr="00841385" w:rsidRDefault="00873725">
            <w:pPr>
              <w:spacing w:after="0"/>
              <w:rPr>
                <w:lang w:val="et-EE"/>
              </w:rPr>
            </w:pPr>
            <w:r w:rsidRPr="00841385">
              <w:rPr>
                <w:rFonts w:eastAsia="Arial"/>
                <w:sz w:val="17"/>
                <w:lang w:val="et-EE"/>
              </w:rPr>
              <w:t>Laps</w:t>
            </w:r>
          </w:p>
        </w:tc>
        <w:tc>
          <w:tcPr>
            <w:tcW w:w="338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5EFADB96" w14:textId="77777777" w:rsidR="00E804CA" w:rsidRPr="00841385" w:rsidRDefault="00E804CA">
            <w:pPr>
              <w:spacing w:after="0"/>
              <w:rPr>
                <w:lang w:val="et-EE"/>
              </w:rPr>
            </w:pPr>
          </w:p>
        </w:tc>
        <w:tc>
          <w:tcPr>
            <w:tcW w:w="403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58C6ECC5" w14:textId="77777777" w:rsidR="00E804CA" w:rsidRPr="00841385" w:rsidRDefault="00E804CA">
            <w:pPr>
              <w:spacing w:after="0"/>
              <w:rPr>
                <w:lang w:val="et-EE"/>
              </w:rPr>
            </w:pPr>
          </w:p>
        </w:tc>
      </w:tr>
      <w:tr w:rsidR="00E804CA" w:rsidRPr="00841385" w14:paraId="578F84B9" w14:textId="77777777">
        <w:tc>
          <w:tcPr>
            <w:tcW w:w="223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BE5E9D5" w14:textId="77777777" w:rsidR="00E804CA" w:rsidRPr="00841385" w:rsidRDefault="00873725">
            <w:pPr>
              <w:spacing w:after="0"/>
              <w:rPr>
                <w:lang w:val="et-EE"/>
              </w:rPr>
            </w:pPr>
            <w:r w:rsidRPr="00841385">
              <w:rPr>
                <w:rFonts w:eastAsia="Arial"/>
                <w:sz w:val="17"/>
                <w:lang w:val="et-EE"/>
              </w:rPr>
              <w:t>Eakas / abivajaja</w:t>
            </w:r>
          </w:p>
        </w:tc>
        <w:tc>
          <w:tcPr>
            <w:tcW w:w="338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E488DCE" w14:textId="77777777" w:rsidR="00E804CA" w:rsidRPr="00841385" w:rsidRDefault="00E804CA">
            <w:pPr>
              <w:spacing w:after="0"/>
              <w:rPr>
                <w:lang w:val="et-EE"/>
              </w:rPr>
            </w:pPr>
          </w:p>
        </w:tc>
        <w:tc>
          <w:tcPr>
            <w:tcW w:w="403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70751ABC" w14:textId="77777777" w:rsidR="00E804CA" w:rsidRPr="00841385" w:rsidRDefault="00E804CA">
            <w:pPr>
              <w:spacing w:after="0"/>
              <w:rPr>
                <w:lang w:val="et-EE"/>
              </w:rPr>
            </w:pPr>
          </w:p>
        </w:tc>
      </w:tr>
      <w:tr w:rsidR="00E804CA" w:rsidRPr="00841385" w14:paraId="10851E78" w14:textId="77777777">
        <w:tc>
          <w:tcPr>
            <w:tcW w:w="223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37E392BC" w14:textId="77777777" w:rsidR="00E804CA" w:rsidRPr="00841385" w:rsidRDefault="00873725">
            <w:pPr>
              <w:spacing w:after="0"/>
              <w:rPr>
                <w:lang w:val="et-EE"/>
              </w:rPr>
            </w:pPr>
            <w:r w:rsidRPr="00841385">
              <w:rPr>
                <w:rFonts w:eastAsia="Arial"/>
                <w:sz w:val="17"/>
                <w:lang w:val="et-EE"/>
              </w:rPr>
              <w:t>Lemmikloom</w:t>
            </w:r>
          </w:p>
        </w:tc>
        <w:tc>
          <w:tcPr>
            <w:tcW w:w="338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308114DC" w14:textId="77777777" w:rsidR="00E804CA" w:rsidRPr="00841385" w:rsidRDefault="00E804CA">
            <w:pPr>
              <w:spacing w:after="0"/>
              <w:rPr>
                <w:lang w:val="et-EE"/>
              </w:rPr>
            </w:pPr>
          </w:p>
        </w:tc>
        <w:tc>
          <w:tcPr>
            <w:tcW w:w="403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309F83D" w14:textId="77777777" w:rsidR="00E804CA" w:rsidRPr="00841385" w:rsidRDefault="00E804CA">
            <w:pPr>
              <w:spacing w:after="0"/>
              <w:rPr>
                <w:lang w:val="et-EE"/>
              </w:rPr>
            </w:pPr>
          </w:p>
        </w:tc>
      </w:tr>
    </w:tbl>
    <w:p w14:paraId="5DEEA10E" w14:textId="77777777" w:rsidR="00E804CA" w:rsidRPr="00841385" w:rsidRDefault="00E804CA">
      <w:pPr>
        <w:spacing w:after="60"/>
        <w:rPr>
          <w:lang w:val="et-EE"/>
        </w:rPr>
      </w:pPr>
    </w:p>
    <w:p w14:paraId="26A59085" w14:textId="77777777" w:rsidR="00E804CA" w:rsidRPr="00841385" w:rsidRDefault="00873725">
      <w:pPr>
        <w:spacing w:after="60"/>
        <w:rPr>
          <w:lang w:val="et-EE"/>
        </w:rPr>
      </w:pPr>
      <w:r w:rsidRPr="00841385">
        <w:rPr>
          <w:rFonts w:eastAsia="Arial"/>
          <w:b/>
          <w:color w:val="173B45"/>
          <w:lang w:val="et-EE"/>
        </w:rPr>
        <w:t>Kas keegi sõltub elektrist, külmkapist, abivahendist või regulaarsest ravist?</w:t>
      </w:r>
    </w:p>
    <w:tbl>
      <w:tblPr>
        <w:tblW w:w="9648" w:type="dxa"/>
        <w:tblInd w:w="120" w:type="dxa"/>
        <w:tblLayout w:type="fixed"/>
        <w:tblLook w:val="04A0" w:firstRow="1" w:lastRow="0" w:firstColumn="1" w:lastColumn="0" w:noHBand="0" w:noVBand="1"/>
      </w:tblPr>
      <w:tblGrid>
        <w:gridCol w:w="9648"/>
      </w:tblGrid>
      <w:tr w:rsidR="00E804CA" w:rsidRPr="00841385" w14:paraId="4DDCDB6F" w14:textId="77777777">
        <w:tc>
          <w:tcPr>
            <w:tcW w:w="9648" w:type="dxa"/>
            <w:tcBorders>
              <w:bottom w:val="single" w:sz="5" w:space="0" w:color="D5DEDF"/>
            </w:tcBorders>
            <w:tcMar>
              <w:top w:w="90" w:type="dxa"/>
              <w:left w:w="120" w:type="dxa"/>
              <w:bottom w:w="90" w:type="dxa"/>
              <w:right w:w="120" w:type="dxa"/>
            </w:tcMar>
            <w:vAlign w:val="center"/>
          </w:tcPr>
          <w:p w14:paraId="38A61083" w14:textId="77777777" w:rsidR="00E804CA" w:rsidRPr="00841385" w:rsidRDefault="00873725">
            <w:pPr>
              <w:spacing w:after="40"/>
              <w:rPr>
                <w:lang w:val="et-EE"/>
              </w:rPr>
            </w:pPr>
            <w:r w:rsidRPr="00841385">
              <w:rPr>
                <w:rFonts w:eastAsia="Arial"/>
                <w:b/>
                <w:color w:val="3F4A4D"/>
                <w:sz w:val="19"/>
                <w:lang w:val="et-EE"/>
              </w:rPr>
              <w:t>Vajadus ja inimene</w:t>
            </w:r>
          </w:p>
          <w:p w14:paraId="55D45565" w14:textId="77777777" w:rsidR="00E804CA" w:rsidRPr="00841385" w:rsidRDefault="00E804CA">
            <w:pPr>
              <w:spacing w:after="80"/>
              <w:rPr>
                <w:lang w:val="et-EE"/>
              </w:rPr>
            </w:pPr>
          </w:p>
        </w:tc>
      </w:tr>
      <w:tr w:rsidR="00E804CA" w:rsidRPr="00841385" w14:paraId="034F0995" w14:textId="77777777">
        <w:tc>
          <w:tcPr>
            <w:tcW w:w="9648" w:type="dxa"/>
            <w:tcBorders>
              <w:bottom w:val="single" w:sz="5" w:space="0" w:color="D5DEDF"/>
            </w:tcBorders>
            <w:tcMar>
              <w:top w:w="90" w:type="dxa"/>
              <w:left w:w="120" w:type="dxa"/>
              <w:bottom w:w="90" w:type="dxa"/>
              <w:right w:w="120" w:type="dxa"/>
            </w:tcMar>
            <w:vAlign w:val="center"/>
          </w:tcPr>
          <w:p w14:paraId="2CDAFFB3" w14:textId="77777777" w:rsidR="00E804CA" w:rsidRPr="00841385" w:rsidRDefault="00873725">
            <w:pPr>
              <w:spacing w:after="40"/>
              <w:rPr>
                <w:lang w:val="et-EE"/>
              </w:rPr>
            </w:pPr>
            <w:r w:rsidRPr="00841385">
              <w:rPr>
                <w:rFonts w:eastAsia="Arial"/>
                <w:b/>
                <w:color w:val="3F4A4D"/>
                <w:sz w:val="19"/>
                <w:lang w:val="et-EE"/>
              </w:rPr>
              <w:t>Varulahendus</w:t>
            </w:r>
          </w:p>
          <w:p w14:paraId="68904FB7" w14:textId="77777777" w:rsidR="00E804CA" w:rsidRPr="00841385" w:rsidRDefault="00E804CA">
            <w:pPr>
              <w:spacing w:after="80"/>
              <w:rPr>
                <w:lang w:val="et-EE"/>
              </w:rPr>
            </w:pPr>
          </w:p>
        </w:tc>
      </w:tr>
    </w:tbl>
    <w:p w14:paraId="0A2F5467" w14:textId="77777777" w:rsidR="00E804CA" w:rsidRPr="00841385" w:rsidRDefault="00E804CA">
      <w:pPr>
        <w:spacing w:after="40"/>
        <w:rPr>
          <w:lang w:val="et-EE"/>
        </w:rPr>
      </w:pPr>
    </w:p>
    <w:tbl>
      <w:tblPr>
        <w:tblW w:w="9648" w:type="dxa"/>
        <w:tblInd w:w="120" w:type="dxa"/>
        <w:tblLayout w:type="fixed"/>
        <w:tblLook w:val="04A0" w:firstRow="1" w:lastRow="0" w:firstColumn="1" w:lastColumn="0" w:noHBand="0" w:noVBand="1"/>
      </w:tblPr>
      <w:tblGrid>
        <w:gridCol w:w="9648"/>
      </w:tblGrid>
      <w:tr w:rsidR="00E804CA" w:rsidRPr="00841385" w14:paraId="3BC63D32" w14:textId="77777777">
        <w:tc>
          <w:tcPr>
            <w:tcW w:w="9648" w:type="dxa"/>
            <w:tcBorders>
              <w:left w:val="single" w:sz="10" w:space="0" w:color="D26A3A"/>
            </w:tcBorders>
            <w:shd w:val="clear" w:color="auto" w:fill="F8ECE5"/>
            <w:tcMar>
              <w:top w:w="90" w:type="dxa"/>
              <w:left w:w="120" w:type="dxa"/>
              <w:bottom w:w="90" w:type="dxa"/>
              <w:right w:w="120" w:type="dxa"/>
            </w:tcMar>
            <w:vAlign w:val="center"/>
          </w:tcPr>
          <w:p w14:paraId="54C59A88" w14:textId="77777777" w:rsidR="00E804CA" w:rsidRPr="00841385" w:rsidRDefault="00873725">
            <w:pPr>
              <w:spacing w:after="0"/>
              <w:rPr>
                <w:lang w:val="et-EE"/>
              </w:rPr>
            </w:pPr>
            <w:r w:rsidRPr="00841385">
              <w:rPr>
                <w:rFonts w:eastAsia="Arial"/>
                <w:b/>
                <w:color w:val="D26A3A"/>
                <w:sz w:val="20"/>
                <w:lang w:val="et-EE"/>
              </w:rPr>
              <w:t xml:space="preserve">MÕTLE ETTE  </w:t>
            </w:r>
            <w:r w:rsidRPr="00841385">
              <w:rPr>
                <w:rFonts w:eastAsia="Arial"/>
                <w:sz w:val="20"/>
                <w:lang w:val="et-EE"/>
              </w:rPr>
              <w:t>Regulaarselt kasutatavaid retseptiravimeid võiks kodus olla vähemalt ühe kuu ning käsimüügiravimeid ühe nädala vajaduseks. Raviplaani ära muuda ilma tervishoiutöötajata.</w:t>
            </w:r>
          </w:p>
        </w:tc>
      </w:tr>
    </w:tbl>
    <w:p w14:paraId="3F268400" w14:textId="77777777" w:rsidR="00E804CA" w:rsidRPr="00841385" w:rsidRDefault="00E804CA">
      <w:pPr>
        <w:spacing w:after="60"/>
        <w:rPr>
          <w:lang w:val="et-EE"/>
        </w:rPr>
      </w:pPr>
    </w:p>
    <w:p w14:paraId="43A2CFDD" w14:textId="77777777" w:rsidR="00E804CA" w:rsidRPr="00841385" w:rsidRDefault="00873725">
      <w:pPr>
        <w:rPr>
          <w:lang w:val="et-EE"/>
        </w:rPr>
      </w:pPr>
      <w:r w:rsidRPr="00841385">
        <w:rPr>
          <w:lang w:val="et-EE"/>
        </w:rPr>
        <w:br w:type="page"/>
      </w:r>
    </w:p>
    <w:p w14:paraId="580D1F49" w14:textId="77777777" w:rsidR="00E804CA" w:rsidRPr="00841385" w:rsidRDefault="00873725">
      <w:pPr>
        <w:keepNext/>
        <w:spacing w:after="60"/>
        <w:rPr>
          <w:lang w:val="et-EE"/>
        </w:rPr>
      </w:pPr>
      <w:r w:rsidRPr="00841385">
        <w:rPr>
          <w:rFonts w:eastAsia="Arial"/>
          <w:b/>
          <w:color w:val="173B45"/>
          <w:sz w:val="30"/>
          <w:lang w:val="et-EE"/>
        </w:rPr>
        <w:lastRenderedPageBreak/>
        <w:t xml:space="preserve"> 3  Mis minu elus lakkab toimimast?</w:t>
      </w:r>
    </w:p>
    <w:p w14:paraId="0A7610BC" w14:textId="77777777" w:rsidR="00E804CA" w:rsidRPr="00841385" w:rsidRDefault="00873725">
      <w:pPr>
        <w:spacing w:after="160"/>
        <w:rPr>
          <w:lang w:val="et-EE"/>
        </w:rPr>
      </w:pPr>
      <w:r w:rsidRPr="00841385">
        <w:rPr>
          <w:rFonts w:eastAsia="Arial"/>
          <w:color w:val="3F4A4D"/>
          <w:sz w:val="19"/>
          <w:lang w:val="et-EE"/>
        </w:rPr>
        <w:t>Valmistume tagajärgede, mitte ainult kriisi nime järgi.</w:t>
      </w:r>
    </w:p>
    <w:tbl>
      <w:tblPr>
        <w:tblW w:w="9648" w:type="dxa"/>
        <w:tblInd w:w="120" w:type="dxa"/>
        <w:tblLayout w:type="fixed"/>
        <w:tblLook w:val="04A0" w:firstRow="1" w:lastRow="0" w:firstColumn="1" w:lastColumn="0" w:noHBand="0" w:noVBand="1"/>
      </w:tblPr>
      <w:tblGrid>
        <w:gridCol w:w="4824"/>
        <w:gridCol w:w="4824"/>
      </w:tblGrid>
      <w:tr w:rsidR="00E804CA" w:rsidRPr="00841385" w14:paraId="2C2977AC" w14:textId="77777777">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E6CAE46" w14:textId="77777777" w:rsidR="00E804CA" w:rsidRPr="00841385" w:rsidRDefault="00873725">
            <w:pPr>
              <w:spacing w:after="0"/>
              <w:rPr>
                <w:lang w:val="et-EE"/>
              </w:rPr>
            </w:pPr>
            <w:r w:rsidRPr="00841385">
              <w:rPr>
                <w:rFonts w:eastAsia="Arial"/>
                <w:color w:val="1F6F78"/>
                <w:sz w:val="20"/>
                <w:lang w:val="et-EE"/>
              </w:rPr>
              <w:t xml:space="preserve">☐  </w:t>
            </w:r>
            <w:r w:rsidRPr="00841385">
              <w:rPr>
                <w:rFonts w:eastAsia="Arial"/>
                <w:sz w:val="18"/>
                <w:lang w:val="et-EE"/>
              </w:rPr>
              <w:t>Elekter</w:t>
            </w:r>
          </w:p>
        </w:tc>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5A669330" w14:textId="77777777" w:rsidR="00E804CA" w:rsidRPr="00841385" w:rsidRDefault="00873725">
            <w:pPr>
              <w:spacing w:after="0"/>
              <w:rPr>
                <w:lang w:val="et-EE"/>
              </w:rPr>
            </w:pPr>
            <w:r w:rsidRPr="00841385">
              <w:rPr>
                <w:rFonts w:eastAsia="Arial"/>
                <w:color w:val="1F6F78"/>
                <w:sz w:val="20"/>
                <w:lang w:val="et-EE"/>
              </w:rPr>
              <w:t xml:space="preserve">☐  </w:t>
            </w:r>
            <w:r w:rsidRPr="00841385">
              <w:rPr>
                <w:rFonts w:eastAsia="Arial"/>
                <w:sz w:val="18"/>
                <w:lang w:val="et-EE"/>
              </w:rPr>
              <w:t>Kraanivesi</w:t>
            </w:r>
          </w:p>
        </w:tc>
      </w:tr>
      <w:tr w:rsidR="00E804CA" w:rsidRPr="00841385" w14:paraId="063F7D97" w14:textId="77777777">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4DE0D627" w14:textId="77777777" w:rsidR="00E804CA" w:rsidRPr="00841385" w:rsidRDefault="00873725">
            <w:pPr>
              <w:spacing w:after="0"/>
              <w:rPr>
                <w:lang w:val="et-EE"/>
              </w:rPr>
            </w:pPr>
            <w:r w:rsidRPr="00841385">
              <w:rPr>
                <w:rFonts w:eastAsia="Arial"/>
                <w:color w:val="1F6F78"/>
                <w:sz w:val="20"/>
                <w:lang w:val="et-EE"/>
              </w:rPr>
              <w:t xml:space="preserve">☐  </w:t>
            </w:r>
            <w:r w:rsidRPr="00841385">
              <w:rPr>
                <w:rFonts w:eastAsia="Arial"/>
                <w:sz w:val="18"/>
                <w:lang w:val="et-EE"/>
              </w:rPr>
              <w:t>Kanalisatsioon / WC</w:t>
            </w:r>
          </w:p>
        </w:tc>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458479BF" w14:textId="77777777" w:rsidR="00E804CA" w:rsidRPr="00841385" w:rsidRDefault="00873725">
            <w:pPr>
              <w:spacing w:after="0"/>
              <w:rPr>
                <w:lang w:val="et-EE"/>
              </w:rPr>
            </w:pPr>
            <w:r w:rsidRPr="00841385">
              <w:rPr>
                <w:rFonts w:eastAsia="Arial"/>
                <w:color w:val="1F6F78"/>
                <w:sz w:val="20"/>
                <w:lang w:val="et-EE"/>
              </w:rPr>
              <w:t xml:space="preserve">☐  </w:t>
            </w:r>
            <w:r w:rsidRPr="00841385">
              <w:rPr>
                <w:rFonts w:eastAsia="Arial"/>
                <w:sz w:val="18"/>
                <w:lang w:val="et-EE"/>
              </w:rPr>
              <w:t>Kaugküte või küttesüsteem</w:t>
            </w:r>
          </w:p>
        </w:tc>
      </w:tr>
      <w:tr w:rsidR="00E804CA" w:rsidRPr="00841385" w14:paraId="3971EC4D" w14:textId="77777777">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4CC1BE3B" w14:textId="77777777" w:rsidR="00E804CA" w:rsidRPr="00841385" w:rsidRDefault="00873725">
            <w:pPr>
              <w:spacing w:after="0"/>
              <w:rPr>
                <w:lang w:val="et-EE"/>
              </w:rPr>
            </w:pPr>
            <w:r w:rsidRPr="00841385">
              <w:rPr>
                <w:rFonts w:eastAsia="Arial"/>
                <w:color w:val="1F6F78"/>
                <w:sz w:val="20"/>
                <w:lang w:val="et-EE"/>
              </w:rPr>
              <w:t xml:space="preserve">☐  </w:t>
            </w:r>
            <w:r w:rsidRPr="00841385">
              <w:rPr>
                <w:rFonts w:eastAsia="Arial"/>
                <w:sz w:val="18"/>
                <w:lang w:val="et-EE"/>
              </w:rPr>
              <w:t>Mobiilside</w:t>
            </w:r>
          </w:p>
        </w:tc>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3FABB600" w14:textId="77777777" w:rsidR="00E804CA" w:rsidRPr="00841385" w:rsidRDefault="00873725">
            <w:pPr>
              <w:spacing w:after="0"/>
              <w:rPr>
                <w:lang w:val="et-EE"/>
              </w:rPr>
            </w:pPr>
            <w:r w:rsidRPr="00841385">
              <w:rPr>
                <w:rFonts w:eastAsia="Arial"/>
                <w:color w:val="1F6F78"/>
                <w:sz w:val="20"/>
                <w:lang w:val="et-EE"/>
              </w:rPr>
              <w:t xml:space="preserve">☐  </w:t>
            </w:r>
            <w:r w:rsidRPr="00841385">
              <w:rPr>
                <w:rFonts w:eastAsia="Arial"/>
                <w:sz w:val="18"/>
                <w:lang w:val="et-EE"/>
              </w:rPr>
              <w:t>Kodune internet</w:t>
            </w:r>
          </w:p>
        </w:tc>
      </w:tr>
      <w:tr w:rsidR="00E804CA" w:rsidRPr="00841385" w14:paraId="5D53CB92" w14:textId="77777777">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28318B1" w14:textId="77777777" w:rsidR="00E804CA" w:rsidRPr="00841385" w:rsidRDefault="00873725">
            <w:pPr>
              <w:spacing w:after="0"/>
              <w:rPr>
                <w:lang w:val="et-EE"/>
              </w:rPr>
            </w:pPr>
            <w:r w:rsidRPr="00841385">
              <w:rPr>
                <w:rFonts w:eastAsia="Arial"/>
                <w:color w:val="1F6F78"/>
                <w:sz w:val="20"/>
                <w:lang w:val="et-EE"/>
              </w:rPr>
              <w:t xml:space="preserve">☐  </w:t>
            </w:r>
            <w:r w:rsidRPr="00841385">
              <w:rPr>
                <w:rFonts w:eastAsia="Arial"/>
                <w:sz w:val="18"/>
                <w:lang w:val="et-EE"/>
              </w:rPr>
              <w:t>Kaardimaksed</w:t>
            </w:r>
          </w:p>
        </w:tc>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5A572C85" w14:textId="77777777" w:rsidR="00E804CA" w:rsidRPr="00841385" w:rsidRDefault="00873725">
            <w:pPr>
              <w:spacing w:after="0"/>
              <w:rPr>
                <w:lang w:val="et-EE"/>
              </w:rPr>
            </w:pPr>
            <w:r w:rsidRPr="00841385">
              <w:rPr>
                <w:rFonts w:eastAsia="Arial"/>
                <w:color w:val="1F6F78"/>
                <w:sz w:val="20"/>
                <w:lang w:val="et-EE"/>
              </w:rPr>
              <w:t xml:space="preserve">☐  </w:t>
            </w:r>
            <w:r w:rsidRPr="00841385">
              <w:rPr>
                <w:rFonts w:eastAsia="Arial"/>
                <w:sz w:val="18"/>
                <w:lang w:val="et-EE"/>
              </w:rPr>
              <w:t>Transport</w:t>
            </w:r>
          </w:p>
        </w:tc>
      </w:tr>
      <w:tr w:rsidR="00E804CA" w:rsidRPr="00841385" w14:paraId="6D8A5474" w14:textId="77777777">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72B59766" w14:textId="77777777" w:rsidR="00E804CA" w:rsidRPr="00841385" w:rsidRDefault="00873725">
            <w:pPr>
              <w:spacing w:after="0"/>
              <w:rPr>
                <w:lang w:val="et-EE"/>
              </w:rPr>
            </w:pPr>
            <w:r w:rsidRPr="00841385">
              <w:rPr>
                <w:rFonts w:eastAsia="Arial"/>
                <w:color w:val="1F6F78"/>
                <w:sz w:val="20"/>
                <w:lang w:val="et-EE"/>
              </w:rPr>
              <w:t xml:space="preserve">☐  </w:t>
            </w:r>
            <w:r w:rsidRPr="00841385">
              <w:rPr>
                <w:rFonts w:eastAsia="Arial"/>
                <w:sz w:val="18"/>
                <w:lang w:val="et-EE"/>
              </w:rPr>
              <w:t>Lift / uksed / väravad</w:t>
            </w:r>
          </w:p>
        </w:tc>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3B7E0B75" w14:textId="77777777" w:rsidR="00E804CA" w:rsidRPr="00841385" w:rsidRDefault="00873725">
            <w:pPr>
              <w:spacing w:after="0"/>
              <w:rPr>
                <w:lang w:val="et-EE"/>
              </w:rPr>
            </w:pPr>
            <w:r w:rsidRPr="00841385">
              <w:rPr>
                <w:rFonts w:eastAsia="Arial"/>
                <w:color w:val="1F6F78"/>
                <w:sz w:val="20"/>
                <w:lang w:val="et-EE"/>
              </w:rPr>
              <w:t xml:space="preserve">☐  </w:t>
            </w:r>
            <w:r w:rsidRPr="00841385">
              <w:rPr>
                <w:rFonts w:eastAsia="Arial"/>
                <w:sz w:val="18"/>
                <w:lang w:val="et-EE"/>
              </w:rPr>
              <w:t>Toidu valmistamine</w:t>
            </w:r>
          </w:p>
        </w:tc>
      </w:tr>
      <w:tr w:rsidR="00E804CA" w:rsidRPr="00841385" w14:paraId="3A35BF43" w14:textId="77777777">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ED6D4E2" w14:textId="77777777" w:rsidR="00E804CA" w:rsidRPr="00841385" w:rsidRDefault="00873725">
            <w:pPr>
              <w:spacing w:after="0"/>
              <w:rPr>
                <w:lang w:val="et-EE"/>
              </w:rPr>
            </w:pPr>
            <w:r w:rsidRPr="00841385">
              <w:rPr>
                <w:rFonts w:eastAsia="Arial"/>
                <w:color w:val="1F6F78"/>
                <w:sz w:val="20"/>
                <w:lang w:val="et-EE"/>
              </w:rPr>
              <w:t xml:space="preserve">☐  </w:t>
            </w:r>
            <w:r w:rsidRPr="00841385">
              <w:rPr>
                <w:rFonts w:eastAsia="Arial"/>
                <w:sz w:val="18"/>
                <w:lang w:val="et-EE"/>
              </w:rPr>
              <w:t>Ravimite säilitamine</w:t>
            </w:r>
          </w:p>
        </w:tc>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42B1CDEC" w14:textId="77777777" w:rsidR="00E804CA" w:rsidRPr="00841385" w:rsidRDefault="00873725">
            <w:pPr>
              <w:spacing w:after="0"/>
              <w:rPr>
                <w:lang w:val="et-EE"/>
              </w:rPr>
            </w:pPr>
            <w:r w:rsidRPr="00841385">
              <w:rPr>
                <w:rFonts w:eastAsia="Arial"/>
                <w:color w:val="1F6F78"/>
                <w:sz w:val="20"/>
                <w:lang w:val="et-EE"/>
              </w:rPr>
              <w:t xml:space="preserve">☐  </w:t>
            </w:r>
            <w:r w:rsidRPr="00841385">
              <w:rPr>
                <w:rFonts w:eastAsia="Arial"/>
                <w:sz w:val="18"/>
                <w:lang w:val="et-EE"/>
              </w:rPr>
              <w:t>Usaldusväärne info</w:t>
            </w:r>
          </w:p>
        </w:tc>
      </w:tr>
    </w:tbl>
    <w:p w14:paraId="3AF72FBA" w14:textId="77777777" w:rsidR="00E804CA" w:rsidRPr="00841385" w:rsidRDefault="00E804CA">
      <w:pPr>
        <w:spacing w:after="60"/>
        <w:rPr>
          <w:lang w:val="et-EE"/>
        </w:rPr>
      </w:pPr>
    </w:p>
    <w:tbl>
      <w:tblPr>
        <w:tblW w:w="9648" w:type="dxa"/>
        <w:tblInd w:w="120" w:type="dxa"/>
        <w:tblLayout w:type="fixed"/>
        <w:tblLook w:val="04A0" w:firstRow="1" w:lastRow="0" w:firstColumn="1" w:lastColumn="0" w:noHBand="0" w:noVBand="1"/>
      </w:tblPr>
      <w:tblGrid>
        <w:gridCol w:w="9648"/>
      </w:tblGrid>
      <w:tr w:rsidR="00E804CA" w:rsidRPr="00841385" w14:paraId="77398008" w14:textId="77777777">
        <w:tc>
          <w:tcPr>
            <w:tcW w:w="9648" w:type="dxa"/>
            <w:tcBorders>
              <w:bottom w:val="single" w:sz="5" w:space="0" w:color="D5DEDF"/>
            </w:tcBorders>
            <w:tcMar>
              <w:top w:w="90" w:type="dxa"/>
              <w:left w:w="120" w:type="dxa"/>
              <w:bottom w:w="90" w:type="dxa"/>
              <w:right w:w="120" w:type="dxa"/>
            </w:tcMar>
            <w:vAlign w:val="center"/>
          </w:tcPr>
          <w:p w14:paraId="37EEC9DD" w14:textId="77777777" w:rsidR="00E804CA" w:rsidRPr="00841385" w:rsidRDefault="00873725">
            <w:pPr>
              <w:spacing w:after="40"/>
              <w:rPr>
                <w:lang w:val="et-EE"/>
              </w:rPr>
            </w:pPr>
            <w:r w:rsidRPr="00841385">
              <w:rPr>
                <w:rFonts w:eastAsia="Arial"/>
                <w:b/>
                <w:color w:val="3F4A4D"/>
                <w:sz w:val="19"/>
                <w:lang w:val="et-EE"/>
              </w:rPr>
              <w:t>Milline katkestus muutub minu jaoks esimesena kriitiliseks?</w:t>
            </w:r>
          </w:p>
          <w:p w14:paraId="5EC2EE36" w14:textId="77777777" w:rsidR="00E804CA" w:rsidRPr="00841385" w:rsidRDefault="00E804CA">
            <w:pPr>
              <w:spacing w:after="80"/>
              <w:rPr>
                <w:lang w:val="et-EE"/>
              </w:rPr>
            </w:pPr>
          </w:p>
        </w:tc>
      </w:tr>
      <w:tr w:rsidR="00E804CA" w:rsidRPr="00841385" w14:paraId="7E5B2B35" w14:textId="77777777">
        <w:tc>
          <w:tcPr>
            <w:tcW w:w="9648" w:type="dxa"/>
            <w:tcBorders>
              <w:bottom w:val="single" w:sz="5" w:space="0" w:color="D5DEDF"/>
            </w:tcBorders>
            <w:tcMar>
              <w:top w:w="90" w:type="dxa"/>
              <w:left w:w="120" w:type="dxa"/>
              <w:bottom w:w="90" w:type="dxa"/>
              <w:right w:w="120" w:type="dxa"/>
            </w:tcMar>
            <w:vAlign w:val="center"/>
          </w:tcPr>
          <w:p w14:paraId="73F19AC1" w14:textId="77777777" w:rsidR="00E804CA" w:rsidRPr="00841385" w:rsidRDefault="00873725">
            <w:pPr>
              <w:spacing w:after="40"/>
              <w:rPr>
                <w:lang w:val="et-EE"/>
              </w:rPr>
            </w:pPr>
            <w:r w:rsidRPr="00841385">
              <w:rPr>
                <w:rFonts w:eastAsia="Arial"/>
                <w:b/>
                <w:color w:val="3F4A4D"/>
                <w:sz w:val="19"/>
                <w:lang w:val="et-EE"/>
              </w:rPr>
              <w:t>Mis on sellele minu varulahendus?</w:t>
            </w:r>
          </w:p>
          <w:p w14:paraId="16CAD507" w14:textId="77777777" w:rsidR="00E804CA" w:rsidRPr="00841385" w:rsidRDefault="00E804CA">
            <w:pPr>
              <w:spacing w:after="80"/>
              <w:rPr>
                <w:lang w:val="et-EE"/>
              </w:rPr>
            </w:pPr>
          </w:p>
        </w:tc>
      </w:tr>
    </w:tbl>
    <w:p w14:paraId="0A957CE7" w14:textId="77777777" w:rsidR="00E804CA" w:rsidRPr="00841385" w:rsidRDefault="00E804CA">
      <w:pPr>
        <w:spacing w:after="40"/>
        <w:rPr>
          <w:lang w:val="et-EE"/>
        </w:rPr>
      </w:pPr>
    </w:p>
    <w:p w14:paraId="23E56C15" w14:textId="4769548D" w:rsidR="00E804CA" w:rsidRPr="00841385" w:rsidRDefault="3C0094D8" w:rsidP="3C0094D8">
      <w:pPr>
        <w:spacing w:after="80"/>
        <w:rPr>
          <w:lang w:val="et-EE"/>
        </w:rPr>
      </w:pPr>
      <w:r w:rsidRPr="3C0094D8">
        <w:rPr>
          <w:rFonts w:eastAsia="Arial"/>
          <w:b/>
          <w:bCs/>
          <w:color w:val="173B45"/>
          <w:sz w:val="23"/>
          <w:szCs w:val="23"/>
          <w:lang w:val="et-EE"/>
        </w:rPr>
        <w:t>STOP – lihtne mõtlemisabi</w:t>
      </w:r>
    </w:p>
    <w:tbl>
      <w:tblPr>
        <w:tblW w:w="9703" w:type="dxa"/>
        <w:tblInd w:w="120" w:type="dxa"/>
        <w:tblLayout w:type="fixed"/>
        <w:tblLook w:val="04A0" w:firstRow="1" w:lastRow="0" w:firstColumn="1" w:lastColumn="0" w:noHBand="0" w:noVBand="1"/>
      </w:tblPr>
      <w:tblGrid>
        <w:gridCol w:w="2383"/>
        <w:gridCol w:w="2346"/>
        <w:gridCol w:w="2534"/>
        <w:gridCol w:w="2440"/>
      </w:tblGrid>
      <w:tr w:rsidR="00A21786" w:rsidRPr="00841385" w14:paraId="173AD140" w14:textId="77777777" w:rsidTr="00A21786">
        <w:trPr>
          <w:trHeight w:val="222"/>
        </w:trPr>
        <w:tc>
          <w:tcPr>
            <w:tcW w:w="2383"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33702404" w14:textId="77777777" w:rsidR="00A21786" w:rsidRPr="00841385" w:rsidRDefault="00A21786">
            <w:pPr>
              <w:spacing w:after="0"/>
              <w:jc w:val="center"/>
              <w:rPr>
                <w:lang w:val="et-EE"/>
              </w:rPr>
            </w:pPr>
            <w:r w:rsidRPr="00841385">
              <w:rPr>
                <w:rFonts w:eastAsia="Arial"/>
                <w:b/>
                <w:color w:val="FFFFFF"/>
                <w:sz w:val="18"/>
                <w:lang w:val="et-EE"/>
              </w:rPr>
              <w:t>S</w:t>
            </w:r>
          </w:p>
        </w:tc>
        <w:tc>
          <w:tcPr>
            <w:tcW w:w="2346"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702284BE" w14:textId="77777777" w:rsidR="00A21786" w:rsidRPr="00841385" w:rsidRDefault="00A21786">
            <w:pPr>
              <w:spacing w:after="0"/>
              <w:jc w:val="center"/>
              <w:rPr>
                <w:lang w:val="et-EE"/>
              </w:rPr>
            </w:pPr>
            <w:r w:rsidRPr="00841385">
              <w:rPr>
                <w:rFonts w:eastAsia="Arial"/>
                <w:b/>
                <w:color w:val="FFFFFF"/>
                <w:sz w:val="18"/>
                <w:lang w:val="et-EE"/>
              </w:rPr>
              <w:t>T</w:t>
            </w:r>
          </w:p>
        </w:tc>
        <w:tc>
          <w:tcPr>
            <w:tcW w:w="2534"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774B5E50" w14:textId="77777777" w:rsidR="00A21786" w:rsidRPr="00841385" w:rsidRDefault="00A21786">
            <w:pPr>
              <w:spacing w:after="0"/>
              <w:jc w:val="center"/>
              <w:rPr>
                <w:lang w:val="et-EE"/>
              </w:rPr>
            </w:pPr>
            <w:r w:rsidRPr="00841385">
              <w:rPr>
                <w:rFonts w:eastAsia="Arial"/>
                <w:b/>
                <w:color w:val="FFFFFF"/>
                <w:sz w:val="18"/>
                <w:lang w:val="et-EE"/>
              </w:rPr>
              <w:t>O</w:t>
            </w:r>
          </w:p>
        </w:tc>
        <w:tc>
          <w:tcPr>
            <w:tcW w:w="2440"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2E5D778E" w14:textId="77777777" w:rsidR="00A21786" w:rsidRDefault="00A21786" w:rsidP="3C0094D8">
            <w:pPr>
              <w:jc w:val="center"/>
              <w:rPr>
                <w:lang w:val="et-EE"/>
              </w:rPr>
            </w:pPr>
            <w:r w:rsidRPr="3C0094D8">
              <w:rPr>
                <w:rFonts w:eastAsia="Arial"/>
                <w:b/>
                <w:bCs/>
                <w:color w:val="FFFFFF" w:themeColor="background1"/>
                <w:sz w:val="18"/>
                <w:szCs w:val="18"/>
                <w:lang w:val="et-EE"/>
              </w:rPr>
              <w:t>P</w:t>
            </w:r>
          </w:p>
        </w:tc>
      </w:tr>
      <w:tr w:rsidR="00A21786" w:rsidRPr="00841385" w14:paraId="400BE05F" w14:textId="77777777" w:rsidTr="00A21786">
        <w:trPr>
          <w:trHeight w:val="238"/>
        </w:trPr>
        <w:tc>
          <w:tcPr>
            <w:tcW w:w="2383"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467A3541" w14:textId="77777777" w:rsidR="00A21786" w:rsidRPr="00841385" w:rsidRDefault="00A21786" w:rsidP="3C0094D8">
            <w:pPr>
              <w:spacing w:after="0"/>
              <w:jc w:val="center"/>
              <w:rPr>
                <w:lang w:val="et-EE"/>
              </w:rPr>
            </w:pPr>
            <w:r w:rsidRPr="3C0094D8">
              <w:rPr>
                <w:rFonts w:eastAsia="Arial"/>
                <w:sz w:val="18"/>
                <w:szCs w:val="18"/>
                <w:lang w:val="et-EE"/>
              </w:rPr>
              <w:t>Seisa</w:t>
            </w:r>
          </w:p>
        </w:tc>
        <w:tc>
          <w:tcPr>
            <w:tcW w:w="234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5959D082" w14:textId="77777777" w:rsidR="00A21786" w:rsidRPr="00841385" w:rsidRDefault="00A21786" w:rsidP="3C0094D8">
            <w:pPr>
              <w:spacing w:after="0"/>
              <w:jc w:val="center"/>
              <w:rPr>
                <w:lang w:val="et-EE"/>
              </w:rPr>
            </w:pPr>
            <w:r w:rsidRPr="3C0094D8">
              <w:rPr>
                <w:rFonts w:eastAsia="Arial"/>
                <w:sz w:val="18"/>
                <w:szCs w:val="18"/>
                <w:lang w:val="et-EE"/>
              </w:rPr>
              <w:t>Taju</w:t>
            </w:r>
          </w:p>
        </w:tc>
        <w:tc>
          <w:tcPr>
            <w:tcW w:w="253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5A0F985" w14:textId="77777777" w:rsidR="00A21786" w:rsidRPr="00841385" w:rsidRDefault="00A21786" w:rsidP="3C0094D8">
            <w:pPr>
              <w:spacing w:after="0"/>
              <w:jc w:val="center"/>
              <w:rPr>
                <w:lang w:val="et-EE"/>
              </w:rPr>
            </w:pPr>
            <w:r w:rsidRPr="3C0094D8">
              <w:rPr>
                <w:rFonts w:eastAsia="Arial"/>
                <w:sz w:val="18"/>
                <w:szCs w:val="18"/>
                <w:lang w:val="et-EE"/>
              </w:rPr>
              <w:t>Otsusta</w:t>
            </w:r>
          </w:p>
        </w:tc>
        <w:tc>
          <w:tcPr>
            <w:tcW w:w="244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B68813E" w14:textId="77777777" w:rsidR="00A21786" w:rsidRDefault="00A21786" w:rsidP="3C0094D8">
            <w:pPr>
              <w:jc w:val="center"/>
              <w:rPr>
                <w:rFonts w:eastAsia="Arial"/>
                <w:sz w:val="18"/>
                <w:szCs w:val="18"/>
                <w:lang w:val="et-EE"/>
              </w:rPr>
            </w:pPr>
            <w:r w:rsidRPr="3C0094D8">
              <w:rPr>
                <w:rFonts w:eastAsia="Arial"/>
                <w:sz w:val="18"/>
                <w:szCs w:val="18"/>
                <w:lang w:val="et-EE"/>
              </w:rPr>
              <w:t>Planeeri</w:t>
            </w:r>
          </w:p>
          <w:p w14:paraId="716F4D5C" w14:textId="23331512" w:rsidR="00A21786" w:rsidRDefault="00A21786" w:rsidP="3C0094D8">
            <w:pPr>
              <w:jc w:val="center"/>
              <w:rPr>
                <w:rFonts w:eastAsia="Arial"/>
                <w:sz w:val="18"/>
                <w:szCs w:val="18"/>
                <w:lang w:val="et-EE"/>
              </w:rPr>
            </w:pPr>
            <w:r w:rsidRPr="3C0094D8">
              <w:rPr>
                <w:rFonts w:eastAsia="Arial"/>
                <w:sz w:val="18"/>
                <w:szCs w:val="18"/>
                <w:lang w:val="et-EE"/>
              </w:rPr>
              <w:t>Pane tööle</w:t>
            </w:r>
          </w:p>
        </w:tc>
      </w:tr>
    </w:tbl>
    <w:p w14:paraId="22AB8470" w14:textId="77777777" w:rsidR="00E804CA" w:rsidRPr="00841385" w:rsidRDefault="00E804CA" w:rsidP="3C0094D8">
      <w:pPr>
        <w:spacing w:after="60"/>
        <w:jc w:val="center"/>
        <w:rPr>
          <w:lang w:val="et-EE"/>
        </w:rPr>
      </w:pPr>
    </w:p>
    <w:tbl>
      <w:tblPr>
        <w:tblW w:w="9648" w:type="dxa"/>
        <w:tblInd w:w="120" w:type="dxa"/>
        <w:tblLayout w:type="fixed"/>
        <w:tblLook w:val="04A0" w:firstRow="1" w:lastRow="0" w:firstColumn="1" w:lastColumn="0" w:noHBand="0" w:noVBand="1"/>
      </w:tblPr>
      <w:tblGrid>
        <w:gridCol w:w="9648"/>
      </w:tblGrid>
      <w:tr w:rsidR="00E804CA" w:rsidRPr="00841385" w14:paraId="2FB0AEFC" w14:textId="77777777">
        <w:tc>
          <w:tcPr>
            <w:tcW w:w="9648" w:type="dxa"/>
            <w:tcBorders>
              <w:left w:val="single" w:sz="10" w:space="0" w:color="1F6F78"/>
            </w:tcBorders>
            <w:shd w:val="clear" w:color="auto" w:fill="E8F2F3"/>
            <w:tcMar>
              <w:top w:w="90" w:type="dxa"/>
              <w:left w:w="120" w:type="dxa"/>
              <w:bottom w:w="90" w:type="dxa"/>
              <w:right w:w="120" w:type="dxa"/>
            </w:tcMar>
            <w:vAlign w:val="center"/>
          </w:tcPr>
          <w:p w14:paraId="2904940E" w14:textId="77777777" w:rsidR="00E804CA" w:rsidRPr="00841385" w:rsidRDefault="00873725">
            <w:pPr>
              <w:spacing w:after="0"/>
              <w:rPr>
                <w:lang w:val="et-EE"/>
              </w:rPr>
            </w:pPr>
            <w:r w:rsidRPr="00841385">
              <w:rPr>
                <w:rFonts w:eastAsia="Arial"/>
                <w:b/>
                <w:color w:val="1F6F78"/>
                <w:sz w:val="20"/>
                <w:lang w:val="et-EE"/>
              </w:rPr>
              <w:t xml:space="preserve">ENNE TEGUTSEMIST  </w:t>
            </w:r>
            <w:r w:rsidRPr="00841385">
              <w:rPr>
                <w:rFonts w:eastAsia="Arial"/>
                <w:sz w:val="20"/>
                <w:lang w:val="et-EE"/>
              </w:rPr>
              <w:t>Kas on vahetu oht? Mis päriselt juhtus? Milline info on usaldusväärne? Mis muutub esimesena probleemiks? Mis on järgmine mõistlik samm?</w:t>
            </w:r>
          </w:p>
        </w:tc>
      </w:tr>
    </w:tbl>
    <w:p w14:paraId="2835C17B" w14:textId="77777777" w:rsidR="00E804CA" w:rsidRPr="00841385" w:rsidRDefault="00E804CA">
      <w:pPr>
        <w:spacing w:after="60"/>
        <w:rPr>
          <w:lang w:val="et-EE"/>
        </w:rPr>
      </w:pPr>
    </w:p>
    <w:p w14:paraId="314C4D8C" w14:textId="77777777" w:rsidR="00E804CA" w:rsidRPr="00841385" w:rsidRDefault="00873725">
      <w:pPr>
        <w:rPr>
          <w:lang w:val="et-EE"/>
        </w:rPr>
      </w:pPr>
      <w:r w:rsidRPr="00841385">
        <w:rPr>
          <w:lang w:val="et-EE"/>
        </w:rPr>
        <w:br w:type="page"/>
      </w:r>
    </w:p>
    <w:p w14:paraId="5747C0BC" w14:textId="7D9F2A1F" w:rsidR="00E804CA" w:rsidRPr="00841385" w:rsidRDefault="00873725">
      <w:pPr>
        <w:keepNext/>
        <w:spacing w:after="60"/>
        <w:rPr>
          <w:lang w:val="et-EE"/>
        </w:rPr>
      </w:pPr>
      <w:r w:rsidRPr="00841385">
        <w:rPr>
          <w:rFonts w:eastAsia="Arial"/>
          <w:b/>
          <w:color w:val="173B45"/>
          <w:sz w:val="30"/>
          <w:lang w:val="et-EE"/>
        </w:rPr>
        <w:lastRenderedPageBreak/>
        <w:t xml:space="preserve"> 4  Esimesed minutid kuni üks nädal</w:t>
      </w:r>
    </w:p>
    <w:p w14:paraId="29CA586A" w14:textId="77777777" w:rsidR="002E09B1" w:rsidRDefault="002E09B1" w:rsidP="002E09B1">
      <w:pPr>
        <w:spacing w:after="80"/>
        <w:rPr>
          <w:rFonts w:eastAsia="Arial"/>
          <w:b/>
          <w:color w:val="173B45"/>
          <w:sz w:val="22"/>
          <w:lang w:val="et-EE"/>
        </w:rPr>
      </w:pPr>
    </w:p>
    <w:p w14:paraId="7EEE6F9B" w14:textId="49364801" w:rsidR="002E09B1" w:rsidRPr="00841385" w:rsidRDefault="002E09B1" w:rsidP="002E09B1">
      <w:pPr>
        <w:spacing w:after="80"/>
        <w:rPr>
          <w:lang w:val="et-EE"/>
        </w:rPr>
      </w:pPr>
      <w:r w:rsidRPr="00841385">
        <w:rPr>
          <w:rFonts w:eastAsia="Arial"/>
          <w:b/>
          <w:color w:val="173B45"/>
          <w:sz w:val="22"/>
          <w:lang w:val="et-EE"/>
        </w:rPr>
        <w:t xml:space="preserve">Minu esimese </w:t>
      </w:r>
      <w:r>
        <w:rPr>
          <w:rFonts w:eastAsia="Arial"/>
          <w:b/>
          <w:color w:val="173B45"/>
          <w:sz w:val="22"/>
          <w:lang w:val="et-EE"/>
        </w:rPr>
        <w:t>10 minuti</w:t>
      </w:r>
      <w:r w:rsidRPr="00841385">
        <w:rPr>
          <w:rFonts w:eastAsia="Arial"/>
          <w:b/>
          <w:color w:val="173B45"/>
          <w:sz w:val="22"/>
          <w:lang w:val="et-EE"/>
        </w:rPr>
        <w:t xml:space="preserve"> tegevusjärjekord</w:t>
      </w:r>
    </w:p>
    <w:tbl>
      <w:tblPr>
        <w:tblW w:w="9648" w:type="dxa"/>
        <w:tblInd w:w="120" w:type="dxa"/>
        <w:tblLayout w:type="fixed"/>
        <w:tblLook w:val="04A0" w:firstRow="1" w:lastRow="0" w:firstColumn="1" w:lastColumn="0" w:noHBand="0" w:noVBand="1"/>
      </w:tblPr>
      <w:tblGrid>
        <w:gridCol w:w="9648"/>
      </w:tblGrid>
      <w:tr w:rsidR="002E09B1" w:rsidRPr="00841385" w14:paraId="5ADCA306" w14:textId="77777777" w:rsidTr="00DA2E70">
        <w:tc>
          <w:tcPr>
            <w:tcW w:w="9648" w:type="dxa"/>
            <w:tcBorders>
              <w:bottom w:val="single" w:sz="5" w:space="0" w:color="D5DEDF"/>
            </w:tcBorders>
            <w:tcMar>
              <w:top w:w="90" w:type="dxa"/>
              <w:left w:w="120" w:type="dxa"/>
              <w:bottom w:w="90" w:type="dxa"/>
              <w:right w:w="120" w:type="dxa"/>
            </w:tcMar>
            <w:vAlign w:val="center"/>
          </w:tcPr>
          <w:p w14:paraId="1C3C92E9" w14:textId="77777777" w:rsidR="002E09B1" w:rsidRPr="00841385" w:rsidRDefault="002E09B1" w:rsidP="00DA2E70">
            <w:pPr>
              <w:spacing w:after="40"/>
              <w:rPr>
                <w:lang w:val="et-EE"/>
              </w:rPr>
            </w:pPr>
            <w:r w:rsidRPr="00841385">
              <w:rPr>
                <w:rFonts w:eastAsia="Arial"/>
                <w:b/>
                <w:color w:val="3F4A4D"/>
                <w:sz w:val="19"/>
                <w:lang w:val="et-EE"/>
              </w:rPr>
              <w:t>1.</w:t>
            </w:r>
          </w:p>
        </w:tc>
      </w:tr>
      <w:tr w:rsidR="002E09B1" w:rsidRPr="00841385" w14:paraId="54A04FA6" w14:textId="77777777" w:rsidTr="00DA2E70">
        <w:tc>
          <w:tcPr>
            <w:tcW w:w="9648" w:type="dxa"/>
            <w:tcBorders>
              <w:bottom w:val="single" w:sz="5" w:space="0" w:color="D5DEDF"/>
            </w:tcBorders>
            <w:tcMar>
              <w:top w:w="90" w:type="dxa"/>
              <w:left w:w="120" w:type="dxa"/>
              <w:bottom w:w="90" w:type="dxa"/>
              <w:right w:w="120" w:type="dxa"/>
            </w:tcMar>
            <w:vAlign w:val="center"/>
          </w:tcPr>
          <w:p w14:paraId="5D6707BA" w14:textId="77777777" w:rsidR="002E09B1" w:rsidRPr="00841385" w:rsidRDefault="002E09B1" w:rsidP="00DA2E70">
            <w:pPr>
              <w:spacing w:after="40"/>
              <w:rPr>
                <w:lang w:val="et-EE"/>
              </w:rPr>
            </w:pPr>
            <w:r w:rsidRPr="00841385">
              <w:rPr>
                <w:rFonts w:eastAsia="Arial"/>
                <w:b/>
                <w:color w:val="3F4A4D"/>
                <w:sz w:val="19"/>
                <w:lang w:val="et-EE"/>
              </w:rPr>
              <w:t>2.</w:t>
            </w:r>
          </w:p>
        </w:tc>
      </w:tr>
      <w:tr w:rsidR="002E09B1" w:rsidRPr="00841385" w14:paraId="4EC4D3EA" w14:textId="77777777" w:rsidTr="00DA2E70">
        <w:tc>
          <w:tcPr>
            <w:tcW w:w="9648" w:type="dxa"/>
            <w:tcBorders>
              <w:bottom w:val="single" w:sz="5" w:space="0" w:color="D5DEDF"/>
            </w:tcBorders>
            <w:tcMar>
              <w:top w:w="90" w:type="dxa"/>
              <w:left w:w="120" w:type="dxa"/>
              <w:bottom w:w="90" w:type="dxa"/>
              <w:right w:w="120" w:type="dxa"/>
            </w:tcMar>
            <w:vAlign w:val="center"/>
          </w:tcPr>
          <w:p w14:paraId="251C6E6B" w14:textId="77777777" w:rsidR="002E09B1" w:rsidRPr="00841385" w:rsidRDefault="002E09B1" w:rsidP="00DA2E70">
            <w:pPr>
              <w:spacing w:after="40"/>
              <w:rPr>
                <w:lang w:val="et-EE"/>
              </w:rPr>
            </w:pPr>
            <w:r w:rsidRPr="00841385">
              <w:rPr>
                <w:rFonts w:eastAsia="Arial"/>
                <w:b/>
                <w:color w:val="3F4A4D"/>
                <w:sz w:val="19"/>
                <w:lang w:val="et-EE"/>
              </w:rPr>
              <w:t>3.</w:t>
            </w:r>
          </w:p>
        </w:tc>
      </w:tr>
      <w:tr w:rsidR="002E09B1" w:rsidRPr="00841385" w14:paraId="2E9098C5" w14:textId="77777777" w:rsidTr="00DA2E70">
        <w:tc>
          <w:tcPr>
            <w:tcW w:w="9648" w:type="dxa"/>
            <w:tcBorders>
              <w:bottom w:val="single" w:sz="5" w:space="0" w:color="D5DEDF"/>
            </w:tcBorders>
            <w:tcMar>
              <w:top w:w="90" w:type="dxa"/>
              <w:left w:w="120" w:type="dxa"/>
              <w:bottom w:w="90" w:type="dxa"/>
              <w:right w:w="120" w:type="dxa"/>
            </w:tcMar>
            <w:vAlign w:val="center"/>
          </w:tcPr>
          <w:p w14:paraId="70029810" w14:textId="77777777" w:rsidR="002E09B1" w:rsidRPr="00841385" w:rsidRDefault="002E09B1" w:rsidP="00DA2E70">
            <w:pPr>
              <w:spacing w:after="40"/>
              <w:rPr>
                <w:lang w:val="et-EE"/>
              </w:rPr>
            </w:pPr>
            <w:r w:rsidRPr="00841385">
              <w:rPr>
                <w:rFonts w:eastAsia="Arial"/>
                <w:b/>
                <w:color w:val="3F4A4D"/>
                <w:sz w:val="19"/>
                <w:lang w:val="et-EE"/>
              </w:rPr>
              <w:t>4.</w:t>
            </w:r>
          </w:p>
        </w:tc>
      </w:tr>
      <w:tr w:rsidR="002E09B1" w:rsidRPr="00841385" w14:paraId="7BC77D89" w14:textId="77777777" w:rsidTr="00DA2E70">
        <w:tc>
          <w:tcPr>
            <w:tcW w:w="9648" w:type="dxa"/>
            <w:tcBorders>
              <w:bottom w:val="single" w:sz="5" w:space="0" w:color="D5DEDF"/>
            </w:tcBorders>
            <w:tcMar>
              <w:top w:w="90" w:type="dxa"/>
              <w:left w:w="120" w:type="dxa"/>
              <w:bottom w:w="90" w:type="dxa"/>
              <w:right w:w="120" w:type="dxa"/>
            </w:tcMar>
            <w:vAlign w:val="center"/>
          </w:tcPr>
          <w:p w14:paraId="7C419A40" w14:textId="77777777" w:rsidR="002E09B1" w:rsidRPr="00841385" w:rsidRDefault="002E09B1" w:rsidP="00DA2E70">
            <w:pPr>
              <w:spacing w:after="40"/>
              <w:rPr>
                <w:lang w:val="et-EE"/>
              </w:rPr>
            </w:pPr>
            <w:r w:rsidRPr="00841385">
              <w:rPr>
                <w:rFonts w:eastAsia="Arial"/>
                <w:b/>
                <w:color w:val="3F4A4D"/>
                <w:sz w:val="19"/>
                <w:lang w:val="et-EE"/>
              </w:rPr>
              <w:t>5.</w:t>
            </w:r>
          </w:p>
        </w:tc>
      </w:tr>
    </w:tbl>
    <w:p w14:paraId="32FBBF80" w14:textId="77777777" w:rsidR="002E09B1" w:rsidRDefault="002E09B1">
      <w:pPr>
        <w:spacing w:after="160"/>
        <w:rPr>
          <w:rFonts w:eastAsia="Arial"/>
          <w:color w:val="3F4A4D"/>
          <w:sz w:val="19"/>
          <w:lang w:val="et-EE"/>
        </w:rPr>
      </w:pPr>
    </w:p>
    <w:p w14:paraId="76B9D412" w14:textId="159FEAB4" w:rsidR="00E804CA" w:rsidRPr="00841385" w:rsidRDefault="00873725">
      <w:pPr>
        <w:spacing w:after="160"/>
        <w:rPr>
          <w:lang w:val="et-EE"/>
        </w:rPr>
      </w:pPr>
      <w:r w:rsidRPr="00841385">
        <w:rPr>
          <w:rFonts w:eastAsia="Arial"/>
          <w:color w:val="3F4A4D"/>
          <w:sz w:val="19"/>
          <w:lang w:val="et-EE"/>
        </w:rPr>
        <w:t>Sama olukord nõuab eri ajal erinevaid otsuseid.</w:t>
      </w:r>
    </w:p>
    <w:tbl>
      <w:tblPr>
        <w:tblW w:w="9648" w:type="dxa"/>
        <w:tblInd w:w="120" w:type="dxa"/>
        <w:tblLayout w:type="fixed"/>
        <w:tblLook w:val="04A0" w:firstRow="1" w:lastRow="0" w:firstColumn="1" w:lastColumn="0" w:noHBand="0" w:noVBand="1"/>
      </w:tblPr>
      <w:tblGrid>
        <w:gridCol w:w="1512"/>
        <w:gridCol w:w="4464"/>
        <w:gridCol w:w="3672"/>
      </w:tblGrid>
      <w:tr w:rsidR="00E804CA" w:rsidRPr="00841385" w14:paraId="3B73A0E8" w14:textId="77777777">
        <w:tc>
          <w:tcPr>
            <w:tcW w:w="1512"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5209A655" w14:textId="77777777" w:rsidR="00E804CA" w:rsidRPr="00841385" w:rsidRDefault="00873725">
            <w:pPr>
              <w:spacing w:after="0"/>
              <w:jc w:val="center"/>
              <w:rPr>
                <w:lang w:val="et-EE"/>
              </w:rPr>
            </w:pPr>
            <w:r w:rsidRPr="00841385">
              <w:rPr>
                <w:rFonts w:eastAsia="Arial"/>
                <w:b/>
                <w:color w:val="FFFFFF"/>
                <w:sz w:val="18"/>
                <w:lang w:val="et-EE"/>
              </w:rPr>
              <w:t>Aeg</w:t>
            </w:r>
          </w:p>
        </w:tc>
        <w:tc>
          <w:tcPr>
            <w:tcW w:w="4464"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573EE504" w14:textId="77777777" w:rsidR="00E804CA" w:rsidRPr="00841385" w:rsidRDefault="00873725">
            <w:pPr>
              <w:spacing w:after="0"/>
              <w:jc w:val="center"/>
              <w:rPr>
                <w:lang w:val="et-EE"/>
              </w:rPr>
            </w:pPr>
            <w:r w:rsidRPr="00841385">
              <w:rPr>
                <w:rFonts w:eastAsia="Arial"/>
                <w:b/>
                <w:color w:val="FFFFFF"/>
                <w:sz w:val="18"/>
                <w:lang w:val="et-EE"/>
              </w:rPr>
              <w:t>Põhiküsimus</w:t>
            </w:r>
          </w:p>
        </w:tc>
        <w:tc>
          <w:tcPr>
            <w:tcW w:w="3672"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22E4B800" w14:textId="77777777" w:rsidR="00E804CA" w:rsidRPr="00841385" w:rsidRDefault="00873725">
            <w:pPr>
              <w:spacing w:after="0"/>
              <w:jc w:val="center"/>
              <w:rPr>
                <w:lang w:val="et-EE"/>
              </w:rPr>
            </w:pPr>
            <w:r w:rsidRPr="00841385">
              <w:rPr>
                <w:rFonts w:eastAsia="Arial"/>
                <w:b/>
                <w:color w:val="FFFFFF"/>
                <w:sz w:val="18"/>
                <w:lang w:val="et-EE"/>
              </w:rPr>
              <w:t>Minu tegevus</w:t>
            </w:r>
          </w:p>
        </w:tc>
      </w:tr>
      <w:tr w:rsidR="00E804CA" w:rsidRPr="00841385" w14:paraId="2AB7DEFC" w14:textId="77777777">
        <w:tc>
          <w:tcPr>
            <w:tcW w:w="151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5DF0B401" w14:textId="77777777" w:rsidR="00E804CA" w:rsidRPr="00841385" w:rsidRDefault="00873725">
            <w:pPr>
              <w:spacing w:after="0"/>
              <w:rPr>
                <w:lang w:val="et-EE"/>
              </w:rPr>
            </w:pPr>
            <w:r w:rsidRPr="00841385">
              <w:rPr>
                <w:rFonts w:eastAsia="Arial"/>
                <w:sz w:val="17"/>
                <w:lang w:val="et-EE"/>
              </w:rPr>
              <w:t>10 min</w:t>
            </w:r>
          </w:p>
        </w:tc>
        <w:tc>
          <w:tcPr>
            <w:tcW w:w="446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76366E64" w14:textId="77777777" w:rsidR="00E804CA" w:rsidRPr="00841385" w:rsidRDefault="00873725">
            <w:pPr>
              <w:spacing w:after="0"/>
              <w:rPr>
                <w:lang w:val="et-EE"/>
              </w:rPr>
            </w:pPr>
            <w:r w:rsidRPr="00841385">
              <w:rPr>
                <w:rFonts w:eastAsia="Arial"/>
                <w:sz w:val="17"/>
                <w:lang w:val="et-EE"/>
              </w:rPr>
              <w:t>Kas olen vahetus ohus?</w:t>
            </w:r>
          </w:p>
        </w:tc>
        <w:tc>
          <w:tcPr>
            <w:tcW w:w="367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2135DEFA" w14:textId="77777777" w:rsidR="00E804CA" w:rsidRPr="00841385" w:rsidRDefault="00E804CA">
            <w:pPr>
              <w:spacing w:after="0"/>
              <w:rPr>
                <w:lang w:val="et-EE"/>
              </w:rPr>
            </w:pPr>
          </w:p>
        </w:tc>
      </w:tr>
      <w:tr w:rsidR="00E804CA" w:rsidRPr="00841385" w14:paraId="57DBB4F0" w14:textId="77777777">
        <w:tc>
          <w:tcPr>
            <w:tcW w:w="151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AF22BEE" w14:textId="77777777" w:rsidR="00E804CA" w:rsidRPr="00841385" w:rsidRDefault="00873725">
            <w:pPr>
              <w:spacing w:after="0"/>
              <w:rPr>
                <w:lang w:val="et-EE"/>
              </w:rPr>
            </w:pPr>
            <w:r w:rsidRPr="00841385">
              <w:rPr>
                <w:rFonts w:eastAsia="Arial"/>
                <w:sz w:val="17"/>
                <w:lang w:val="et-EE"/>
              </w:rPr>
              <w:t>1 tund</w:t>
            </w:r>
          </w:p>
        </w:tc>
        <w:tc>
          <w:tcPr>
            <w:tcW w:w="446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78C471D" w14:textId="77777777" w:rsidR="00E804CA" w:rsidRPr="00841385" w:rsidRDefault="00873725">
            <w:pPr>
              <w:spacing w:after="0"/>
              <w:rPr>
                <w:lang w:val="et-EE"/>
              </w:rPr>
            </w:pPr>
            <w:r w:rsidRPr="00841385">
              <w:rPr>
                <w:rFonts w:eastAsia="Arial"/>
                <w:sz w:val="17"/>
                <w:lang w:val="et-EE"/>
              </w:rPr>
              <w:t>Mis juhtus ja mis töötab?</w:t>
            </w:r>
          </w:p>
        </w:tc>
        <w:tc>
          <w:tcPr>
            <w:tcW w:w="367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0B9114E8" w14:textId="77777777" w:rsidR="00E804CA" w:rsidRPr="00841385" w:rsidRDefault="00E804CA">
            <w:pPr>
              <w:spacing w:after="0"/>
              <w:rPr>
                <w:lang w:val="et-EE"/>
              </w:rPr>
            </w:pPr>
          </w:p>
        </w:tc>
      </w:tr>
      <w:tr w:rsidR="00E804CA" w:rsidRPr="00841385" w14:paraId="71571780" w14:textId="77777777">
        <w:tc>
          <w:tcPr>
            <w:tcW w:w="151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22B93EEB" w14:textId="77777777" w:rsidR="00E804CA" w:rsidRPr="00841385" w:rsidRDefault="00873725">
            <w:pPr>
              <w:spacing w:after="0"/>
              <w:rPr>
                <w:lang w:val="et-EE"/>
              </w:rPr>
            </w:pPr>
            <w:r w:rsidRPr="00841385">
              <w:rPr>
                <w:rFonts w:eastAsia="Arial"/>
                <w:sz w:val="17"/>
                <w:lang w:val="et-EE"/>
              </w:rPr>
              <w:t>24 tundi</w:t>
            </w:r>
          </w:p>
        </w:tc>
        <w:tc>
          <w:tcPr>
            <w:tcW w:w="446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37AF8E25" w14:textId="77777777" w:rsidR="00E804CA" w:rsidRPr="00841385" w:rsidRDefault="00873725">
            <w:pPr>
              <w:spacing w:after="0"/>
              <w:rPr>
                <w:lang w:val="et-EE"/>
              </w:rPr>
            </w:pPr>
            <w:r w:rsidRPr="00841385">
              <w:rPr>
                <w:rFonts w:eastAsia="Arial"/>
                <w:sz w:val="17"/>
                <w:lang w:val="et-EE"/>
              </w:rPr>
              <w:t>Kas vesi, toit, ravimid, info ja temperatuur on kontrolli all?</w:t>
            </w:r>
          </w:p>
        </w:tc>
        <w:tc>
          <w:tcPr>
            <w:tcW w:w="367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4ECF3EF" w14:textId="77777777" w:rsidR="00E804CA" w:rsidRPr="00841385" w:rsidRDefault="00E804CA">
            <w:pPr>
              <w:spacing w:after="0"/>
              <w:rPr>
                <w:lang w:val="et-EE"/>
              </w:rPr>
            </w:pPr>
          </w:p>
        </w:tc>
      </w:tr>
      <w:tr w:rsidR="00E804CA" w:rsidRPr="00841385" w14:paraId="1F5A43B9" w14:textId="77777777">
        <w:tc>
          <w:tcPr>
            <w:tcW w:w="151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352D771F" w14:textId="77777777" w:rsidR="00E804CA" w:rsidRPr="00841385" w:rsidRDefault="00873725">
            <w:pPr>
              <w:spacing w:after="0"/>
              <w:rPr>
                <w:lang w:val="et-EE"/>
              </w:rPr>
            </w:pPr>
            <w:r w:rsidRPr="00841385">
              <w:rPr>
                <w:rFonts w:eastAsia="Arial"/>
                <w:sz w:val="17"/>
                <w:lang w:val="et-EE"/>
              </w:rPr>
              <w:t>72 tundi</w:t>
            </w:r>
          </w:p>
        </w:tc>
        <w:tc>
          <w:tcPr>
            <w:tcW w:w="446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2C3FB036" w14:textId="77777777" w:rsidR="00E804CA" w:rsidRPr="00841385" w:rsidRDefault="00873725">
            <w:pPr>
              <w:spacing w:after="0"/>
              <w:rPr>
                <w:lang w:val="et-EE"/>
              </w:rPr>
            </w:pPr>
            <w:r w:rsidRPr="00841385">
              <w:rPr>
                <w:rFonts w:eastAsia="Arial"/>
                <w:sz w:val="17"/>
                <w:lang w:val="et-EE"/>
              </w:rPr>
              <w:t>Kas varud ja lähedaste olukord võimaldavad jätkata?</w:t>
            </w:r>
          </w:p>
        </w:tc>
        <w:tc>
          <w:tcPr>
            <w:tcW w:w="367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2257DA31" w14:textId="77777777" w:rsidR="00E804CA" w:rsidRPr="00841385" w:rsidRDefault="00E804CA">
            <w:pPr>
              <w:spacing w:after="0"/>
              <w:rPr>
                <w:lang w:val="et-EE"/>
              </w:rPr>
            </w:pPr>
          </w:p>
        </w:tc>
      </w:tr>
      <w:tr w:rsidR="00E804CA" w:rsidRPr="00841385" w14:paraId="36104066" w14:textId="77777777">
        <w:tc>
          <w:tcPr>
            <w:tcW w:w="151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4E4D357" w14:textId="77777777" w:rsidR="00E804CA" w:rsidRPr="00841385" w:rsidRDefault="00873725">
            <w:pPr>
              <w:spacing w:after="0"/>
              <w:rPr>
                <w:lang w:val="et-EE"/>
              </w:rPr>
            </w:pPr>
            <w:r w:rsidRPr="00841385">
              <w:rPr>
                <w:rFonts w:eastAsia="Arial"/>
                <w:sz w:val="17"/>
                <w:lang w:val="et-EE"/>
              </w:rPr>
              <w:t>7 päeva</w:t>
            </w:r>
          </w:p>
        </w:tc>
        <w:tc>
          <w:tcPr>
            <w:tcW w:w="446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398CA738" w14:textId="77777777" w:rsidR="00E804CA" w:rsidRPr="00841385" w:rsidRDefault="00873725">
            <w:pPr>
              <w:spacing w:after="0"/>
              <w:rPr>
                <w:lang w:val="et-EE"/>
              </w:rPr>
            </w:pPr>
            <w:r w:rsidRPr="00841385">
              <w:rPr>
                <w:rFonts w:eastAsia="Arial"/>
                <w:sz w:val="17"/>
                <w:lang w:val="et-EE"/>
              </w:rPr>
              <w:t>Kas koju jäämine on endiselt turvaline ja mõistlik?</w:t>
            </w:r>
          </w:p>
        </w:tc>
        <w:tc>
          <w:tcPr>
            <w:tcW w:w="367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3F7D76C" w14:textId="77777777" w:rsidR="00E804CA" w:rsidRPr="00841385" w:rsidRDefault="00E804CA">
            <w:pPr>
              <w:spacing w:after="0"/>
              <w:rPr>
                <w:lang w:val="et-EE"/>
              </w:rPr>
            </w:pPr>
          </w:p>
        </w:tc>
      </w:tr>
    </w:tbl>
    <w:p w14:paraId="28834DB1" w14:textId="77777777" w:rsidR="00E804CA" w:rsidRPr="00841385" w:rsidRDefault="00E804CA">
      <w:pPr>
        <w:spacing w:after="60"/>
        <w:rPr>
          <w:lang w:val="et-EE"/>
        </w:rPr>
      </w:pPr>
    </w:p>
    <w:p w14:paraId="3CE0A718" w14:textId="77777777" w:rsidR="00E804CA" w:rsidRPr="00841385" w:rsidRDefault="00E804CA">
      <w:pPr>
        <w:spacing w:after="40"/>
        <w:rPr>
          <w:lang w:val="et-EE"/>
        </w:rPr>
      </w:pPr>
    </w:p>
    <w:tbl>
      <w:tblPr>
        <w:tblW w:w="9648" w:type="dxa"/>
        <w:tblInd w:w="120" w:type="dxa"/>
        <w:tblLayout w:type="fixed"/>
        <w:tblLook w:val="04A0" w:firstRow="1" w:lastRow="0" w:firstColumn="1" w:lastColumn="0" w:noHBand="0" w:noVBand="1"/>
      </w:tblPr>
      <w:tblGrid>
        <w:gridCol w:w="9648"/>
      </w:tblGrid>
      <w:tr w:rsidR="00E804CA" w:rsidRPr="00841385" w14:paraId="234B1663" w14:textId="77777777">
        <w:tc>
          <w:tcPr>
            <w:tcW w:w="9648" w:type="dxa"/>
            <w:tcBorders>
              <w:left w:val="single" w:sz="10" w:space="0" w:color="D26A3A"/>
            </w:tcBorders>
            <w:shd w:val="clear" w:color="auto" w:fill="F8ECE5"/>
            <w:tcMar>
              <w:top w:w="90" w:type="dxa"/>
              <w:left w:w="120" w:type="dxa"/>
              <w:bottom w:w="90" w:type="dxa"/>
              <w:right w:w="120" w:type="dxa"/>
            </w:tcMar>
            <w:vAlign w:val="center"/>
          </w:tcPr>
          <w:p w14:paraId="11772820" w14:textId="77777777" w:rsidR="00E804CA" w:rsidRPr="00841385" w:rsidRDefault="00873725">
            <w:pPr>
              <w:spacing w:after="0"/>
              <w:rPr>
                <w:lang w:val="et-EE"/>
              </w:rPr>
            </w:pPr>
            <w:r w:rsidRPr="00841385">
              <w:rPr>
                <w:rFonts w:eastAsia="Arial"/>
                <w:b/>
                <w:color w:val="D26A3A"/>
                <w:sz w:val="20"/>
                <w:lang w:val="et-EE"/>
              </w:rPr>
              <w:t xml:space="preserve">PEA MEELES  </w:t>
            </w:r>
            <w:r w:rsidRPr="00841385">
              <w:rPr>
                <w:rFonts w:eastAsia="Arial"/>
                <w:sz w:val="20"/>
                <w:lang w:val="et-EE"/>
              </w:rPr>
              <w:t>Kiire tegutsemine ei tähenda tormamist. Esmalt ohutus, seejärel info, inimesed ja kõige kiiremini kriitiliseks muutuv vajadus.</w:t>
            </w:r>
          </w:p>
        </w:tc>
      </w:tr>
    </w:tbl>
    <w:p w14:paraId="12A6A7BD" w14:textId="77777777" w:rsidR="00E804CA" w:rsidRPr="00841385" w:rsidRDefault="00E804CA">
      <w:pPr>
        <w:spacing w:after="60"/>
        <w:rPr>
          <w:lang w:val="et-EE"/>
        </w:rPr>
      </w:pPr>
    </w:p>
    <w:p w14:paraId="1E7DB3FC" w14:textId="77777777" w:rsidR="00E804CA" w:rsidRPr="00841385" w:rsidRDefault="00873725">
      <w:pPr>
        <w:rPr>
          <w:lang w:val="et-EE"/>
        </w:rPr>
      </w:pPr>
      <w:r w:rsidRPr="00841385">
        <w:rPr>
          <w:lang w:val="et-EE"/>
        </w:rPr>
        <w:br w:type="page"/>
      </w:r>
    </w:p>
    <w:p w14:paraId="576E9879" w14:textId="77777777" w:rsidR="00E804CA" w:rsidRPr="00841385" w:rsidRDefault="00873725">
      <w:pPr>
        <w:keepNext/>
        <w:spacing w:after="60"/>
        <w:rPr>
          <w:lang w:val="et-EE"/>
        </w:rPr>
      </w:pPr>
      <w:r w:rsidRPr="00841385">
        <w:rPr>
          <w:rFonts w:eastAsia="Arial"/>
          <w:b/>
          <w:color w:val="173B45"/>
          <w:sz w:val="30"/>
          <w:lang w:val="et-EE"/>
        </w:rPr>
        <w:lastRenderedPageBreak/>
        <w:t xml:space="preserve"> 5  Vesi</w:t>
      </w:r>
    </w:p>
    <w:p w14:paraId="48DC3033" w14:textId="77777777" w:rsidR="00E804CA" w:rsidRPr="00841385" w:rsidRDefault="00873725">
      <w:pPr>
        <w:spacing w:after="160"/>
        <w:rPr>
          <w:lang w:val="et-EE"/>
        </w:rPr>
      </w:pPr>
      <w:r w:rsidRPr="00841385">
        <w:rPr>
          <w:rFonts w:eastAsia="Arial"/>
          <w:color w:val="3F4A4D"/>
          <w:sz w:val="19"/>
          <w:lang w:val="et-EE"/>
        </w:rPr>
        <w:t>Kodus võiks olla vähemalt 24 tunni veevaru ning teada, kust saad vett juurde.</w:t>
      </w:r>
    </w:p>
    <w:tbl>
      <w:tblPr>
        <w:tblW w:w="9648" w:type="dxa"/>
        <w:tblInd w:w="120" w:type="dxa"/>
        <w:tblLayout w:type="fixed"/>
        <w:tblLook w:val="04A0" w:firstRow="1" w:lastRow="0" w:firstColumn="1" w:lastColumn="0" w:noHBand="0" w:noVBand="1"/>
      </w:tblPr>
      <w:tblGrid>
        <w:gridCol w:w="9648"/>
      </w:tblGrid>
      <w:tr w:rsidR="00E804CA" w:rsidRPr="00841385" w14:paraId="10F6F94C" w14:textId="77777777">
        <w:tc>
          <w:tcPr>
            <w:tcW w:w="9648" w:type="dxa"/>
            <w:tcBorders>
              <w:left w:val="single" w:sz="10" w:space="0" w:color="1F6F78"/>
            </w:tcBorders>
            <w:shd w:val="clear" w:color="auto" w:fill="E8F2F3"/>
            <w:tcMar>
              <w:top w:w="90" w:type="dxa"/>
              <w:left w:w="120" w:type="dxa"/>
              <w:bottom w:w="90" w:type="dxa"/>
              <w:right w:w="120" w:type="dxa"/>
            </w:tcMar>
            <w:vAlign w:val="center"/>
          </w:tcPr>
          <w:p w14:paraId="4231F0FD" w14:textId="77777777" w:rsidR="00E804CA" w:rsidRPr="00841385" w:rsidRDefault="00873725">
            <w:pPr>
              <w:spacing w:after="0"/>
              <w:rPr>
                <w:lang w:val="et-EE"/>
              </w:rPr>
            </w:pPr>
            <w:r w:rsidRPr="00841385">
              <w:rPr>
                <w:rFonts w:eastAsia="Arial"/>
                <w:b/>
                <w:color w:val="1F6F78"/>
                <w:sz w:val="20"/>
                <w:lang w:val="et-EE"/>
              </w:rPr>
              <w:t xml:space="preserve">ARVUTUSVÄÄRTUS  </w:t>
            </w:r>
            <w:r w:rsidRPr="00841385">
              <w:rPr>
                <w:rFonts w:eastAsia="Arial"/>
                <w:sz w:val="20"/>
                <w:lang w:val="et-EE"/>
              </w:rPr>
              <w:t>Koolitusel kasutame planeerimiseks 3 liitrit joogivett inimese kohta ööpäevas. 1 inimene × 7 päeva = 21 liitrit.</w:t>
            </w:r>
          </w:p>
        </w:tc>
      </w:tr>
    </w:tbl>
    <w:p w14:paraId="6DC694D9" w14:textId="77777777" w:rsidR="00E804CA" w:rsidRPr="00841385" w:rsidRDefault="00E804CA">
      <w:pPr>
        <w:spacing w:after="60"/>
        <w:rPr>
          <w:lang w:val="et-EE"/>
        </w:rPr>
      </w:pPr>
    </w:p>
    <w:tbl>
      <w:tblPr>
        <w:tblW w:w="9648" w:type="dxa"/>
        <w:tblInd w:w="120" w:type="dxa"/>
        <w:tblLayout w:type="fixed"/>
        <w:tblLook w:val="04A0" w:firstRow="1" w:lastRow="0" w:firstColumn="1" w:lastColumn="0" w:noHBand="0" w:noVBand="1"/>
      </w:tblPr>
      <w:tblGrid>
        <w:gridCol w:w="6408"/>
        <w:gridCol w:w="3240"/>
      </w:tblGrid>
      <w:tr w:rsidR="00E804CA" w:rsidRPr="00841385" w14:paraId="1884AFB4" w14:textId="77777777">
        <w:tc>
          <w:tcPr>
            <w:tcW w:w="6408"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76494A88" w14:textId="77777777" w:rsidR="00E804CA" w:rsidRPr="00841385" w:rsidRDefault="00873725">
            <w:pPr>
              <w:spacing w:after="0"/>
              <w:jc w:val="center"/>
              <w:rPr>
                <w:lang w:val="et-EE"/>
              </w:rPr>
            </w:pPr>
            <w:r w:rsidRPr="00841385">
              <w:rPr>
                <w:rFonts w:eastAsia="Arial"/>
                <w:b/>
                <w:color w:val="FFFFFF"/>
                <w:sz w:val="18"/>
                <w:lang w:val="et-EE"/>
              </w:rPr>
              <w:t>Arvutus</w:t>
            </w:r>
          </w:p>
        </w:tc>
        <w:tc>
          <w:tcPr>
            <w:tcW w:w="3240"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74BD2D6D" w14:textId="77777777" w:rsidR="00E804CA" w:rsidRPr="00841385" w:rsidRDefault="00873725">
            <w:pPr>
              <w:spacing w:after="0"/>
              <w:jc w:val="center"/>
              <w:rPr>
                <w:lang w:val="et-EE"/>
              </w:rPr>
            </w:pPr>
            <w:r w:rsidRPr="00841385">
              <w:rPr>
                <w:rFonts w:eastAsia="Arial"/>
                <w:b/>
                <w:color w:val="FFFFFF"/>
                <w:sz w:val="18"/>
                <w:lang w:val="et-EE"/>
              </w:rPr>
              <w:t>Minu vastus</w:t>
            </w:r>
          </w:p>
        </w:tc>
      </w:tr>
      <w:tr w:rsidR="00E804CA" w:rsidRPr="00841385" w14:paraId="3E25F9EE" w14:textId="77777777">
        <w:tc>
          <w:tcPr>
            <w:tcW w:w="6408"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35553EAB" w14:textId="77777777" w:rsidR="00E804CA" w:rsidRPr="00841385" w:rsidRDefault="00873725">
            <w:pPr>
              <w:spacing w:after="0"/>
              <w:rPr>
                <w:lang w:val="et-EE"/>
              </w:rPr>
            </w:pPr>
            <w:r w:rsidRPr="00841385">
              <w:rPr>
                <w:rFonts w:eastAsia="Arial"/>
                <w:sz w:val="18"/>
                <w:lang w:val="et-EE"/>
              </w:rPr>
              <w:t>Inimeste arv</w:t>
            </w:r>
          </w:p>
        </w:tc>
        <w:tc>
          <w:tcPr>
            <w:tcW w:w="324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2251FB64" w14:textId="77777777" w:rsidR="00E804CA" w:rsidRPr="00841385" w:rsidRDefault="00873725">
            <w:pPr>
              <w:spacing w:after="0"/>
              <w:rPr>
                <w:lang w:val="et-EE"/>
              </w:rPr>
            </w:pPr>
            <w:r w:rsidRPr="00841385">
              <w:rPr>
                <w:rFonts w:eastAsia="Arial"/>
                <w:sz w:val="18"/>
                <w:lang w:val="et-EE"/>
              </w:rPr>
              <w:t>_____ inimest</w:t>
            </w:r>
          </w:p>
        </w:tc>
      </w:tr>
      <w:tr w:rsidR="00E804CA" w:rsidRPr="00841385" w14:paraId="18AEEF07" w14:textId="77777777">
        <w:tc>
          <w:tcPr>
            <w:tcW w:w="6408"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51F1E7B1" w14:textId="77777777" w:rsidR="00E804CA" w:rsidRPr="00841385" w:rsidRDefault="00873725">
            <w:pPr>
              <w:spacing w:after="0"/>
              <w:rPr>
                <w:lang w:val="et-EE"/>
              </w:rPr>
            </w:pPr>
            <w:r w:rsidRPr="00841385">
              <w:rPr>
                <w:rFonts w:eastAsia="Arial"/>
                <w:sz w:val="18"/>
                <w:lang w:val="et-EE"/>
              </w:rPr>
              <w:t>24 tundi: inimesed × 3 l</w:t>
            </w:r>
          </w:p>
        </w:tc>
        <w:tc>
          <w:tcPr>
            <w:tcW w:w="324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48524F09" w14:textId="77777777" w:rsidR="00E804CA" w:rsidRPr="00841385" w:rsidRDefault="00873725">
            <w:pPr>
              <w:spacing w:after="0"/>
              <w:rPr>
                <w:lang w:val="et-EE"/>
              </w:rPr>
            </w:pPr>
            <w:r w:rsidRPr="00841385">
              <w:rPr>
                <w:rFonts w:eastAsia="Arial"/>
                <w:sz w:val="18"/>
                <w:lang w:val="et-EE"/>
              </w:rPr>
              <w:t>_____ liitrit</w:t>
            </w:r>
          </w:p>
        </w:tc>
      </w:tr>
      <w:tr w:rsidR="00E804CA" w:rsidRPr="00841385" w14:paraId="76EAE246" w14:textId="77777777">
        <w:tc>
          <w:tcPr>
            <w:tcW w:w="6408"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0A14A275" w14:textId="77777777" w:rsidR="00E804CA" w:rsidRPr="00841385" w:rsidRDefault="00873725">
            <w:pPr>
              <w:spacing w:after="0"/>
              <w:rPr>
                <w:lang w:val="et-EE"/>
              </w:rPr>
            </w:pPr>
            <w:r w:rsidRPr="00841385">
              <w:rPr>
                <w:rFonts w:eastAsia="Arial"/>
                <w:sz w:val="18"/>
                <w:lang w:val="et-EE"/>
              </w:rPr>
              <w:t>7 päeva: inimesed × 3 l × 7</w:t>
            </w:r>
          </w:p>
        </w:tc>
        <w:tc>
          <w:tcPr>
            <w:tcW w:w="324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54A91DD9" w14:textId="77777777" w:rsidR="00E804CA" w:rsidRPr="00841385" w:rsidRDefault="00873725">
            <w:pPr>
              <w:spacing w:after="0"/>
              <w:rPr>
                <w:lang w:val="et-EE"/>
              </w:rPr>
            </w:pPr>
            <w:r w:rsidRPr="00841385">
              <w:rPr>
                <w:rFonts w:eastAsia="Arial"/>
                <w:sz w:val="18"/>
                <w:lang w:val="et-EE"/>
              </w:rPr>
              <w:t>_____ liitrit</w:t>
            </w:r>
          </w:p>
        </w:tc>
      </w:tr>
      <w:tr w:rsidR="00E804CA" w:rsidRPr="00841385" w14:paraId="4315531A" w14:textId="77777777">
        <w:tc>
          <w:tcPr>
            <w:tcW w:w="6408"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2BF78C78" w14:textId="77777777" w:rsidR="00E804CA" w:rsidRPr="00841385" w:rsidRDefault="00873725">
            <w:pPr>
              <w:spacing w:after="0"/>
              <w:rPr>
                <w:lang w:val="et-EE"/>
              </w:rPr>
            </w:pPr>
            <w:r w:rsidRPr="00841385">
              <w:rPr>
                <w:rFonts w:eastAsia="Arial"/>
                <w:sz w:val="18"/>
                <w:lang w:val="et-EE"/>
              </w:rPr>
              <w:t>Lemmikloomade joogivesi</w:t>
            </w:r>
          </w:p>
        </w:tc>
        <w:tc>
          <w:tcPr>
            <w:tcW w:w="324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52D4A6F1" w14:textId="77777777" w:rsidR="00E804CA" w:rsidRPr="00841385" w:rsidRDefault="00873725">
            <w:pPr>
              <w:spacing w:after="0"/>
              <w:rPr>
                <w:lang w:val="et-EE"/>
              </w:rPr>
            </w:pPr>
            <w:r w:rsidRPr="00841385">
              <w:rPr>
                <w:rFonts w:eastAsia="Arial"/>
                <w:sz w:val="18"/>
                <w:lang w:val="et-EE"/>
              </w:rPr>
              <w:t>_____ liitrit</w:t>
            </w:r>
          </w:p>
        </w:tc>
      </w:tr>
    </w:tbl>
    <w:p w14:paraId="2421E756" w14:textId="77777777" w:rsidR="00E804CA" w:rsidRPr="00841385" w:rsidRDefault="00E804CA">
      <w:pPr>
        <w:spacing w:after="60"/>
        <w:rPr>
          <w:lang w:val="et-EE"/>
        </w:rPr>
      </w:pPr>
    </w:p>
    <w:p w14:paraId="43B48E62" w14:textId="77777777" w:rsidR="00E804CA" w:rsidRPr="00841385" w:rsidRDefault="00873725">
      <w:pPr>
        <w:spacing w:after="80"/>
        <w:rPr>
          <w:lang w:val="et-EE"/>
        </w:rPr>
      </w:pPr>
      <w:r w:rsidRPr="00841385">
        <w:rPr>
          <w:rFonts w:eastAsia="Arial"/>
          <w:b/>
          <w:color w:val="173B45"/>
          <w:sz w:val="22"/>
          <w:lang w:val="et-EE"/>
        </w:rPr>
        <w:t>Kogu tarbevee vajaduse hinnang</w:t>
      </w:r>
    </w:p>
    <w:tbl>
      <w:tblPr>
        <w:tblW w:w="9648" w:type="dxa"/>
        <w:tblInd w:w="120" w:type="dxa"/>
        <w:tblLayout w:type="fixed"/>
        <w:tblLook w:val="04A0" w:firstRow="1" w:lastRow="0" w:firstColumn="1" w:lastColumn="0" w:noHBand="0" w:noVBand="1"/>
      </w:tblPr>
      <w:tblGrid>
        <w:gridCol w:w="2952"/>
        <w:gridCol w:w="5112"/>
        <w:gridCol w:w="1584"/>
      </w:tblGrid>
      <w:tr w:rsidR="00E804CA" w:rsidRPr="00841385" w14:paraId="3A1176E4" w14:textId="77777777">
        <w:tc>
          <w:tcPr>
            <w:tcW w:w="2952"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00C70BAA" w14:textId="77777777" w:rsidR="00E804CA" w:rsidRPr="00841385" w:rsidRDefault="00873725">
            <w:pPr>
              <w:spacing w:after="0"/>
              <w:jc w:val="center"/>
              <w:rPr>
                <w:lang w:val="et-EE"/>
              </w:rPr>
            </w:pPr>
            <w:r w:rsidRPr="00841385">
              <w:rPr>
                <w:rFonts w:eastAsia="Arial"/>
                <w:b/>
                <w:color w:val="FFFFFF"/>
                <w:sz w:val="18"/>
                <w:lang w:val="et-EE"/>
              </w:rPr>
              <w:t>Kasutus</w:t>
            </w:r>
          </w:p>
        </w:tc>
        <w:tc>
          <w:tcPr>
            <w:tcW w:w="5112"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6F1725DD" w14:textId="77777777" w:rsidR="00E804CA" w:rsidRPr="00841385" w:rsidRDefault="00873725">
            <w:pPr>
              <w:spacing w:after="0"/>
              <w:jc w:val="center"/>
              <w:rPr>
                <w:lang w:val="et-EE"/>
              </w:rPr>
            </w:pPr>
            <w:r w:rsidRPr="00841385">
              <w:rPr>
                <w:rFonts w:eastAsia="Arial"/>
                <w:b/>
                <w:color w:val="FFFFFF"/>
                <w:sz w:val="18"/>
                <w:lang w:val="et-EE"/>
              </w:rPr>
              <w:t>Arvutus</w:t>
            </w:r>
          </w:p>
        </w:tc>
        <w:tc>
          <w:tcPr>
            <w:tcW w:w="1584"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66147676" w14:textId="77777777" w:rsidR="00E804CA" w:rsidRPr="00841385" w:rsidRDefault="00873725">
            <w:pPr>
              <w:spacing w:after="0"/>
              <w:jc w:val="center"/>
              <w:rPr>
                <w:lang w:val="et-EE"/>
              </w:rPr>
            </w:pPr>
            <w:r w:rsidRPr="00841385">
              <w:rPr>
                <w:rFonts w:eastAsia="Arial"/>
                <w:b/>
                <w:color w:val="FFFFFF"/>
                <w:sz w:val="18"/>
                <w:lang w:val="et-EE"/>
              </w:rPr>
              <w:t>Kokku</w:t>
            </w:r>
          </w:p>
        </w:tc>
      </w:tr>
      <w:tr w:rsidR="00E804CA" w:rsidRPr="00841385" w14:paraId="49B1B32C" w14:textId="77777777">
        <w:tc>
          <w:tcPr>
            <w:tcW w:w="295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4B0AE37E" w14:textId="77777777" w:rsidR="00E804CA" w:rsidRPr="00841385" w:rsidRDefault="00873725">
            <w:pPr>
              <w:spacing w:after="0"/>
              <w:rPr>
                <w:lang w:val="et-EE"/>
              </w:rPr>
            </w:pPr>
            <w:r w:rsidRPr="00841385">
              <w:rPr>
                <w:rFonts w:eastAsia="Arial"/>
                <w:sz w:val="17"/>
                <w:lang w:val="et-EE"/>
              </w:rPr>
              <w:t>Joogivesi ja ravimid</w:t>
            </w:r>
          </w:p>
        </w:tc>
        <w:tc>
          <w:tcPr>
            <w:tcW w:w="511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7BC62A5E" w14:textId="77777777" w:rsidR="00E804CA" w:rsidRPr="00841385" w:rsidRDefault="00873725">
            <w:pPr>
              <w:spacing w:after="0"/>
              <w:rPr>
                <w:lang w:val="et-EE"/>
              </w:rPr>
            </w:pPr>
            <w:r w:rsidRPr="00841385">
              <w:rPr>
                <w:rFonts w:eastAsia="Arial"/>
                <w:sz w:val="17"/>
                <w:lang w:val="et-EE"/>
              </w:rPr>
              <w:t>inimesed × 3 l × päevad</w:t>
            </w:r>
          </w:p>
        </w:tc>
        <w:tc>
          <w:tcPr>
            <w:tcW w:w="158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7C5450EE" w14:textId="77777777" w:rsidR="00E804CA" w:rsidRPr="00841385" w:rsidRDefault="00873725">
            <w:pPr>
              <w:spacing w:after="0"/>
              <w:rPr>
                <w:lang w:val="et-EE"/>
              </w:rPr>
            </w:pPr>
            <w:r w:rsidRPr="00841385">
              <w:rPr>
                <w:rFonts w:eastAsia="Arial"/>
                <w:sz w:val="17"/>
                <w:lang w:val="et-EE"/>
              </w:rPr>
              <w:t>_____ l</w:t>
            </w:r>
          </w:p>
        </w:tc>
      </w:tr>
      <w:tr w:rsidR="00E804CA" w:rsidRPr="00841385" w14:paraId="534048DD" w14:textId="77777777">
        <w:tc>
          <w:tcPr>
            <w:tcW w:w="295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41336A70" w14:textId="77777777" w:rsidR="00E804CA" w:rsidRPr="00841385" w:rsidRDefault="00873725">
            <w:pPr>
              <w:spacing w:after="0"/>
              <w:rPr>
                <w:lang w:val="et-EE"/>
              </w:rPr>
            </w:pPr>
            <w:r w:rsidRPr="00841385">
              <w:rPr>
                <w:rFonts w:eastAsia="Arial"/>
                <w:sz w:val="17"/>
                <w:lang w:val="et-EE"/>
              </w:rPr>
              <w:t>Toidu valmistamine</w:t>
            </w:r>
          </w:p>
        </w:tc>
        <w:tc>
          <w:tcPr>
            <w:tcW w:w="511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C872127" w14:textId="77777777" w:rsidR="00E804CA" w:rsidRPr="00841385" w:rsidRDefault="00873725">
            <w:pPr>
              <w:spacing w:after="0"/>
              <w:rPr>
                <w:lang w:val="et-EE"/>
              </w:rPr>
            </w:pPr>
            <w:r w:rsidRPr="00841385">
              <w:rPr>
                <w:rFonts w:eastAsia="Arial"/>
                <w:sz w:val="17"/>
                <w:lang w:val="et-EE"/>
              </w:rPr>
              <w:t>_____ l päevas × _____ päeva</w:t>
            </w:r>
          </w:p>
        </w:tc>
        <w:tc>
          <w:tcPr>
            <w:tcW w:w="158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170FC68A" w14:textId="77777777" w:rsidR="00E804CA" w:rsidRPr="00841385" w:rsidRDefault="00873725">
            <w:pPr>
              <w:spacing w:after="0"/>
              <w:rPr>
                <w:lang w:val="et-EE"/>
              </w:rPr>
            </w:pPr>
            <w:r w:rsidRPr="00841385">
              <w:rPr>
                <w:rFonts w:eastAsia="Arial"/>
                <w:sz w:val="17"/>
                <w:lang w:val="et-EE"/>
              </w:rPr>
              <w:t>_____ l</w:t>
            </w:r>
          </w:p>
        </w:tc>
      </w:tr>
      <w:tr w:rsidR="00E804CA" w:rsidRPr="00841385" w14:paraId="04D159DA" w14:textId="77777777">
        <w:tc>
          <w:tcPr>
            <w:tcW w:w="295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43830FB" w14:textId="77777777" w:rsidR="00E804CA" w:rsidRPr="00841385" w:rsidRDefault="00873725">
            <w:pPr>
              <w:spacing w:after="0"/>
              <w:rPr>
                <w:lang w:val="et-EE"/>
              </w:rPr>
            </w:pPr>
            <w:r w:rsidRPr="00841385">
              <w:rPr>
                <w:rFonts w:eastAsia="Arial"/>
                <w:sz w:val="17"/>
                <w:lang w:val="et-EE"/>
              </w:rPr>
              <w:t>Minimaalne hügieen</w:t>
            </w:r>
          </w:p>
        </w:tc>
        <w:tc>
          <w:tcPr>
            <w:tcW w:w="511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5ABC0032" w14:textId="77777777" w:rsidR="00E804CA" w:rsidRPr="00841385" w:rsidRDefault="00873725">
            <w:pPr>
              <w:spacing w:after="0"/>
              <w:rPr>
                <w:lang w:val="et-EE"/>
              </w:rPr>
            </w:pPr>
            <w:r w:rsidRPr="00841385">
              <w:rPr>
                <w:rFonts w:eastAsia="Arial"/>
                <w:sz w:val="17"/>
                <w:lang w:val="et-EE"/>
              </w:rPr>
              <w:t>_____ l päevas × _____ päeva</w:t>
            </w:r>
          </w:p>
        </w:tc>
        <w:tc>
          <w:tcPr>
            <w:tcW w:w="158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79607765" w14:textId="77777777" w:rsidR="00E804CA" w:rsidRPr="00841385" w:rsidRDefault="00873725">
            <w:pPr>
              <w:spacing w:after="0"/>
              <w:rPr>
                <w:lang w:val="et-EE"/>
              </w:rPr>
            </w:pPr>
            <w:r w:rsidRPr="00841385">
              <w:rPr>
                <w:rFonts w:eastAsia="Arial"/>
                <w:sz w:val="17"/>
                <w:lang w:val="et-EE"/>
              </w:rPr>
              <w:t>_____ l</w:t>
            </w:r>
          </w:p>
        </w:tc>
      </w:tr>
      <w:tr w:rsidR="00E804CA" w:rsidRPr="00841385" w14:paraId="1087FC03" w14:textId="77777777">
        <w:tc>
          <w:tcPr>
            <w:tcW w:w="295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E70B2EB" w14:textId="77777777" w:rsidR="00E804CA" w:rsidRPr="00841385" w:rsidRDefault="00873725">
            <w:pPr>
              <w:spacing w:after="0"/>
              <w:rPr>
                <w:lang w:val="et-EE"/>
              </w:rPr>
            </w:pPr>
            <w:r w:rsidRPr="00841385">
              <w:rPr>
                <w:rFonts w:eastAsia="Arial"/>
                <w:sz w:val="17"/>
                <w:lang w:val="et-EE"/>
              </w:rPr>
              <w:t>WC</w:t>
            </w:r>
          </w:p>
        </w:tc>
        <w:tc>
          <w:tcPr>
            <w:tcW w:w="511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748CE072" w14:textId="77777777" w:rsidR="00E804CA" w:rsidRPr="00841385" w:rsidRDefault="00873725">
            <w:pPr>
              <w:spacing w:after="0"/>
              <w:rPr>
                <w:lang w:val="et-EE"/>
              </w:rPr>
            </w:pPr>
            <w:r w:rsidRPr="00841385">
              <w:rPr>
                <w:rFonts w:eastAsia="Arial"/>
                <w:sz w:val="17"/>
                <w:lang w:val="et-EE"/>
              </w:rPr>
              <w:t>_____ l päevas × _____ päeva</w:t>
            </w:r>
          </w:p>
        </w:tc>
        <w:tc>
          <w:tcPr>
            <w:tcW w:w="158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5B8B7803" w14:textId="77777777" w:rsidR="00E804CA" w:rsidRPr="00841385" w:rsidRDefault="00873725">
            <w:pPr>
              <w:spacing w:after="0"/>
              <w:rPr>
                <w:lang w:val="et-EE"/>
              </w:rPr>
            </w:pPr>
            <w:r w:rsidRPr="00841385">
              <w:rPr>
                <w:rFonts w:eastAsia="Arial"/>
                <w:sz w:val="17"/>
                <w:lang w:val="et-EE"/>
              </w:rPr>
              <w:t>_____ l</w:t>
            </w:r>
          </w:p>
        </w:tc>
      </w:tr>
      <w:tr w:rsidR="00E804CA" w:rsidRPr="00841385" w14:paraId="2AA514A8" w14:textId="77777777">
        <w:tc>
          <w:tcPr>
            <w:tcW w:w="295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4BDBA84D" w14:textId="77777777" w:rsidR="00E804CA" w:rsidRPr="00841385" w:rsidRDefault="00873725">
            <w:pPr>
              <w:spacing w:after="0"/>
              <w:rPr>
                <w:lang w:val="et-EE"/>
              </w:rPr>
            </w:pPr>
            <w:r w:rsidRPr="00841385">
              <w:rPr>
                <w:rFonts w:eastAsia="Arial"/>
                <w:sz w:val="17"/>
                <w:lang w:val="et-EE"/>
              </w:rPr>
              <w:t>Lemmikloomad</w:t>
            </w:r>
          </w:p>
        </w:tc>
        <w:tc>
          <w:tcPr>
            <w:tcW w:w="511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44D46811" w14:textId="77777777" w:rsidR="00E804CA" w:rsidRPr="00841385" w:rsidRDefault="00873725">
            <w:pPr>
              <w:spacing w:after="0"/>
              <w:rPr>
                <w:lang w:val="et-EE"/>
              </w:rPr>
            </w:pPr>
            <w:r w:rsidRPr="00841385">
              <w:rPr>
                <w:rFonts w:eastAsia="Arial"/>
                <w:sz w:val="17"/>
                <w:lang w:val="et-EE"/>
              </w:rPr>
              <w:t>_____ l päevas × _____ päeva</w:t>
            </w:r>
          </w:p>
        </w:tc>
        <w:tc>
          <w:tcPr>
            <w:tcW w:w="158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23A922B4" w14:textId="77777777" w:rsidR="00E804CA" w:rsidRPr="00841385" w:rsidRDefault="00873725">
            <w:pPr>
              <w:spacing w:after="0"/>
              <w:rPr>
                <w:lang w:val="et-EE"/>
              </w:rPr>
            </w:pPr>
            <w:r w:rsidRPr="00841385">
              <w:rPr>
                <w:rFonts w:eastAsia="Arial"/>
                <w:sz w:val="17"/>
                <w:lang w:val="et-EE"/>
              </w:rPr>
              <w:t>_____ l</w:t>
            </w:r>
          </w:p>
        </w:tc>
      </w:tr>
      <w:tr w:rsidR="00E804CA" w:rsidRPr="00841385" w14:paraId="352D07D6" w14:textId="77777777">
        <w:tc>
          <w:tcPr>
            <w:tcW w:w="295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1A162C87" w14:textId="77777777" w:rsidR="00E804CA" w:rsidRPr="00841385" w:rsidRDefault="00873725">
            <w:pPr>
              <w:spacing w:after="0"/>
              <w:rPr>
                <w:lang w:val="et-EE"/>
              </w:rPr>
            </w:pPr>
            <w:r w:rsidRPr="00841385">
              <w:rPr>
                <w:rFonts w:eastAsia="Arial"/>
                <w:sz w:val="17"/>
                <w:lang w:val="et-EE"/>
              </w:rPr>
              <w:t>KOGU TARBEVESI</w:t>
            </w:r>
          </w:p>
        </w:tc>
        <w:tc>
          <w:tcPr>
            <w:tcW w:w="511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5FB6F30F" w14:textId="77777777" w:rsidR="00E804CA" w:rsidRPr="00841385" w:rsidRDefault="00873725">
            <w:pPr>
              <w:spacing w:after="0"/>
              <w:rPr>
                <w:lang w:val="et-EE"/>
              </w:rPr>
            </w:pPr>
            <w:r w:rsidRPr="00841385">
              <w:rPr>
                <w:rFonts w:eastAsia="Arial"/>
                <w:sz w:val="17"/>
                <w:lang w:val="et-EE"/>
              </w:rPr>
              <w:t>liida kõik read</w:t>
            </w:r>
          </w:p>
        </w:tc>
        <w:tc>
          <w:tcPr>
            <w:tcW w:w="158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08977340" w14:textId="77777777" w:rsidR="00E804CA" w:rsidRPr="00841385" w:rsidRDefault="00873725">
            <w:pPr>
              <w:spacing w:after="0"/>
              <w:rPr>
                <w:lang w:val="et-EE"/>
              </w:rPr>
            </w:pPr>
            <w:r w:rsidRPr="00841385">
              <w:rPr>
                <w:rFonts w:eastAsia="Arial"/>
                <w:sz w:val="17"/>
                <w:lang w:val="et-EE"/>
              </w:rPr>
              <w:t>_____ l</w:t>
            </w:r>
          </w:p>
        </w:tc>
      </w:tr>
    </w:tbl>
    <w:p w14:paraId="1B926F51" w14:textId="77777777" w:rsidR="00E804CA" w:rsidRPr="00841385" w:rsidRDefault="00E804CA">
      <w:pPr>
        <w:spacing w:after="60"/>
        <w:rPr>
          <w:lang w:val="et-EE"/>
        </w:rPr>
      </w:pPr>
    </w:p>
    <w:tbl>
      <w:tblPr>
        <w:tblW w:w="9648" w:type="dxa"/>
        <w:tblInd w:w="120" w:type="dxa"/>
        <w:tblLayout w:type="fixed"/>
        <w:tblLook w:val="04A0" w:firstRow="1" w:lastRow="0" w:firstColumn="1" w:lastColumn="0" w:noHBand="0" w:noVBand="1"/>
      </w:tblPr>
      <w:tblGrid>
        <w:gridCol w:w="9648"/>
      </w:tblGrid>
      <w:tr w:rsidR="00E804CA" w:rsidRPr="00841385" w14:paraId="36DC8978" w14:textId="77777777">
        <w:tc>
          <w:tcPr>
            <w:tcW w:w="9648" w:type="dxa"/>
            <w:tcBorders>
              <w:left w:val="single" w:sz="10" w:space="0" w:color="1F6F78"/>
            </w:tcBorders>
            <w:shd w:val="clear" w:color="auto" w:fill="E8F2F3"/>
            <w:tcMar>
              <w:top w:w="90" w:type="dxa"/>
              <w:left w:w="120" w:type="dxa"/>
              <w:bottom w:w="90" w:type="dxa"/>
              <w:right w:w="120" w:type="dxa"/>
            </w:tcMar>
            <w:vAlign w:val="center"/>
          </w:tcPr>
          <w:p w14:paraId="5BC53058" w14:textId="77777777" w:rsidR="00E804CA" w:rsidRPr="00841385" w:rsidRDefault="00873725">
            <w:pPr>
              <w:spacing w:after="0"/>
              <w:rPr>
                <w:lang w:val="et-EE"/>
              </w:rPr>
            </w:pPr>
            <w:r w:rsidRPr="00841385">
              <w:rPr>
                <w:rFonts w:eastAsia="Arial"/>
                <w:b/>
                <w:color w:val="1F6F78"/>
                <w:sz w:val="20"/>
                <w:lang w:val="et-EE"/>
              </w:rPr>
              <w:t xml:space="preserve">ARVESTA REALISTLIKULT  </w:t>
            </w:r>
            <w:r w:rsidRPr="00841385">
              <w:rPr>
                <w:rFonts w:eastAsia="Arial"/>
                <w:sz w:val="20"/>
                <w:lang w:val="et-EE"/>
              </w:rPr>
              <w:t>3 liitrit on joogivee planeerimisväärtus. Toidu, hügieeni, WC ja loomade vee koguse hindad oma pere ning valitud päevade arvu järgi.</w:t>
            </w:r>
          </w:p>
        </w:tc>
      </w:tr>
    </w:tbl>
    <w:p w14:paraId="459290D8" w14:textId="77777777" w:rsidR="00E804CA" w:rsidRPr="00841385" w:rsidRDefault="00E804CA">
      <w:pPr>
        <w:spacing w:after="60"/>
        <w:rPr>
          <w:lang w:val="et-EE"/>
        </w:rPr>
      </w:pPr>
    </w:p>
    <w:tbl>
      <w:tblPr>
        <w:tblW w:w="9648" w:type="dxa"/>
        <w:tblInd w:w="120" w:type="dxa"/>
        <w:tblLayout w:type="fixed"/>
        <w:tblLook w:val="04A0" w:firstRow="1" w:lastRow="0" w:firstColumn="1" w:lastColumn="0" w:noHBand="0" w:noVBand="1"/>
      </w:tblPr>
      <w:tblGrid>
        <w:gridCol w:w="9648"/>
      </w:tblGrid>
      <w:tr w:rsidR="00E804CA" w:rsidRPr="00841385" w14:paraId="728FCF05" w14:textId="77777777">
        <w:tc>
          <w:tcPr>
            <w:tcW w:w="9648" w:type="dxa"/>
            <w:tcBorders>
              <w:bottom w:val="single" w:sz="5" w:space="0" w:color="D5DEDF"/>
            </w:tcBorders>
            <w:tcMar>
              <w:top w:w="90" w:type="dxa"/>
              <w:left w:w="120" w:type="dxa"/>
              <w:bottom w:w="90" w:type="dxa"/>
              <w:right w:w="120" w:type="dxa"/>
            </w:tcMar>
            <w:vAlign w:val="center"/>
          </w:tcPr>
          <w:p w14:paraId="32F7C5FF" w14:textId="77777777" w:rsidR="00E804CA" w:rsidRDefault="00873725">
            <w:pPr>
              <w:spacing w:after="40"/>
              <w:rPr>
                <w:rFonts w:eastAsia="Arial"/>
                <w:b/>
                <w:color w:val="3F4A4D"/>
                <w:sz w:val="19"/>
                <w:lang w:val="et-EE"/>
              </w:rPr>
            </w:pPr>
            <w:r w:rsidRPr="00841385">
              <w:rPr>
                <w:rFonts w:eastAsia="Arial"/>
                <w:b/>
                <w:color w:val="3F4A4D"/>
                <w:sz w:val="19"/>
                <w:lang w:val="et-EE"/>
              </w:rPr>
              <w:t>Kust saan vett juurde, kui poed ja elektrilised pumbad ei tööta?</w:t>
            </w:r>
          </w:p>
          <w:p w14:paraId="22CB768D" w14:textId="77777777" w:rsidR="00F54B90" w:rsidRPr="00841385" w:rsidRDefault="00F54B90">
            <w:pPr>
              <w:spacing w:after="40"/>
              <w:rPr>
                <w:lang w:val="et-EE"/>
              </w:rPr>
            </w:pPr>
          </w:p>
        </w:tc>
      </w:tr>
      <w:tr w:rsidR="00E804CA" w:rsidRPr="00841385" w14:paraId="061B5D17" w14:textId="77777777">
        <w:tc>
          <w:tcPr>
            <w:tcW w:w="9648" w:type="dxa"/>
            <w:tcBorders>
              <w:bottom w:val="single" w:sz="5" w:space="0" w:color="D5DEDF"/>
            </w:tcBorders>
            <w:tcMar>
              <w:top w:w="90" w:type="dxa"/>
              <w:left w:w="120" w:type="dxa"/>
              <w:bottom w:w="90" w:type="dxa"/>
              <w:right w:w="120" w:type="dxa"/>
            </w:tcMar>
            <w:vAlign w:val="center"/>
          </w:tcPr>
          <w:p w14:paraId="7A911350" w14:textId="77777777" w:rsidR="00E804CA" w:rsidRDefault="00873725">
            <w:pPr>
              <w:spacing w:after="40"/>
              <w:rPr>
                <w:rFonts w:eastAsia="Arial"/>
                <w:b/>
                <w:color w:val="3F4A4D"/>
                <w:sz w:val="19"/>
                <w:lang w:val="et-EE"/>
              </w:rPr>
            </w:pPr>
            <w:r w:rsidRPr="00841385">
              <w:rPr>
                <w:rFonts w:eastAsia="Arial"/>
                <w:b/>
                <w:color w:val="3F4A4D"/>
                <w:sz w:val="19"/>
                <w:lang w:val="et-EE"/>
              </w:rPr>
              <w:t>Kuidas vett transpordin ja säilitan?</w:t>
            </w:r>
          </w:p>
          <w:p w14:paraId="1205DDD1" w14:textId="77777777" w:rsidR="00F54B90" w:rsidRPr="00841385" w:rsidRDefault="00F54B90">
            <w:pPr>
              <w:spacing w:after="40"/>
              <w:rPr>
                <w:lang w:val="et-EE"/>
              </w:rPr>
            </w:pPr>
          </w:p>
        </w:tc>
      </w:tr>
    </w:tbl>
    <w:p w14:paraId="62CEFDBD" w14:textId="77777777" w:rsidR="00E804CA" w:rsidRPr="00841385" w:rsidRDefault="00E804CA">
      <w:pPr>
        <w:spacing w:after="40"/>
        <w:rPr>
          <w:lang w:val="et-EE"/>
        </w:rPr>
      </w:pPr>
    </w:p>
    <w:p w14:paraId="39E93951" w14:textId="77777777" w:rsidR="00E804CA" w:rsidRPr="00841385" w:rsidRDefault="00873725">
      <w:pPr>
        <w:rPr>
          <w:lang w:val="et-EE"/>
        </w:rPr>
      </w:pPr>
      <w:r w:rsidRPr="00841385">
        <w:rPr>
          <w:lang w:val="et-EE"/>
        </w:rPr>
        <w:br w:type="page"/>
      </w:r>
    </w:p>
    <w:p w14:paraId="4348A35B" w14:textId="77777777" w:rsidR="00E804CA" w:rsidRPr="00841385" w:rsidRDefault="00873725">
      <w:pPr>
        <w:keepNext/>
        <w:spacing w:after="60"/>
        <w:rPr>
          <w:lang w:val="et-EE"/>
        </w:rPr>
      </w:pPr>
      <w:r w:rsidRPr="00841385">
        <w:rPr>
          <w:rFonts w:eastAsia="Arial"/>
          <w:b/>
          <w:color w:val="173B45"/>
          <w:sz w:val="30"/>
          <w:lang w:val="et-EE"/>
        </w:rPr>
        <w:lastRenderedPageBreak/>
        <w:t xml:space="preserve"> 6  Vee ohutus ja kanalisatsioon</w:t>
      </w:r>
    </w:p>
    <w:p w14:paraId="54AFA61C" w14:textId="77777777" w:rsidR="00E804CA" w:rsidRPr="00841385" w:rsidRDefault="00873725">
      <w:pPr>
        <w:spacing w:after="160"/>
        <w:rPr>
          <w:lang w:val="et-EE"/>
        </w:rPr>
      </w:pPr>
      <w:r w:rsidRPr="00841385">
        <w:rPr>
          <w:rFonts w:eastAsia="Arial"/>
          <w:color w:val="3F4A4D"/>
          <w:sz w:val="19"/>
          <w:lang w:val="et-EE"/>
        </w:rPr>
        <w:t>Vee olemasolust üksi ei piisa: see peab olema joogikõlblik ning WC-le peab olema varulahendus.</w:t>
      </w:r>
    </w:p>
    <w:tbl>
      <w:tblPr>
        <w:tblW w:w="9648" w:type="dxa"/>
        <w:tblInd w:w="120" w:type="dxa"/>
        <w:tblLayout w:type="fixed"/>
        <w:tblLook w:val="04A0" w:firstRow="1" w:lastRow="0" w:firstColumn="1" w:lastColumn="0" w:noHBand="0" w:noVBand="1"/>
      </w:tblPr>
      <w:tblGrid>
        <w:gridCol w:w="9648"/>
      </w:tblGrid>
      <w:tr w:rsidR="00E804CA" w:rsidRPr="00841385" w14:paraId="7F977E93" w14:textId="77777777">
        <w:tc>
          <w:tcPr>
            <w:tcW w:w="9648" w:type="dxa"/>
            <w:tcBorders>
              <w:left w:val="single" w:sz="10" w:space="0" w:color="D26A3A"/>
            </w:tcBorders>
            <w:shd w:val="clear" w:color="auto" w:fill="F8ECE5"/>
            <w:tcMar>
              <w:top w:w="90" w:type="dxa"/>
              <w:left w:w="120" w:type="dxa"/>
              <w:bottom w:w="90" w:type="dxa"/>
              <w:right w:w="120" w:type="dxa"/>
            </w:tcMar>
            <w:vAlign w:val="center"/>
          </w:tcPr>
          <w:p w14:paraId="71846805" w14:textId="77777777" w:rsidR="00E804CA" w:rsidRPr="00841385" w:rsidRDefault="00873725">
            <w:pPr>
              <w:spacing w:after="0"/>
              <w:rPr>
                <w:lang w:val="et-EE"/>
              </w:rPr>
            </w:pPr>
            <w:r w:rsidRPr="00841385">
              <w:rPr>
                <w:rFonts w:eastAsia="Arial"/>
                <w:b/>
                <w:color w:val="D26A3A"/>
                <w:sz w:val="20"/>
                <w:lang w:val="et-EE"/>
              </w:rPr>
              <w:t xml:space="preserve">LOODUSLIK VESI  </w:t>
            </w:r>
            <w:r w:rsidRPr="00841385">
              <w:rPr>
                <w:rFonts w:eastAsia="Arial"/>
                <w:sz w:val="20"/>
                <w:lang w:val="et-EE"/>
              </w:rPr>
              <w:t>Looduslikust veekogust võetud vesi, sealhulgas lumevesi, keeda suurel kuumusel 10 minutit või töötle sobiva veepuhastusvahendiga.</w:t>
            </w:r>
          </w:p>
        </w:tc>
      </w:tr>
    </w:tbl>
    <w:p w14:paraId="71DFC9DB" w14:textId="77777777" w:rsidR="00E804CA" w:rsidRPr="00841385" w:rsidRDefault="00E804CA">
      <w:pPr>
        <w:spacing w:after="60"/>
        <w:rPr>
          <w:lang w:val="et-EE"/>
        </w:rPr>
      </w:pPr>
    </w:p>
    <w:p w14:paraId="314FCB86" w14:textId="77777777" w:rsidR="00E804CA" w:rsidRPr="00841385" w:rsidRDefault="00873725">
      <w:pPr>
        <w:spacing w:after="80"/>
        <w:rPr>
          <w:lang w:val="et-EE"/>
        </w:rPr>
      </w:pPr>
      <w:r w:rsidRPr="00841385">
        <w:rPr>
          <w:rFonts w:eastAsia="Arial"/>
          <w:b/>
          <w:color w:val="173B45"/>
          <w:sz w:val="22"/>
          <w:lang w:val="et-EE"/>
        </w:rPr>
        <w:t>Minu vee ohutuks tegemise plaan</w:t>
      </w:r>
    </w:p>
    <w:tbl>
      <w:tblPr>
        <w:tblW w:w="9648" w:type="dxa"/>
        <w:tblInd w:w="120" w:type="dxa"/>
        <w:tblLayout w:type="fixed"/>
        <w:tblLook w:val="04A0" w:firstRow="1" w:lastRow="0" w:firstColumn="1" w:lastColumn="0" w:noHBand="0" w:noVBand="1"/>
      </w:tblPr>
      <w:tblGrid>
        <w:gridCol w:w="4824"/>
        <w:gridCol w:w="4824"/>
      </w:tblGrid>
      <w:tr w:rsidR="00E804CA" w:rsidRPr="00841385" w14:paraId="52CD30E2" w14:textId="77777777">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5D3F9BFC" w14:textId="77777777" w:rsidR="00E804CA" w:rsidRPr="00841385" w:rsidRDefault="00873725">
            <w:pPr>
              <w:spacing w:after="0"/>
              <w:rPr>
                <w:lang w:val="et-EE"/>
              </w:rPr>
            </w:pPr>
            <w:r w:rsidRPr="00841385">
              <w:rPr>
                <w:rFonts w:eastAsia="Arial"/>
                <w:color w:val="1F6F78"/>
                <w:sz w:val="19"/>
                <w:lang w:val="et-EE"/>
              </w:rPr>
              <w:t xml:space="preserve">☐  </w:t>
            </w:r>
            <w:r w:rsidRPr="00841385">
              <w:rPr>
                <w:rFonts w:eastAsia="Arial"/>
                <w:sz w:val="17"/>
                <w:lang w:val="et-EE"/>
              </w:rPr>
              <w:t>Keetmine on võimalik</w:t>
            </w:r>
          </w:p>
        </w:tc>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C4FF740" w14:textId="77777777" w:rsidR="00E804CA" w:rsidRPr="00841385" w:rsidRDefault="00873725">
            <w:pPr>
              <w:spacing w:after="0"/>
              <w:rPr>
                <w:lang w:val="et-EE"/>
              </w:rPr>
            </w:pPr>
            <w:r w:rsidRPr="00841385">
              <w:rPr>
                <w:rFonts w:eastAsia="Arial"/>
                <w:color w:val="1F6F78"/>
                <w:sz w:val="19"/>
                <w:lang w:val="et-EE"/>
              </w:rPr>
              <w:t xml:space="preserve">☐  </w:t>
            </w:r>
            <w:r w:rsidRPr="00841385">
              <w:rPr>
                <w:rFonts w:eastAsia="Arial"/>
                <w:sz w:val="17"/>
                <w:lang w:val="et-EE"/>
              </w:rPr>
              <w:t>Veefilter on olemas</w:t>
            </w:r>
          </w:p>
        </w:tc>
      </w:tr>
      <w:tr w:rsidR="00E804CA" w:rsidRPr="00841385" w14:paraId="6AF086EA" w14:textId="77777777">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24D937D4" w14:textId="77777777" w:rsidR="00E804CA" w:rsidRPr="00841385" w:rsidRDefault="00873725">
            <w:pPr>
              <w:spacing w:after="0"/>
              <w:rPr>
                <w:lang w:val="et-EE"/>
              </w:rPr>
            </w:pPr>
            <w:r w:rsidRPr="00841385">
              <w:rPr>
                <w:rFonts w:eastAsia="Arial"/>
                <w:color w:val="1F6F78"/>
                <w:sz w:val="19"/>
                <w:lang w:val="et-EE"/>
              </w:rPr>
              <w:t xml:space="preserve">☐  </w:t>
            </w:r>
            <w:r w:rsidRPr="00841385">
              <w:rPr>
                <w:rFonts w:eastAsia="Arial"/>
                <w:sz w:val="17"/>
                <w:lang w:val="et-EE"/>
              </w:rPr>
              <w:t>Veepuhastustabletid on olemas</w:t>
            </w:r>
          </w:p>
        </w:tc>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3C3F7ECE" w14:textId="77777777" w:rsidR="00E804CA" w:rsidRPr="00841385" w:rsidRDefault="00873725">
            <w:pPr>
              <w:spacing w:after="0"/>
              <w:rPr>
                <w:lang w:val="et-EE"/>
              </w:rPr>
            </w:pPr>
            <w:r w:rsidRPr="00841385">
              <w:rPr>
                <w:rFonts w:eastAsia="Arial"/>
                <w:color w:val="1F6F78"/>
                <w:sz w:val="19"/>
                <w:lang w:val="et-EE"/>
              </w:rPr>
              <w:t xml:space="preserve">☐  </w:t>
            </w:r>
            <w:r w:rsidRPr="00841385">
              <w:rPr>
                <w:rFonts w:eastAsia="Arial"/>
                <w:sz w:val="17"/>
                <w:lang w:val="et-EE"/>
              </w:rPr>
              <w:t>Puhtad veeanumad on olemas</w:t>
            </w:r>
          </w:p>
        </w:tc>
      </w:tr>
      <w:tr w:rsidR="00E804CA" w:rsidRPr="00841385" w14:paraId="3F385349" w14:textId="77777777">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2874B64C" w14:textId="77777777" w:rsidR="00E804CA" w:rsidRPr="00841385" w:rsidRDefault="00873725">
            <w:pPr>
              <w:spacing w:after="0"/>
              <w:rPr>
                <w:lang w:val="et-EE"/>
              </w:rPr>
            </w:pPr>
            <w:r w:rsidRPr="00841385">
              <w:rPr>
                <w:rFonts w:eastAsia="Arial"/>
                <w:color w:val="1F6F78"/>
                <w:sz w:val="19"/>
                <w:lang w:val="et-EE"/>
              </w:rPr>
              <w:t xml:space="preserve">☐  </w:t>
            </w:r>
            <w:r w:rsidRPr="00841385">
              <w:rPr>
                <w:rFonts w:eastAsia="Arial"/>
                <w:sz w:val="17"/>
                <w:lang w:val="et-EE"/>
              </w:rPr>
              <w:t>Tean lähimat veejaotuspunkti / allikat</w:t>
            </w:r>
          </w:p>
        </w:tc>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20823BAE" w14:textId="77777777" w:rsidR="00E804CA" w:rsidRPr="00841385" w:rsidRDefault="00873725">
            <w:pPr>
              <w:spacing w:after="0"/>
              <w:rPr>
                <w:lang w:val="et-EE"/>
              </w:rPr>
            </w:pPr>
            <w:r w:rsidRPr="00841385">
              <w:rPr>
                <w:rFonts w:eastAsia="Arial"/>
                <w:color w:val="1F6F78"/>
                <w:sz w:val="19"/>
                <w:lang w:val="et-EE"/>
              </w:rPr>
              <w:t xml:space="preserve">☐  </w:t>
            </w:r>
            <w:r w:rsidRPr="00841385">
              <w:rPr>
                <w:rFonts w:eastAsia="Arial"/>
                <w:sz w:val="17"/>
                <w:lang w:val="et-EE"/>
              </w:rPr>
              <w:t>Oskan vältida puhta vee ristsaastumist</w:t>
            </w:r>
          </w:p>
        </w:tc>
      </w:tr>
    </w:tbl>
    <w:p w14:paraId="6EDFDF86" w14:textId="77777777" w:rsidR="00E804CA" w:rsidRPr="00841385" w:rsidRDefault="00E804CA">
      <w:pPr>
        <w:spacing w:after="60"/>
        <w:rPr>
          <w:lang w:val="et-EE"/>
        </w:rPr>
      </w:pPr>
    </w:p>
    <w:tbl>
      <w:tblPr>
        <w:tblW w:w="9648" w:type="dxa"/>
        <w:tblInd w:w="120" w:type="dxa"/>
        <w:tblLayout w:type="fixed"/>
        <w:tblLook w:val="04A0" w:firstRow="1" w:lastRow="0" w:firstColumn="1" w:lastColumn="0" w:noHBand="0" w:noVBand="1"/>
      </w:tblPr>
      <w:tblGrid>
        <w:gridCol w:w="9648"/>
      </w:tblGrid>
      <w:tr w:rsidR="00E804CA" w:rsidRPr="00841385" w14:paraId="22FE4224" w14:textId="77777777">
        <w:tc>
          <w:tcPr>
            <w:tcW w:w="9648" w:type="dxa"/>
            <w:tcBorders>
              <w:bottom w:val="single" w:sz="5" w:space="0" w:color="D5DEDF"/>
            </w:tcBorders>
            <w:tcMar>
              <w:top w:w="90" w:type="dxa"/>
              <w:left w:w="120" w:type="dxa"/>
              <w:bottom w:w="90" w:type="dxa"/>
              <w:right w:w="120" w:type="dxa"/>
            </w:tcMar>
            <w:vAlign w:val="center"/>
          </w:tcPr>
          <w:p w14:paraId="1D8F06E0" w14:textId="77777777" w:rsidR="00E804CA" w:rsidRPr="00841385" w:rsidRDefault="00873725">
            <w:pPr>
              <w:spacing w:after="40"/>
              <w:rPr>
                <w:lang w:val="et-EE"/>
              </w:rPr>
            </w:pPr>
            <w:r w:rsidRPr="00841385">
              <w:rPr>
                <w:rFonts w:eastAsia="Arial"/>
                <w:b/>
                <w:color w:val="3F4A4D"/>
                <w:sz w:val="19"/>
                <w:lang w:val="et-EE"/>
              </w:rPr>
              <w:t>Veeallikas, mida vajadusel kasutan</w:t>
            </w:r>
          </w:p>
          <w:p w14:paraId="13078822" w14:textId="77777777" w:rsidR="00E804CA" w:rsidRPr="00841385" w:rsidRDefault="00E804CA">
            <w:pPr>
              <w:spacing w:after="80"/>
              <w:rPr>
                <w:lang w:val="et-EE"/>
              </w:rPr>
            </w:pPr>
          </w:p>
        </w:tc>
      </w:tr>
      <w:tr w:rsidR="00E804CA" w:rsidRPr="00841385" w14:paraId="3B4DB578" w14:textId="77777777">
        <w:tc>
          <w:tcPr>
            <w:tcW w:w="9648" w:type="dxa"/>
            <w:tcBorders>
              <w:bottom w:val="single" w:sz="5" w:space="0" w:color="D5DEDF"/>
            </w:tcBorders>
            <w:tcMar>
              <w:top w:w="90" w:type="dxa"/>
              <w:left w:w="120" w:type="dxa"/>
              <w:bottom w:w="90" w:type="dxa"/>
              <w:right w:w="120" w:type="dxa"/>
            </w:tcMar>
            <w:vAlign w:val="center"/>
          </w:tcPr>
          <w:p w14:paraId="0F3C24FD" w14:textId="77777777" w:rsidR="00E804CA" w:rsidRPr="00841385" w:rsidRDefault="00873725">
            <w:pPr>
              <w:spacing w:after="40"/>
              <w:rPr>
                <w:lang w:val="et-EE"/>
              </w:rPr>
            </w:pPr>
            <w:r w:rsidRPr="00841385">
              <w:rPr>
                <w:rFonts w:eastAsia="Arial"/>
                <w:b/>
                <w:color w:val="3F4A4D"/>
                <w:sz w:val="19"/>
                <w:lang w:val="et-EE"/>
              </w:rPr>
              <w:t>Vahend, millega vee joogikõlblikuks teen</w:t>
            </w:r>
          </w:p>
          <w:p w14:paraId="1163C372" w14:textId="77777777" w:rsidR="00E804CA" w:rsidRPr="00841385" w:rsidRDefault="00E804CA">
            <w:pPr>
              <w:spacing w:after="80"/>
              <w:rPr>
                <w:lang w:val="et-EE"/>
              </w:rPr>
            </w:pPr>
          </w:p>
        </w:tc>
      </w:tr>
      <w:tr w:rsidR="00E804CA" w:rsidRPr="00841385" w14:paraId="5261B573" w14:textId="77777777">
        <w:tc>
          <w:tcPr>
            <w:tcW w:w="9648" w:type="dxa"/>
            <w:tcBorders>
              <w:bottom w:val="single" w:sz="5" w:space="0" w:color="D5DEDF"/>
            </w:tcBorders>
            <w:tcMar>
              <w:top w:w="90" w:type="dxa"/>
              <w:left w:w="120" w:type="dxa"/>
              <w:bottom w:w="90" w:type="dxa"/>
              <w:right w:w="120" w:type="dxa"/>
            </w:tcMar>
            <w:vAlign w:val="center"/>
          </w:tcPr>
          <w:p w14:paraId="2F379A41" w14:textId="77777777" w:rsidR="00E804CA" w:rsidRPr="00841385" w:rsidRDefault="00873725">
            <w:pPr>
              <w:spacing w:after="40"/>
              <w:rPr>
                <w:lang w:val="et-EE"/>
              </w:rPr>
            </w:pPr>
            <w:r w:rsidRPr="00841385">
              <w:rPr>
                <w:rFonts w:eastAsia="Arial"/>
                <w:b/>
                <w:color w:val="3F4A4D"/>
                <w:sz w:val="19"/>
                <w:lang w:val="et-EE"/>
              </w:rPr>
              <w:t>Kuidas märgin ja eraldan joogivee muust veest</w:t>
            </w:r>
          </w:p>
          <w:p w14:paraId="03258B68" w14:textId="77777777" w:rsidR="00E804CA" w:rsidRPr="00841385" w:rsidRDefault="00E804CA">
            <w:pPr>
              <w:spacing w:after="80"/>
              <w:rPr>
                <w:lang w:val="et-EE"/>
              </w:rPr>
            </w:pPr>
          </w:p>
        </w:tc>
      </w:tr>
    </w:tbl>
    <w:p w14:paraId="097ADE1D" w14:textId="77777777" w:rsidR="00E804CA" w:rsidRPr="00841385" w:rsidRDefault="00E804CA">
      <w:pPr>
        <w:spacing w:after="40"/>
        <w:rPr>
          <w:lang w:val="et-EE"/>
        </w:rPr>
      </w:pPr>
    </w:p>
    <w:p w14:paraId="49A7C724" w14:textId="77777777" w:rsidR="00E804CA" w:rsidRPr="00841385" w:rsidRDefault="00873725">
      <w:pPr>
        <w:spacing w:after="80"/>
        <w:rPr>
          <w:lang w:val="et-EE"/>
        </w:rPr>
      </w:pPr>
      <w:r w:rsidRPr="00841385">
        <w:rPr>
          <w:rFonts w:eastAsia="Arial"/>
          <w:b/>
          <w:color w:val="173B45"/>
          <w:sz w:val="22"/>
          <w:lang w:val="et-EE"/>
        </w:rPr>
        <w:t>Kui kanalisatsioon ei tööta</w:t>
      </w:r>
    </w:p>
    <w:tbl>
      <w:tblPr>
        <w:tblW w:w="9648" w:type="dxa"/>
        <w:tblInd w:w="120" w:type="dxa"/>
        <w:tblLayout w:type="fixed"/>
        <w:tblLook w:val="04A0" w:firstRow="1" w:lastRow="0" w:firstColumn="1" w:lastColumn="0" w:noHBand="0" w:noVBand="1"/>
      </w:tblPr>
      <w:tblGrid>
        <w:gridCol w:w="9648"/>
      </w:tblGrid>
      <w:tr w:rsidR="00E804CA" w:rsidRPr="00841385" w14:paraId="51B92D65" w14:textId="77777777">
        <w:tc>
          <w:tcPr>
            <w:tcW w:w="9648" w:type="dxa"/>
            <w:tcBorders>
              <w:left w:val="single" w:sz="10" w:space="0" w:color="1F6F78"/>
            </w:tcBorders>
            <w:shd w:val="clear" w:color="auto" w:fill="E8F2F3"/>
            <w:tcMar>
              <w:top w:w="90" w:type="dxa"/>
              <w:left w:w="120" w:type="dxa"/>
              <w:bottom w:w="90" w:type="dxa"/>
              <w:right w:w="120" w:type="dxa"/>
            </w:tcMar>
            <w:vAlign w:val="center"/>
          </w:tcPr>
          <w:p w14:paraId="448F8A4B" w14:textId="77777777" w:rsidR="00E804CA" w:rsidRPr="00841385" w:rsidRDefault="00873725">
            <w:pPr>
              <w:spacing w:after="0"/>
              <w:rPr>
                <w:lang w:val="et-EE"/>
              </w:rPr>
            </w:pPr>
            <w:r w:rsidRPr="00841385">
              <w:rPr>
                <w:rFonts w:eastAsia="Arial"/>
                <w:b/>
                <w:color w:val="1F6F78"/>
                <w:sz w:val="20"/>
                <w:lang w:val="et-EE"/>
              </w:rPr>
              <w:t xml:space="preserve">WC VARULAHENDUS  </w:t>
            </w:r>
            <w:r w:rsidRPr="00841385">
              <w:rPr>
                <w:rFonts w:eastAsia="Arial"/>
                <w:sz w:val="20"/>
                <w:lang w:val="et-EE"/>
              </w:rPr>
              <w:t>Elektrikatkestusega võib katkeda ka kanalisatsioon. Ajutise lahendusena saab kasutada tualettpotti asetatud tugevaid prügikotte või kuivkäimlat.</w:t>
            </w:r>
          </w:p>
        </w:tc>
      </w:tr>
    </w:tbl>
    <w:p w14:paraId="480F66D7" w14:textId="77777777" w:rsidR="00E804CA" w:rsidRPr="00841385" w:rsidRDefault="00E804CA">
      <w:pPr>
        <w:spacing w:after="60"/>
        <w:rPr>
          <w:lang w:val="et-EE"/>
        </w:rPr>
      </w:pPr>
    </w:p>
    <w:tbl>
      <w:tblPr>
        <w:tblW w:w="9648" w:type="dxa"/>
        <w:tblInd w:w="120" w:type="dxa"/>
        <w:tblLayout w:type="fixed"/>
        <w:tblLook w:val="04A0" w:firstRow="1" w:lastRow="0" w:firstColumn="1" w:lastColumn="0" w:noHBand="0" w:noVBand="1"/>
      </w:tblPr>
      <w:tblGrid>
        <w:gridCol w:w="4824"/>
        <w:gridCol w:w="4824"/>
      </w:tblGrid>
      <w:tr w:rsidR="00E804CA" w:rsidRPr="00841385" w14:paraId="12408619" w14:textId="77777777">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11E91635" w14:textId="77777777" w:rsidR="00E804CA" w:rsidRPr="00841385" w:rsidRDefault="00873725">
            <w:pPr>
              <w:spacing w:after="0"/>
              <w:rPr>
                <w:lang w:val="et-EE"/>
              </w:rPr>
            </w:pPr>
            <w:r w:rsidRPr="00841385">
              <w:rPr>
                <w:rFonts w:eastAsia="Arial"/>
                <w:color w:val="1F6F78"/>
                <w:sz w:val="19"/>
                <w:lang w:val="et-EE"/>
              </w:rPr>
              <w:t xml:space="preserve">☐  </w:t>
            </w:r>
            <w:r w:rsidRPr="00841385">
              <w:rPr>
                <w:rFonts w:eastAsia="Arial"/>
                <w:sz w:val="17"/>
                <w:lang w:val="et-EE"/>
              </w:rPr>
              <w:t>Tugevad prügikotid</w:t>
            </w:r>
          </w:p>
        </w:tc>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3605A966" w14:textId="77777777" w:rsidR="00E804CA" w:rsidRPr="00841385" w:rsidRDefault="00873725">
            <w:pPr>
              <w:spacing w:after="0"/>
              <w:rPr>
                <w:lang w:val="et-EE"/>
              </w:rPr>
            </w:pPr>
            <w:r w:rsidRPr="00841385">
              <w:rPr>
                <w:rFonts w:eastAsia="Arial"/>
                <w:color w:val="1F6F78"/>
                <w:sz w:val="19"/>
                <w:lang w:val="et-EE"/>
              </w:rPr>
              <w:t xml:space="preserve">☐  </w:t>
            </w:r>
            <w:r w:rsidRPr="00841385">
              <w:rPr>
                <w:rFonts w:eastAsia="Arial"/>
                <w:sz w:val="17"/>
                <w:lang w:val="et-EE"/>
              </w:rPr>
              <w:t>Sidumisvahend</w:t>
            </w:r>
          </w:p>
        </w:tc>
      </w:tr>
      <w:tr w:rsidR="00E804CA" w:rsidRPr="00841385" w14:paraId="0A324636" w14:textId="77777777">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506530F7" w14:textId="77777777" w:rsidR="00E804CA" w:rsidRPr="00841385" w:rsidRDefault="00873725">
            <w:pPr>
              <w:spacing w:after="0"/>
              <w:rPr>
                <w:lang w:val="et-EE"/>
              </w:rPr>
            </w:pPr>
            <w:r w:rsidRPr="00841385">
              <w:rPr>
                <w:rFonts w:eastAsia="Arial"/>
                <w:color w:val="1F6F78"/>
                <w:sz w:val="19"/>
                <w:lang w:val="et-EE"/>
              </w:rPr>
              <w:t xml:space="preserve">☐  </w:t>
            </w:r>
            <w:r w:rsidRPr="00841385">
              <w:rPr>
                <w:rFonts w:eastAsia="Arial"/>
                <w:sz w:val="17"/>
                <w:lang w:val="et-EE"/>
              </w:rPr>
              <w:t>Imav materjal</w:t>
            </w:r>
          </w:p>
        </w:tc>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5514634C" w14:textId="77777777" w:rsidR="00E804CA" w:rsidRPr="00841385" w:rsidRDefault="00873725">
            <w:pPr>
              <w:spacing w:after="0"/>
              <w:rPr>
                <w:lang w:val="et-EE"/>
              </w:rPr>
            </w:pPr>
            <w:r w:rsidRPr="00841385">
              <w:rPr>
                <w:rFonts w:eastAsia="Arial"/>
                <w:color w:val="1F6F78"/>
                <w:sz w:val="19"/>
                <w:lang w:val="et-EE"/>
              </w:rPr>
              <w:t xml:space="preserve">☐  </w:t>
            </w:r>
            <w:r w:rsidRPr="00841385">
              <w:rPr>
                <w:rFonts w:eastAsia="Arial"/>
                <w:sz w:val="17"/>
                <w:lang w:val="et-EE"/>
              </w:rPr>
              <w:t>Kummikindad</w:t>
            </w:r>
          </w:p>
        </w:tc>
      </w:tr>
      <w:tr w:rsidR="00E804CA" w:rsidRPr="00841385" w14:paraId="6E9159E6" w14:textId="77777777">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45BC32CD" w14:textId="77777777" w:rsidR="00E804CA" w:rsidRPr="00841385" w:rsidRDefault="00873725">
            <w:pPr>
              <w:spacing w:after="0"/>
              <w:rPr>
                <w:lang w:val="et-EE"/>
              </w:rPr>
            </w:pPr>
            <w:r w:rsidRPr="00841385">
              <w:rPr>
                <w:rFonts w:eastAsia="Arial"/>
                <w:color w:val="1F6F78"/>
                <w:sz w:val="19"/>
                <w:lang w:val="et-EE"/>
              </w:rPr>
              <w:t xml:space="preserve">☐  </w:t>
            </w:r>
            <w:r w:rsidRPr="00841385">
              <w:rPr>
                <w:rFonts w:eastAsia="Arial"/>
                <w:sz w:val="17"/>
                <w:lang w:val="et-EE"/>
              </w:rPr>
              <w:t>Käte desinfitseerimisvahend</w:t>
            </w:r>
          </w:p>
        </w:tc>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5FF5AA41" w14:textId="77777777" w:rsidR="00E804CA" w:rsidRPr="00841385" w:rsidRDefault="00873725">
            <w:pPr>
              <w:spacing w:after="0"/>
              <w:rPr>
                <w:lang w:val="et-EE"/>
              </w:rPr>
            </w:pPr>
            <w:r w:rsidRPr="00841385">
              <w:rPr>
                <w:rFonts w:eastAsia="Arial"/>
                <w:color w:val="1F6F78"/>
                <w:sz w:val="19"/>
                <w:lang w:val="et-EE"/>
              </w:rPr>
              <w:t xml:space="preserve">☐  </w:t>
            </w:r>
            <w:r w:rsidRPr="00841385">
              <w:rPr>
                <w:rFonts w:eastAsia="Arial"/>
                <w:sz w:val="17"/>
                <w:lang w:val="et-EE"/>
              </w:rPr>
              <w:t>Eraldi suletav hoiukoht</w:t>
            </w:r>
          </w:p>
        </w:tc>
      </w:tr>
    </w:tbl>
    <w:p w14:paraId="5932C809" w14:textId="77777777" w:rsidR="00E804CA" w:rsidRPr="00841385" w:rsidRDefault="00E804CA">
      <w:pPr>
        <w:spacing w:after="60"/>
        <w:rPr>
          <w:lang w:val="et-EE"/>
        </w:rPr>
      </w:pPr>
    </w:p>
    <w:tbl>
      <w:tblPr>
        <w:tblW w:w="9648" w:type="dxa"/>
        <w:tblInd w:w="120" w:type="dxa"/>
        <w:tblLayout w:type="fixed"/>
        <w:tblLook w:val="04A0" w:firstRow="1" w:lastRow="0" w:firstColumn="1" w:lastColumn="0" w:noHBand="0" w:noVBand="1"/>
      </w:tblPr>
      <w:tblGrid>
        <w:gridCol w:w="9648"/>
      </w:tblGrid>
      <w:tr w:rsidR="00E804CA" w:rsidRPr="00841385" w14:paraId="50410E9D" w14:textId="77777777">
        <w:tc>
          <w:tcPr>
            <w:tcW w:w="9648" w:type="dxa"/>
            <w:tcBorders>
              <w:bottom w:val="single" w:sz="5" w:space="0" w:color="D5DEDF"/>
            </w:tcBorders>
            <w:tcMar>
              <w:top w:w="90" w:type="dxa"/>
              <w:left w:w="120" w:type="dxa"/>
              <w:bottom w:w="90" w:type="dxa"/>
              <w:right w:w="120" w:type="dxa"/>
            </w:tcMar>
            <w:vAlign w:val="center"/>
          </w:tcPr>
          <w:p w14:paraId="0C30E84D" w14:textId="77777777" w:rsidR="00E804CA" w:rsidRPr="00841385" w:rsidRDefault="00873725">
            <w:pPr>
              <w:spacing w:after="40"/>
              <w:rPr>
                <w:lang w:val="et-EE"/>
              </w:rPr>
            </w:pPr>
            <w:r w:rsidRPr="00841385">
              <w:rPr>
                <w:rFonts w:eastAsia="Arial"/>
                <w:b/>
                <w:color w:val="3F4A4D"/>
                <w:sz w:val="19"/>
                <w:lang w:val="et-EE"/>
              </w:rPr>
              <w:t>Minu kodu WC-varulahendus</w:t>
            </w:r>
          </w:p>
          <w:p w14:paraId="4B4C7C15" w14:textId="77777777" w:rsidR="00E804CA" w:rsidRPr="00841385" w:rsidRDefault="00E804CA">
            <w:pPr>
              <w:spacing w:after="80"/>
              <w:rPr>
                <w:lang w:val="et-EE"/>
              </w:rPr>
            </w:pPr>
          </w:p>
        </w:tc>
      </w:tr>
    </w:tbl>
    <w:p w14:paraId="6ADA86D5" w14:textId="77777777" w:rsidR="00E804CA" w:rsidRPr="00841385" w:rsidRDefault="00E804CA">
      <w:pPr>
        <w:spacing w:after="40"/>
        <w:rPr>
          <w:lang w:val="et-EE"/>
        </w:rPr>
      </w:pPr>
    </w:p>
    <w:p w14:paraId="5C738580" w14:textId="77777777" w:rsidR="00E804CA" w:rsidRPr="00841385" w:rsidRDefault="00873725">
      <w:pPr>
        <w:rPr>
          <w:lang w:val="et-EE"/>
        </w:rPr>
      </w:pPr>
      <w:r w:rsidRPr="00841385">
        <w:rPr>
          <w:lang w:val="et-EE"/>
        </w:rPr>
        <w:br w:type="page"/>
      </w:r>
    </w:p>
    <w:p w14:paraId="56D55D89" w14:textId="77777777" w:rsidR="00E804CA" w:rsidRPr="00841385" w:rsidRDefault="00873725">
      <w:pPr>
        <w:keepNext/>
        <w:spacing w:after="60"/>
        <w:rPr>
          <w:lang w:val="et-EE"/>
        </w:rPr>
      </w:pPr>
      <w:r w:rsidRPr="00841385">
        <w:rPr>
          <w:rFonts w:eastAsia="Arial"/>
          <w:b/>
          <w:color w:val="173B45"/>
          <w:sz w:val="30"/>
          <w:lang w:val="et-EE"/>
        </w:rPr>
        <w:lastRenderedPageBreak/>
        <w:t xml:space="preserve"> 7  Seitsme päeva toit</w:t>
      </w:r>
    </w:p>
    <w:p w14:paraId="52722909" w14:textId="77777777" w:rsidR="00E804CA" w:rsidRPr="00841385" w:rsidRDefault="00873725">
      <w:pPr>
        <w:spacing w:after="160"/>
        <w:rPr>
          <w:lang w:val="et-EE"/>
        </w:rPr>
      </w:pPr>
      <w:r w:rsidRPr="00841385">
        <w:rPr>
          <w:rFonts w:eastAsia="Arial"/>
          <w:color w:val="3F4A4D"/>
          <w:sz w:val="19"/>
          <w:lang w:val="et-EE"/>
        </w:rPr>
        <w:t>Varu toitu, mida sa päriselt sööd, ja hoia see igapäevases ringluses.</w:t>
      </w:r>
    </w:p>
    <w:tbl>
      <w:tblPr>
        <w:tblW w:w="9648" w:type="dxa"/>
        <w:tblInd w:w="120" w:type="dxa"/>
        <w:tblLayout w:type="fixed"/>
        <w:tblLook w:val="04A0" w:firstRow="1" w:lastRow="0" w:firstColumn="1" w:lastColumn="0" w:noHBand="0" w:noVBand="1"/>
      </w:tblPr>
      <w:tblGrid>
        <w:gridCol w:w="9648"/>
      </w:tblGrid>
      <w:tr w:rsidR="00E804CA" w:rsidRPr="00841385" w14:paraId="258A7DA8" w14:textId="77777777">
        <w:tc>
          <w:tcPr>
            <w:tcW w:w="9648" w:type="dxa"/>
            <w:tcBorders>
              <w:left w:val="single" w:sz="10" w:space="0" w:color="D26A3A"/>
            </w:tcBorders>
            <w:shd w:val="clear" w:color="auto" w:fill="F8ECE5"/>
            <w:tcMar>
              <w:top w:w="90" w:type="dxa"/>
              <w:left w:w="120" w:type="dxa"/>
              <w:bottom w:w="90" w:type="dxa"/>
              <w:right w:w="120" w:type="dxa"/>
            </w:tcMar>
            <w:vAlign w:val="center"/>
          </w:tcPr>
          <w:p w14:paraId="009D1710" w14:textId="77777777" w:rsidR="00E804CA" w:rsidRPr="00841385" w:rsidRDefault="00873725">
            <w:pPr>
              <w:spacing w:after="0"/>
              <w:rPr>
                <w:lang w:val="et-EE"/>
              </w:rPr>
            </w:pPr>
            <w:r w:rsidRPr="00841385">
              <w:rPr>
                <w:rFonts w:eastAsia="Arial"/>
                <w:b/>
                <w:color w:val="D26A3A"/>
                <w:sz w:val="20"/>
                <w:lang w:val="et-EE"/>
              </w:rPr>
              <w:t xml:space="preserve">10 KG RIISI?  </w:t>
            </w:r>
            <w:r w:rsidRPr="00841385">
              <w:rPr>
                <w:rFonts w:eastAsia="Arial"/>
                <w:sz w:val="20"/>
                <w:lang w:val="et-EE"/>
              </w:rPr>
              <w:t>Riis võib olla osa kriisivarust, kuid vee või elektri puudumisel ei saa see olla kogu plaan. Vähenda vajadusel selle osakaalu ja lisa toite, mida saab süüa kohe või valmistada vähese vee ning energiaga.</w:t>
            </w:r>
          </w:p>
        </w:tc>
      </w:tr>
    </w:tbl>
    <w:p w14:paraId="4D035C64" w14:textId="77777777" w:rsidR="00E804CA" w:rsidRPr="00841385" w:rsidRDefault="00E804CA">
      <w:pPr>
        <w:spacing w:after="60"/>
        <w:rPr>
          <w:lang w:val="et-EE"/>
        </w:rPr>
      </w:pPr>
    </w:p>
    <w:p w14:paraId="14FC3CD0" w14:textId="77777777" w:rsidR="00E804CA" w:rsidRPr="00841385" w:rsidRDefault="00873725">
      <w:pPr>
        <w:spacing w:after="80"/>
        <w:rPr>
          <w:lang w:val="et-EE"/>
        </w:rPr>
      </w:pPr>
      <w:r w:rsidRPr="00841385">
        <w:rPr>
          <w:rFonts w:eastAsia="Arial"/>
          <w:b/>
          <w:color w:val="173B45"/>
          <w:sz w:val="22"/>
          <w:lang w:val="et-EE"/>
        </w:rPr>
        <w:t>Minu ühe päeva toiduplaan kolmes olukorras</w:t>
      </w:r>
    </w:p>
    <w:tbl>
      <w:tblPr>
        <w:tblW w:w="9648" w:type="dxa"/>
        <w:tblInd w:w="120" w:type="dxa"/>
        <w:tblLayout w:type="fixed"/>
        <w:tblLook w:val="04A0" w:firstRow="1" w:lastRow="0" w:firstColumn="1" w:lastColumn="0" w:noHBand="0" w:noVBand="1"/>
      </w:tblPr>
      <w:tblGrid>
        <w:gridCol w:w="2376"/>
        <w:gridCol w:w="3528"/>
        <w:gridCol w:w="3744"/>
      </w:tblGrid>
      <w:tr w:rsidR="00E804CA" w:rsidRPr="00841385" w14:paraId="083351F9" w14:textId="77777777">
        <w:tc>
          <w:tcPr>
            <w:tcW w:w="2376"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2BB5B681" w14:textId="77777777" w:rsidR="00E804CA" w:rsidRPr="00841385" w:rsidRDefault="00873725">
            <w:pPr>
              <w:spacing w:after="0"/>
              <w:jc w:val="center"/>
              <w:rPr>
                <w:lang w:val="et-EE"/>
              </w:rPr>
            </w:pPr>
            <w:r w:rsidRPr="00841385">
              <w:rPr>
                <w:rFonts w:eastAsia="Arial"/>
                <w:b/>
                <w:color w:val="FFFFFF"/>
                <w:sz w:val="17"/>
                <w:lang w:val="et-EE"/>
              </w:rPr>
              <w:t>Olukord</w:t>
            </w:r>
          </w:p>
        </w:tc>
        <w:tc>
          <w:tcPr>
            <w:tcW w:w="3528"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75273C84" w14:textId="77777777" w:rsidR="00E804CA" w:rsidRPr="00841385" w:rsidRDefault="00873725">
            <w:pPr>
              <w:spacing w:after="0"/>
              <w:jc w:val="center"/>
              <w:rPr>
                <w:lang w:val="et-EE"/>
              </w:rPr>
            </w:pPr>
            <w:r w:rsidRPr="00841385">
              <w:rPr>
                <w:rFonts w:eastAsia="Arial"/>
                <w:b/>
                <w:color w:val="FFFFFF"/>
                <w:sz w:val="17"/>
                <w:lang w:val="et-EE"/>
              </w:rPr>
              <w:t>Mida saan süüa?</w:t>
            </w:r>
          </w:p>
        </w:tc>
        <w:tc>
          <w:tcPr>
            <w:tcW w:w="3744"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7D4982FE" w14:textId="77777777" w:rsidR="00E804CA" w:rsidRPr="00841385" w:rsidRDefault="00873725">
            <w:pPr>
              <w:spacing w:after="0"/>
              <w:jc w:val="center"/>
              <w:rPr>
                <w:lang w:val="et-EE"/>
              </w:rPr>
            </w:pPr>
            <w:r w:rsidRPr="00841385">
              <w:rPr>
                <w:rFonts w:eastAsia="Arial"/>
                <w:b/>
                <w:color w:val="FFFFFF"/>
                <w:sz w:val="17"/>
                <w:lang w:val="et-EE"/>
              </w:rPr>
              <w:t>Mida pean lisama või muutma?</w:t>
            </w:r>
          </w:p>
        </w:tc>
      </w:tr>
      <w:tr w:rsidR="00E804CA" w:rsidRPr="00841385" w14:paraId="3A027FBA" w14:textId="77777777">
        <w:tc>
          <w:tcPr>
            <w:tcW w:w="237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33DC6F23" w14:textId="77777777" w:rsidR="00E804CA" w:rsidRPr="00841385" w:rsidRDefault="00873725">
            <w:pPr>
              <w:spacing w:after="0"/>
              <w:rPr>
                <w:lang w:val="et-EE"/>
              </w:rPr>
            </w:pPr>
            <w:r w:rsidRPr="00841385">
              <w:rPr>
                <w:rFonts w:eastAsia="Arial"/>
                <w:sz w:val="17"/>
                <w:lang w:val="et-EE"/>
              </w:rPr>
              <w:t>Elektrit ei ole</w:t>
            </w:r>
            <w:r w:rsidRPr="00841385">
              <w:rPr>
                <w:rFonts w:eastAsia="Arial"/>
                <w:sz w:val="17"/>
                <w:lang w:val="et-EE"/>
              </w:rPr>
              <w:br/>
              <w:t>Vesi on olemas</w:t>
            </w:r>
          </w:p>
          <w:p w14:paraId="2AA0559A" w14:textId="77777777" w:rsidR="00E804CA" w:rsidRPr="00841385" w:rsidRDefault="00E804CA">
            <w:pPr>
              <w:rPr>
                <w:lang w:val="et-EE"/>
              </w:rPr>
            </w:pPr>
          </w:p>
          <w:p w14:paraId="6400BE26" w14:textId="77777777" w:rsidR="00E804CA" w:rsidRPr="00841385" w:rsidRDefault="00E804CA">
            <w:pPr>
              <w:rPr>
                <w:lang w:val="et-EE"/>
              </w:rPr>
            </w:pPr>
          </w:p>
        </w:tc>
        <w:tc>
          <w:tcPr>
            <w:tcW w:w="3528"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0B8BA368" w14:textId="77777777" w:rsidR="00E804CA" w:rsidRPr="00841385" w:rsidRDefault="00E804CA">
            <w:pPr>
              <w:spacing w:after="0"/>
              <w:rPr>
                <w:lang w:val="et-EE"/>
              </w:rPr>
            </w:pPr>
          </w:p>
          <w:p w14:paraId="070879F8" w14:textId="77777777" w:rsidR="00E804CA" w:rsidRPr="00841385" w:rsidRDefault="00E804CA">
            <w:pPr>
              <w:rPr>
                <w:lang w:val="et-EE"/>
              </w:rPr>
            </w:pPr>
          </w:p>
          <w:p w14:paraId="6B3BC082" w14:textId="77777777" w:rsidR="00E804CA" w:rsidRPr="00841385" w:rsidRDefault="00E804CA">
            <w:pPr>
              <w:rPr>
                <w:lang w:val="et-EE"/>
              </w:rPr>
            </w:pPr>
          </w:p>
        </w:tc>
        <w:tc>
          <w:tcPr>
            <w:tcW w:w="374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E553BE0" w14:textId="77777777" w:rsidR="00E804CA" w:rsidRPr="00841385" w:rsidRDefault="00E804CA">
            <w:pPr>
              <w:spacing w:after="0"/>
              <w:rPr>
                <w:lang w:val="et-EE"/>
              </w:rPr>
            </w:pPr>
          </w:p>
          <w:p w14:paraId="56E6FBEE" w14:textId="77777777" w:rsidR="00E804CA" w:rsidRPr="00841385" w:rsidRDefault="00E804CA">
            <w:pPr>
              <w:rPr>
                <w:lang w:val="et-EE"/>
              </w:rPr>
            </w:pPr>
          </w:p>
          <w:p w14:paraId="765BC787" w14:textId="77777777" w:rsidR="00E804CA" w:rsidRPr="00841385" w:rsidRDefault="00E804CA">
            <w:pPr>
              <w:rPr>
                <w:lang w:val="et-EE"/>
              </w:rPr>
            </w:pPr>
          </w:p>
        </w:tc>
      </w:tr>
      <w:tr w:rsidR="00E804CA" w:rsidRPr="00841385" w14:paraId="7C816070" w14:textId="77777777">
        <w:tc>
          <w:tcPr>
            <w:tcW w:w="237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0CEADBD0" w14:textId="77777777" w:rsidR="00E804CA" w:rsidRPr="00841385" w:rsidRDefault="00873725">
            <w:pPr>
              <w:spacing w:after="0"/>
              <w:rPr>
                <w:lang w:val="et-EE"/>
              </w:rPr>
            </w:pPr>
            <w:r w:rsidRPr="00841385">
              <w:rPr>
                <w:rFonts w:eastAsia="Arial"/>
                <w:sz w:val="17"/>
                <w:lang w:val="et-EE"/>
              </w:rPr>
              <w:t>Vett ei ole</w:t>
            </w:r>
            <w:r w:rsidRPr="00841385">
              <w:rPr>
                <w:rFonts w:eastAsia="Arial"/>
                <w:sz w:val="17"/>
                <w:lang w:val="et-EE"/>
              </w:rPr>
              <w:br/>
              <w:t>Elekter on olemas</w:t>
            </w:r>
          </w:p>
          <w:p w14:paraId="28FF7ADA" w14:textId="77777777" w:rsidR="00E804CA" w:rsidRPr="00841385" w:rsidRDefault="00E804CA">
            <w:pPr>
              <w:rPr>
                <w:lang w:val="et-EE"/>
              </w:rPr>
            </w:pPr>
          </w:p>
          <w:p w14:paraId="6C18D130" w14:textId="77777777" w:rsidR="00E804CA" w:rsidRPr="00841385" w:rsidRDefault="00E804CA">
            <w:pPr>
              <w:rPr>
                <w:lang w:val="et-EE"/>
              </w:rPr>
            </w:pPr>
          </w:p>
        </w:tc>
        <w:tc>
          <w:tcPr>
            <w:tcW w:w="3528"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0F1E1008" w14:textId="77777777" w:rsidR="00E804CA" w:rsidRPr="00841385" w:rsidRDefault="00E804CA">
            <w:pPr>
              <w:spacing w:after="0"/>
              <w:rPr>
                <w:lang w:val="et-EE"/>
              </w:rPr>
            </w:pPr>
          </w:p>
          <w:p w14:paraId="0F59C479" w14:textId="77777777" w:rsidR="00E804CA" w:rsidRPr="00841385" w:rsidRDefault="00E804CA">
            <w:pPr>
              <w:rPr>
                <w:lang w:val="et-EE"/>
              </w:rPr>
            </w:pPr>
          </w:p>
          <w:p w14:paraId="01D306F7" w14:textId="77777777" w:rsidR="00E804CA" w:rsidRPr="00841385" w:rsidRDefault="00E804CA">
            <w:pPr>
              <w:rPr>
                <w:lang w:val="et-EE"/>
              </w:rPr>
            </w:pPr>
          </w:p>
        </w:tc>
        <w:tc>
          <w:tcPr>
            <w:tcW w:w="374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17BEDD44" w14:textId="77777777" w:rsidR="00E804CA" w:rsidRPr="00841385" w:rsidRDefault="00E804CA">
            <w:pPr>
              <w:spacing w:after="0"/>
              <w:rPr>
                <w:lang w:val="et-EE"/>
              </w:rPr>
            </w:pPr>
          </w:p>
          <w:p w14:paraId="103B41A4" w14:textId="77777777" w:rsidR="00E804CA" w:rsidRPr="00841385" w:rsidRDefault="00E804CA">
            <w:pPr>
              <w:rPr>
                <w:lang w:val="et-EE"/>
              </w:rPr>
            </w:pPr>
          </w:p>
          <w:p w14:paraId="4C51E314" w14:textId="77777777" w:rsidR="00E804CA" w:rsidRPr="00841385" w:rsidRDefault="00E804CA">
            <w:pPr>
              <w:rPr>
                <w:lang w:val="et-EE"/>
              </w:rPr>
            </w:pPr>
          </w:p>
        </w:tc>
      </w:tr>
      <w:tr w:rsidR="00E804CA" w:rsidRPr="00841385" w14:paraId="6B78923F" w14:textId="77777777">
        <w:tc>
          <w:tcPr>
            <w:tcW w:w="237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0A5D914A" w14:textId="77777777" w:rsidR="00E804CA" w:rsidRPr="00841385" w:rsidRDefault="00873725">
            <w:pPr>
              <w:spacing w:after="0"/>
              <w:rPr>
                <w:lang w:val="et-EE"/>
              </w:rPr>
            </w:pPr>
            <w:r w:rsidRPr="00841385">
              <w:rPr>
                <w:rFonts w:eastAsia="Arial"/>
                <w:sz w:val="17"/>
                <w:lang w:val="et-EE"/>
              </w:rPr>
              <w:t>Elektrit ega vett ei ole</w:t>
            </w:r>
          </w:p>
          <w:p w14:paraId="429B8D3D" w14:textId="77777777" w:rsidR="00E804CA" w:rsidRPr="00841385" w:rsidRDefault="00E804CA">
            <w:pPr>
              <w:rPr>
                <w:lang w:val="et-EE"/>
              </w:rPr>
            </w:pPr>
          </w:p>
          <w:p w14:paraId="64863054" w14:textId="77777777" w:rsidR="00E804CA" w:rsidRPr="00841385" w:rsidRDefault="00E804CA">
            <w:pPr>
              <w:rPr>
                <w:lang w:val="et-EE"/>
              </w:rPr>
            </w:pPr>
          </w:p>
        </w:tc>
        <w:tc>
          <w:tcPr>
            <w:tcW w:w="3528"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0AF8F82F" w14:textId="77777777" w:rsidR="00E804CA" w:rsidRPr="00841385" w:rsidRDefault="00E804CA">
            <w:pPr>
              <w:spacing w:after="0"/>
              <w:rPr>
                <w:lang w:val="et-EE"/>
              </w:rPr>
            </w:pPr>
          </w:p>
          <w:p w14:paraId="0C55EB9C" w14:textId="77777777" w:rsidR="00E804CA" w:rsidRPr="00841385" w:rsidRDefault="00E804CA">
            <w:pPr>
              <w:rPr>
                <w:lang w:val="et-EE"/>
              </w:rPr>
            </w:pPr>
          </w:p>
          <w:p w14:paraId="573C6C8E" w14:textId="77777777" w:rsidR="00E804CA" w:rsidRPr="00841385" w:rsidRDefault="00E804CA">
            <w:pPr>
              <w:rPr>
                <w:lang w:val="et-EE"/>
              </w:rPr>
            </w:pPr>
          </w:p>
        </w:tc>
        <w:tc>
          <w:tcPr>
            <w:tcW w:w="374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441D55DB" w14:textId="77777777" w:rsidR="00E804CA" w:rsidRPr="00841385" w:rsidRDefault="00E804CA">
            <w:pPr>
              <w:spacing w:after="0"/>
              <w:rPr>
                <w:lang w:val="et-EE"/>
              </w:rPr>
            </w:pPr>
          </w:p>
          <w:p w14:paraId="34739D55" w14:textId="77777777" w:rsidR="00E804CA" w:rsidRPr="00841385" w:rsidRDefault="00E804CA">
            <w:pPr>
              <w:rPr>
                <w:lang w:val="et-EE"/>
              </w:rPr>
            </w:pPr>
          </w:p>
          <w:p w14:paraId="52679980" w14:textId="77777777" w:rsidR="00E804CA" w:rsidRPr="00841385" w:rsidRDefault="00E804CA">
            <w:pPr>
              <w:rPr>
                <w:lang w:val="et-EE"/>
              </w:rPr>
            </w:pPr>
          </w:p>
        </w:tc>
      </w:tr>
    </w:tbl>
    <w:p w14:paraId="0B8F776C" w14:textId="77777777" w:rsidR="00E804CA" w:rsidRPr="00841385" w:rsidRDefault="00E804CA">
      <w:pPr>
        <w:spacing w:after="60"/>
        <w:rPr>
          <w:lang w:val="et-EE"/>
        </w:rPr>
      </w:pPr>
    </w:p>
    <w:p w14:paraId="19E51984" w14:textId="5E1FE238" w:rsidR="00E804CA" w:rsidRPr="00841385" w:rsidRDefault="00B821EF">
      <w:pPr>
        <w:spacing w:after="80"/>
        <w:rPr>
          <w:lang w:val="et-EE"/>
        </w:rPr>
      </w:pPr>
      <w:r w:rsidRPr="00841385">
        <w:rPr>
          <w:rFonts w:eastAsia="Arial"/>
          <w:b/>
          <w:color w:val="173B45"/>
          <w:sz w:val="22"/>
          <w:lang w:val="et-EE"/>
        </w:rPr>
        <w:t>Hea kriisitoidu test</w:t>
      </w:r>
    </w:p>
    <w:tbl>
      <w:tblPr>
        <w:tblW w:w="9648" w:type="dxa"/>
        <w:tblInd w:w="120" w:type="dxa"/>
        <w:tblLayout w:type="fixed"/>
        <w:tblLook w:val="04A0" w:firstRow="1" w:lastRow="0" w:firstColumn="1" w:lastColumn="0" w:noHBand="0" w:noVBand="1"/>
      </w:tblPr>
      <w:tblGrid>
        <w:gridCol w:w="4824"/>
        <w:gridCol w:w="4824"/>
      </w:tblGrid>
      <w:tr w:rsidR="00E804CA" w:rsidRPr="00841385" w14:paraId="232D74CD" w14:textId="77777777" w:rsidTr="00B821EF">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0510A809" w14:textId="77777777" w:rsidR="00E804CA" w:rsidRPr="00841385" w:rsidRDefault="00873725">
            <w:pPr>
              <w:spacing w:after="0"/>
              <w:rPr>
                <w:lang w:val="et-EE"/>
              </w:rPr>
            </w:pPr>
            <w:r w:rsidRPr="00841385">
              <w:rPr>
                <w:rFonts w:eastAsia="Arial"/>
                <w:color w:val="1F6F78"/>
                <w:sz w:val="19"/>
                <w:lang w:val="et-EE"/>
              </w:rPr>
              <w:t xml:space="preserve">☐  </w:t>
            </w:r>
            <w:r w:rsidRPr="00841385">
              <w:rPr>
                <w:rFonts w:eastAsia="Arial"/>
                <w:sz w:val="17"/>
                <w:lang w:val="et-EE"/>
              </w:rPr>
              <w:t>Osa toidust on kohe söödav</w:t>
            </w:r>
          </w:p>
        </w:tc>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B0B14E5" w14:textId="77777777" w:rsidR="00E804CA" w:rsidRPr="00841385" w:rsidRDefault="00873725">
            <w:pPr>
              <w:spacing w:after="0"/>
              <w:rPr>
                <w:lang w:val="et-EE"/>
              </w:rPr>
            </w:pPr>
            <w:r w:rsidRPr="00841385">
              <w:rPr>
                <w:rFonts w:eastAsia="Arial"/>
                <w:color w:val="1F6F78"/>
                <w:sz w:val="19"/>
                <w:lang w:val="et-EE"/>
              </w:rPr>
              <w:t xml:space="preserve">☐  </w:t>
            </w:r>
            <w:r w:rsidRPr="00841385">
              <w:rPr>
                <w:rFonts w:eastAsia="Arial"/>
                <w:sz w:val="17"/>
                <w:lang w:val="et-EE"/>
              </w:rPr>
              <w:t>Valmistamine on siseruumis ohutu</w:t>
            </w:r>
          </w:p>
        </w:tc>
      </w:tr>
      <w:tr w:rsidR="00483891" w:rsidRPr="00841385" w14:paraId="0533B382" w14:textId="77777777" w:rsidTr="00B821EF">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362825AF" w14:textId="50400B89" w:rsidR="00483891" w:rsidRPr="00841385" w:rsidRDefault="00483891" w:rsidP="00483891">
            <w:pPr>
              <w:spacing w:after="0"/>
              <w:rPr>
                <w:rFonts w:eastAsia="Arial"/>
                <w:color w:val="1F6F78"/>
                <w:sz w:val="19"/>
                <w:lang w:val="et-EE"/>
              </w:rPr>
            </w:pPr>
            <w:r w:rsidRPr="00841385">
              <w:rPr>
                <w:rFonts w:eastAsia="Arial"/>
                <w:color w:val="1F6F78"/>
                <w:sz w:val="19"/>
                <w:lang w:val="et-EE"/>
              </w:rPr>
              <w:t xml:space="preserve">☐  </w:t>
            </w:r>
            <w:r w:rsidRPr="00841385">
              <w:rPr>
                <w:rFonts w:eastAsia="Arial"/>
                <w:sz w:val="17"/>
                <w:lang w:val="et-EE"/>
              </w:rPr>
              <w:t>Toit sobib kõigile pereliikmetele</w:t>
            </w:r>
          </w:p>
        </w:tc>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3D3A6B50" w14:textId="10B207D0" w:rsidR="00483891" w:rsidRPr="00841385" w:rsidRDefault="00483891" w:rsidP="00483891">
            <w:pPr>
              <w:spacing w:after="0"/>
              <w:rPr>
                <w:rFonts w:eastAsia="Arial"/>
                <w:color w:val="1F6F78"/>
                <w:sz w:val="19"/>
                <w:lang w:val="et-EE"/>
              </w:rPr>
            </w:pPr>
            <w:r w:rsidRPr="00841385">
              <w:rPr>
                <w:rFonts w:eastAsia="Arial"/>
                <w:color w:val="1F6F78"/>
                <w:sz w:val="19"/>
                <w:lang w:val="et-EE"/>
              </w:rPr>
              <w:t xml:space="preserve">☐  </w:t>
            </w:r>
            <w:r>
              <w:rPr>
                <w:rFonts w:eastAsia="Arial"/>
                <w:sz w:val="17"/>
                <w:lang w:val="et-EE"/>
              </w:rPr>
              <w:t>L</w:t>
            </w:r>
            <w:r w:rsidRPr="00841385">
              <w:rPr>
                <w:rFonts w:eastAsia="Arial"/>
                <w:sz w:val="17"/>
                <w:lang w:val="et-EE"/>
              </w:rPr>
              <w:t>emmiklooma vajadused on arvestatud</w:t>
            </w:r>
          </w:p>
        </w:tc>
      </w:tr>
      <w:tr w:rsidR="00483891" w:rsidRPr="00841385" w14:paraId="21706BDD" w14:textId="77777777" w:rsidTr="00B821EF">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5AB7C08C" w14:textId="69089D95" w:rsidR="00483891" w:rsidRPr="00841385" w:rsidRDefault="00483891" w:rsidP="00483891">
            <w:pPr>
              <w:spacing w:after="0"/>
              <w:rPr>
                <w:rFonts w:eastAsia="Arial"/>
                <w:color w:val="1F6F78"/>
                <w:sz w:val="19"/>
                <w:lang w:val="et-EE"/>
              </w:rPr>
            </w:pPr>
            <w:r w:rsidRPr="00841385">
              <w:rPr>
                <w:rFonts w:eastAsia="Arial"/>
                <w:color w:val="1F6F78"/>
                <w:sz w:val="19"/>
                <w:lang w:val="et-EE"/>
              </w:rPr>
              <w:t xml:space="preserve">☐  </w:t>
            </w:r>
            <w:r w:rsidRPr="00841385">
              <w:rPr>
                <w:rFonts w:eastAsia="Arial"/>
                <w:sz w:val="17"/>
                <w:lang w:val="et-EE"/>
              </w:rPr>
              <w:t>Pakendid on avatavad</w:t>
            </w:r>
          </w:p>
        </w:tc>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5662A568" w14:textId="70E6B208" w:rsidR="00483891" w:rsidRPr="00841385" w:rsidRDefault="00483891" w:rsidP="00483891">
            <w:pPr>
              <w:spacing w:after="0"/>
              <w:rPr>
                <w:rFonts w:eastAsia="Arial"/>
                <w:color w:val="1F6F78"/>
                <w:sz w:val="19"/>
                <w:lang w:val="et-EE"/>
              </w:rPr>
            </w:pPr>
            <w:r w:rsidRPr="00841385">
              <w:rPr>
                <w:rFonts w:ascii="Segoe UI Symbol" w:eastAsia="Arial" w:hAnsi="Segoe UI Symbol" w:cs="Segoe UI Symbol"/>
                <w:color w:val="1F6F78"/>
                <w:sz w:val="19"/>
                <w:lang w:val="et-EE"/>
              </w:rPr>
              <w:t>☐</w:t>
            </w:r>
            <w:r w:rsidRPr="00841385">
              <w:rPr>
                <w:rFonts w:eastAsia="Arial"/>
                <w:color w:val="1F6F78"/>
                <w:sz w:val="19"/>
                <w:lang w:val="et-EE"/>
              </w:rPr>
              <w:t xml:space="preserve">  </w:t>
            </w:r>
            <w:r w:rsidRPr="00841385">
              <w:rPr>
                <w:rFonts w:eastAsia="Arial"/>
                <w:sz w:val="17"/>
                <w:lang w:val="et-EE"/>
              </w:rPr>
              <w:t>On igapäevases ringluses</w:t>
            </w:r>
          </w:p>
        </w:tc>
      </w:tr>
      <w:tr w:rsidR="00483891" w:rsidRPr="00841385" w14:paraId="1D1622AE" w14:textId="77777777" w:rsidTr="00B821EF">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2AA35602" w14:textId="105D5CB6" w:rsidR="00483891" w:rsidRPr="00841385" w:rsidRDefault="00483891" w:rsidP="00483891">
            <w:pPr>
              <w:spacing w:after="0"/>
              <w:rPr>
                <w:rFonts w:eastAsia="Arial"/>
                <w:color w:val="1F6F78"/>
                <w:sz w:val="19"/>
                <w:lang w:val="et-EE"/>
              </w:rPr>
            </w:pPr>
            <w:r w:rsidRPr="00841385">
              <w:rPr>
                <w:rFonts w:ascii="Segoe UI Symbol" w:eastAsia="Arial" w:hAnsi="Segoe UI Symbol" w:cs="Segoe UI Symbol"/>
                <w:color w:val="1F6F78"/>
                <w:sz w:val="19"/>
                <w:lang w:val="et-EE"/>
              </w:rPr>
              <w:t>☐</w:t>
            </w:r>
            <w:r w:rsidRPr="00841385">
              <w:rPr>
                <w:rFonts w:eastAsia="Arial"/>
                <w:color w:val="1F6F78"/>
                <w:sz w:val="19"/>
                <w:lang w:val="et-EE"/>
              </w:rPr>
              <w:t xml:space="preserve">  </w:t>
            </w:r>
            <w:r w:rsidRPr="00841385">
              <w:rPr>
                <w:rFonts w:eastAsia="Arial"/>
                <w:sz w:val="17"/>
                <w:lang w:val="et-EE"/>
              </w:rPr>
              <w:t>Säilib toatemperatuuril</w:t>
            </w:r>
          </w:p>
        </w:tc>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57276337" w14:textId="6AEEB27F" w:rsidR="00483891" w:rsidRPr="00841385" w:rsidRDefault="00483891" w:rsidP="00483891">
            <w:pPr>
              <w:spacing w:after="0"/>
              <w:rPr>
                <w:rFonts w:ascii="Segoe UI Symbol" w:eastAsia="Arial" w:hAnsi="Segoe UI Symbol" w:cs="Segoe UI Symbol"/>
                <w:color w:val="1F6F78"/>
                <w:sz w:val="19"/>
                <w:lang w:val="et-EE"/>
              </w:rPr>
            </w:pPr>
            <w:r w:rsidRPr="00841385">
              <w:rPr>
                <w:rFonts w:ascii="Segoe UI Symbol" w:eastAsia="Arial" w:hAnsi="Segoe UI Symbol" w:cs="Segoe UI Symbol"/>
                <w:color w:val="1F6F78"/>
                <w:sz w:val="19"/>
                <w:lang w:val="et-EE"/>
              </w:rPr>
              <w:t>☐</w:t>
            </w:r>
            <w:r w:rsidRPr="00841385">
              <w:rPr>
                <w:rFonts w:eastAsia="Arial"/>
                <w:color w:val="1F6F78"/>
                <w:sz w:val="19"/>
                <w:lang w:val="et-EE"/>
              </w:rPr>
              <w:t xml:space="preserve">  </w:t>
            </w:r>
            <w:r w:rsidRPr="00841385">
              <w:rPr>
                <w:rFonts w:eastAsia="Arial"/>
                <w:sz w:val="17"/>
                <w:lang w:val="et-EE"/>
              </w:rPr>
              <w:t>Sisaldab energiat ja valku</w:t>
            </w:r>
          </w:p>
        </w:tc>
      </w:tr>
      <w:tr w:rsidR="00483891" w:rsidRPr="00841385" w14:paraId="30CDFB68" w14:textId="77777777" w:rsidTr="00B821EF">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1C449B96" w14:textId="68BA79F9" w:rsidR="00483891" w:rsidRPr="00841385" w:rsidRDefault="00483891" w:rsidP="00483891">
            <w:pPr>
              <w:spacing w:after="0"/>
              <w:rPr>
                <w:rFonts w:eastAsia="Arial"/>
                <w:color w:val="1F6F78"/>
                <w:sz w:val="19"/>
                <w:lang w:val="et-EE"/>
              </w:rPr>
            </w:pPr>
            <w:r w:rsidRPr="00841385">
              <w:rPr>
                <w:rFonts w:ascii="Segoe UI Symbol" w:eastAsia="Arial" w:hAnsi="Segoe UI Symbol" w:cs="Segoe UI Symbol"/>
                <w:color w:val="1F6F78"/>
                <w:sz w:val="19"/>
                <w:lang w:val="et-EE"/>
              </w:rPr>
              <w:t>☐</w:t>
            </w:r>
            <w:r w:rsidRPr="00841385">
              <w:rPr>
                <w:rFonts w:eastAsia="Arial"/>
                <w:color w:val="1F6F78"/>
                <w:sz w:val="19"/>
                <w:lang w:val="et-EE"/>
              </w:rPr>
              <w:t xml:space="preserve">  </w:t>
            </w:r>
            <w:r w:rsidRPr="00841385">
              <w:rPr>
                <w:rFonts w:eastAsia="Arial"/>
                <w:sz w:val="17"/>
                <w:lang w:val="et-EE"/>
              </w:rPr>
              <w:t>Vajab vähe vett</w:t>
            </w:r>
          </w:p>
        </w:tc>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0F1196AC" w14:textId="77777777" w:rsidR="00483891" w:rsidRPr="00841385" w:rsidRDefault="00483891" w:rsidP="00483891">
            <w:pPr>
              <w:spacing w:after="0"/>
              <w:rPr>
                <w:rFonts w:ascii="Segoe UI Symbol" w:eastAsia="Arial" w:hAnsi="Segoe UI Symbol" w:cs="Segoe UI Symbol"/>
                <w:color w:val="1F6F78"/>
                <w:sz w:val="19"/>
                <w:lang w:val="et-EE"/>
              </w:rPr>
            </w:pPr>
          </w:p>
        </w:tc>
      </w:tr>
    </w:tbl>
    <w:p w14:paraId="07C871FC" w14:textId="77777777" w:rsidR="00E804CA" w:rsidRPr="00841385" w:rsidRDefault="00E804CA">
      <w:pPr>
        <w:spacing w:after="60"/>
        <w:rPr>
          <w:lang w:val="et-EE"/>
        </w:rPr>
      </w:pPr>
    </w:p>
    <w:tbl>
      <w:tblPr>
        <w:tblW w:w="9648" w:type="dxa"/>
        <w:tblInd w:w="120" w:type="dxa"/>
        <w:tblLayout w:type="fixed"/>
        <w:tblLook w:val="04A0" w:firstRow="1" w:lastRow="0" w:firstColumn="1" w:lastColumn="0" w:noHBand="0" w:noVBand="1"/>
      </w:tblPr>
      <w:tblGrid>
        <w:gridCol w:w="9648"/>
      </w:tblGrid>
      <w:tr w:rsidR="00E804CA" w:rsidRPr="00841385" w14:paraId="61872417" w14:textId="77777777">
        <w:tc>
          <w:tcPr>
            <w:tcW w:w="9648" w:type="dxa"/>
            <w:tcBorders>
              <w:bottom w:val="single" w:sz="5" w:space="0" w:color="D5DEDF"/>
            </w:tcBorders>
            <w:tcMar>
              <w:top w:w="90" w:type="dxa"/>
              <w:left w:w="120" w:type="dxa"/>
              <w:bottom w:w="90" w:type="dxa"/>
              <w:right w:w="120" w:type="dxa"/>
            </w:tcMar>
            <w:vAlign w:val="center"/>
          </w:tcPr>
          <w:p w14:paraId="2FC98885" w14:textId="2A9ED19C" w:rsidR="00E804CA" w:rsidRPr="00841385" w:rsidRDefault="00873725">
            <w:pPr>
              <w:spacing w:after="40"/>
              <w:rPr>
                <w:lang w:val="et-EE"/>
              </w:rPr>
            </w:pPr>
            <w:r w:rsidRPr="00841385">
              <w:rPr>
                <w:rFonts w:eastAsia="Arial"/>
                <w:b/>
                <w:color w:val="3F4A4D"/>
                <w:sz w:val="19"/>
                <w:lang w:val="et-EE"/>
              </w:rPr>
              <w:t>Millise toidu osakaalu vähendan ja mida lisan selle asemele?</w:t>
            </w:r>
            <w:r w:rsidR="00F54B90">
              <w:rPr>
                <w:rFonts w:eastAsia="Arial"/>
                <w:b/>
                <w:color w:val="3F4A4D"/>
                <w:sz w:val="19"/>
                <w:lang w:val="et-EE"/>
              </w:rPr>
              <w:br/>
            </w:r>
          </w:p>
        </w:tc>
      </w:tr>
    </w:tbl>
    <w:p w14:paraId="18807507" w14:textId="77777777" w:rsidR="00E804CA" w:rsidRPr="00841385" w:rsidRDefault="00E804CA">
      <w:pPr>
        <w:spacing w:after="40"/>
        <w:rPr>
          <w:lang w:val="et-EE"/>
        </w:rPr>
      </w:pPr>
    </w:p>
    <w:p w14:paraId="6F05ACD2" w14:textId="77777777" w:rsidR="00FE32F8" w:rsidRDefault="00FE32F8">
      <w:pPr>
        <w:rPr>
          <w:b/>
          <w:bCs/>
          <w:lang w:val="et-EE"/>
        </w:rPr>
      </w:pPr>
      <w:r w:rsidRPr="00FE32F8">
        <w:rPr>
          <w:b/>
          <w:bCs/>
          <w:lang w:val="et-EE"/>
        </w:rPr>
        <w:t>Koostage ühe päeva menüü ilma elektrita</w:t>
      </w:r>
    </w:p>
    <w:p w14:paraId="423426C8" w14:textId="77777777" w:rsidR="00FE32F8" w:rsidRDefault="00FE32F8">
      <w:pPr>
        <w:rPr>
          <w:b/>
          <w:bCs/>
          <w:lang w:val="et-EE"/>
        </w:rPr>
      </w:pPr>
    </w:p>
    <w:p w14:paraId="10EE2BE7" w14:textId="31B8C14F" w:rsidR="00FE32F8" w:rsidRDefault="00FE32F8">
      <w:pPr>
        <w:rPr>
          <w:b/>
          <w:bCs/>
          <w:lang w:val="et-EE"/>
        </w:rPr>
      </w:pPr>
      <w:r>
        <w:rPr>
          <w:b/>
          <w:bCs/>
          <w:lang w:val="et-EE"/>
        </w:rPr>
        <w:t xml:space="preserve">Hommik </w:t>
      </w:r>
    </w:p>
    <w:p w14:paraId="37590122" w14:textId="79E5C4A0" w:rsidR="00FE32F8" w:rsidRDefault="00FE32F8">
      <w:pPr>
        <w:rPr>
          <w:b/>
          <w:bCs/>
          <w:lang w:val="et-EE"/>
        </w:rPr>
      </w:pPr>
      <w:r>
        <w:rPr>
          <w:b/>
          <w:bCs/>
          <w:noProof/>
          <w:lang w:val="et-EE"/>
        </w:rPr>
        <mc:AlternateContent>
          <mc:Choice Requires="wps">
            <w:drawing>
              <wp:anchor distT="0" distB="0" distL="114300" distR="114300" simplePos="0" relativeHeight="251658240" behindDoc="0" locked="0" layoutInCell="1" allowOverlap="1" wp14:anchorId="538B6FB7" wp14:editId="50809FB0">
                <wp:simplePos x="0" y="0"/>
                <wp:positionH relativeFrom="margin">
                  <wp:align>left</wp:align>
                </wp:positionH>
                <wp:positionV relativeFrom="paragraph">
                  <wp:posOffset>10795</wp:posOffset>
                </wp:positionV>
                <wp:extent cx="6229350" cy="19050"/>
                <wp:effectExtent l="0" t="0" r="19050" b="19050"/>
                <wp:wrapNone/>
                <wp:docPr id="1" name="Straight Connector 1"/>
                <wp:cNvGraphicFramePr/>
                <a:graphic xmlns:a="http://schemas.openxmlformats.org/drawingml/2006/main">
                  <a:graphicData uri="http://schemas.microsoft.com/office/word/2010/wordprocessingShape">
                    <wps:wsp>
                      <wps:cNvCnPr/>
                      <wps:spPr>
                        <a:xfrm flipV="1">
                          <a:off x="0" y="0"/>
                          <a:ext cx="6229350" cy="19050"/>
                        </a:xfrm>
                        <a:prstGeom prst="line">
                          <a:avLst/>
                        </a:prstGeom>
                        <a:ln>
                          <a:solidFill>
                            <a:schemeClr val="bg1">
                              <a:lumMod val="85000"/>
                            </a:schemeClr>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w:pict w14:anchorId="3CE5ACAA">
              <v:line id="Straight Connector 1" style="position:absolute;flip:y;z-index:251659264;visibility:visible;mso-wrap-style:square;mso-wrap-distance-left:9pt;mso-wrap-distance-top:0;mso-wrap-distance-right:9pt;mso-wrap-distance-bottom:0;mso-position-horizontal:left;mso-position-horizontal-relative:margin;mso-position-vertical:absolute;mso-position-vertical-relative:text" o:spid="_x0000_s1026" strokecolor="#d8d8d8 [2732]" from="0,.85pt" to="490.5pt,2.35pt" w14:anchorId="3BE6D4C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">
                <w10:wrap anchorx="margin"/>
              </v:line>
            </w:pict>
          </mc:Fallback>
        </mc:AlternateContent>
      </w:r>
    </w:p>
    <w:p w14:paraId="5DECDF44" w14:textId="2AD2836E" w:rsidR="00FE32F8" w:rsidRDefault="00FE32F8">
      <w:pPr>
        <w:rPr>
          <w:b/>
          <w:bCs/>
          <w:lang w:val="et-EE"/>
        </w:rPr>
      </w:pPr>
      <w:r>
        <w:rPr>
          <w:b/>
          <w:bCs/>
          <w:noProof/>
          <w:lang w:val="et-EE"/>
        </w:rPr>
        <mc:AlternateContent>
          <mc:Choice Requires="wps">
            <w:drawing>
              <wp:anchor distT="0" distB="0" distL="114300" distR="114300" simplePos="0" relativeHeight="251658241" behindDoc="0" locked="0" layoutInCell="1" allowOverlap="1" wp14:anchorId="55B42960" wp14:editId="6DA1ECA3">
                <wp:simplePos x="0" y="0"/>
                <wp:positionH relativeFrom="margin">
                  <wp:align>left</wp:align>
                </wp:positionH>
                <wp:positionV relativeFrom="paragraph">
                  <wp:posOffset>194945</wp:posOffset>
                </wp:positionV>
                <wp:extent cx="6229350" cy="19050"/>
                <wp:effectExtent l="0" t="0" r="19050" b="19050"/>
                <wp:wrapNone/>
                <wp:docPr id="2" name="Straight Connector 2"/>
                <wp:cNvGraphicFramePr/>
                <a:graphic xmlns:a="http://schemas.openxmlformats.org/drawingml/2006/main">
                  <a:graphicData uri="http://schemas.microsoft.com/office/word/2010/wordprocessingShape">
                    <wps:wsp>
                      <wps:cNvCnPr/>
                      <wps:spPr>
                        <a:xfrm flipV="1">
                          <a:off x="0" y="0"/>
                          <a:ext cx="6229350" cy="19050"/>
                        </a:xfrm>
                        <a:prstGeom prst="line">
                          <a:avLst/>
                        </a:prstGeom>
                        <a:ln>
                          <a:solidFill>
                            <a:schemeClr val="bg1">
                              <a:lumMod val="85000"/>
                            </a:schemeClr>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w:pict w14:anchorId="6D12E08B">
              <v:line id="Straight Connector 2" style="position:absolute;flip:y;z-index:251661312;visibility:visible;mso-wrap-style:square;mso-wrap-distance-left:9pt;mso-wrap-distance-top:0;mso-wrap-distance-right:9pt;mso-wrap-distance-bottom:0;mso-position-horizontal:left;mso-position-horizontal-relative:margin;mso-position-vertical:absolute;mso-position-vertical-relative:text" o:spid="_x0000_s1026" strokecolor="#d8d8d8 [2732]" from="0,15.35pt" to="490.5pt,16.85pt" w14:anchorId="27EC6F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">
                <w10:wrap anchorx="margin"/>
              </v:line>
            </w:pict>
          </mc:Fallback>
        </mc:AlternateContent>
      </w:r>
      <w:r>
        <w:rPr>
          <w:b/>
          <w:bCs/>
          <w:lang w:val="et-EE"/>
        </w:rPr>
        <w:t>Lõuna</w:t>
      </w:r>
    </w:p>
    <w:p w14:paraId="5EF09B49" w14:textId="2C604591" w:rsidR="00FE32F8" w:rsidRDefault="00FE32F8">
      <w:pPr>
        <w:rPr>
          <w:b/>
          <w:bCs/>
          <w:lang w:val="et-EE"/>
        </w:rPr>
      </w:pPr>
    </w:p>
    <w:p w14:paraId="788B7280" w14:textId="2FB559E5" w:rsidR="00FE32F8" w:rsidRDefault="00FE32F8">
      <w:pPr>
        <w:rPr>
          <w:b/>
          <w:bCs/>
          <w:lang w:val="et-EE"/>
        </w:rPr>
      </w:pPr>
      <w:r>
        <w:rPr>
          <w:b/>
          <w:bCs/>
          <w:noProof/>
          <w:lang w:val="et-EE"/>
        </w:rPr>
        <mc:AlternateContent>
          <mc:Choice Requires="wps">
            <w:drawing>
              <wp:anchor distT="0" distB="0" distL="114300" distR="114300" simplePos="0" relativeHeight="251658242" behindDoc="0" locked="0" layoutInCell="1" allowOverlap="1" wp14:anchorId="5188004A" wp14:editId="5B467CCF">
                <wp:simplePos x="0" y="0"/>
                <wp:positionH relativeFrom="margin">
                  <wp:align>left</wp:align>
                </wp:positionH>
                <wp:positionV relativeFrom="paragraph">
                  <wp:posOffset>180975</wp:posOffset>
                </wp:positionV>
                <wp:extent cx="6229350" cy="19050"/>
                <wp:effectExtent l="0" t="0" r="19050" b="19050"/>
                <wp:wrapNone/>
                <wp:docPr id="3" name="Straight Connector 3"/>
                <wp:cNvGraphicFramePr/>
                <a:graphic xmlns:a="http://schemas.openxmlformats.org/drawingml/2006/main">
                  <a:graphicData uri="http://schemas.microsoft.com/office/word/2010/wordprocessingShape">
                    <wps:wsp>
                      <wps:cNvCnPr/>
                      <wps:spPr>
                        <a:xfrm flipV="1">
                          <a:off x="0" y="0"/>
                          <a:ext cx="6229350" cy="19050"/>
                        </a:xfrm>
                        <a:prstGeom prst="line">
                          <a:avLst/>
                        </a:prstGeom>
                        <a:ln>
                          <a:solidFill>
                            <a:schemeClr val="bg1">
                              <a:lumMod val="85000"/>
                            </a:schemeClr>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w:pict w14:anchorId="19499C81">
              <v:line id="Straight Connector 3" style="position:absolute;flip:y;z-index:251663360;visibility:visible;mso-wrap-style:square;mso-wrap-distance-left:9pt;mso-wrap-distance-top:0;mso-wrap-distance-right:9pt;mso-wrap-distance-bottom:0;mso-position-horizontal:left;mso-position-horizontal-relative:margin;mso-position-vertical:absolute;mso-position-vertical-relative:text" o:spid="_x0000_s1026" strokecolor="#d8d8d8 [2732]" from="0,14.25pt" to="490.5pt,15.75pt" w14:anchorId="4D2EA8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">
                <w10:wrap anchorx="margin"/>
              </v:line>
            </w:pict>
          </mc:Fallback>
        </mc:AlternateContent>
      </w:r>
      <w:r>
        <w:rPr>
          <w:b/>
          <w:bCs/>
          <w:lang w:val="et-EE"/>
        </w:rPr>
        <w:t>Õhtu</w:t>
      </w:r>
    </w:p>
    <w:p w14:paraId="5F707B6C" w14:textId="62ECC102" w:rsidR="00FE32F8" w:rsidRDefault="00FE32F8">
      <w:pPr>
        <w:rPr>
          <w:b/>
          <w:bCs/>
          <w:lang w:val="et-EE"/>
        </w:rPr>
      </w:pPr>
    </w:p>
    <w:p w14:paraId="13164BE3" w14:textId="32D8D6B0" w:rsidR="00E804CA" w:rsidRPr="00FE32F8" w:rsidRDefault="00FE32F8">
      <w:pPr>
        <w:rPr>
          <w:b/>
          <w:bCs/>
          <w:lang w:val="et-EE"/>
        </w:rPr>
      </w:pPr>
      <w:r>
        <w:rPr>
          <w:b/>
          <w:bCs/>
          <w:noProof/>
          <w:lang w:val="et-EE"/>
        </w:rPr>
        <mc:AlternateContent>
          <mc:Choice Requires="wps">
            <w:drawing>
              <wp:anchor distT="0" distB="0" distL="114300" distR="114300" simplePos="0" relativeHeight="251658243" behindDoc="0" locked="0" layoutInCell="1" allowOverlap="1" wp14:anchorId="07586B34" wp14:editId="43B0E6B1">
                <wp:simplePos x="0" y="0"/>
                <wp:positionH relativeFrom="margin">
                  <wp:align>left</wp:align>
                </wp:positionH>
                <wp:positionV relativeFrom="paragraph">
                  <wp:posOffset>199390</wp:posOffset>
                </wp:positionV>
                <wp:extent cx="6229350" cy="19050"/>
                <wp:effectExtent l="0" t="0" r="19050" b="19050"/>
                <wp:wrapNone/>
                <wp:docPr id="4" name="Straight Connector 4"/>
                <wp:cNvGraphicFramePr/>
                <a:graphic xmlns:a="http://schemas.openxmlformats.org/drawingml/2006/main">
                  <a:graphicData uri="http://schemas.microsoft.com/office/word/2010/wordprocessingShape">
                    <wps:wsp>
                      <wps:cNvCnPr/>
                      <wps:spPr>
                        <a:xfrm flipV="1">
                          <a:off x="0" y="0"/>
                          <a:ext cx="6229350" cy="19050"/>
                        </a:xfrm>
                        <a:prstGeom prst="line">
                          <a:avLst/>
                        </a:prstGeom>
                        <a:ln>
                          <a:solidFill>
                            <a:schemeClr val="bg1">
                              <a:lumMod val="85000"/>
                            </a:schemeClr>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w:pict w14:anchorId="4FC49CC4">
              <v:line id="Straight Connector 4" style="position:absolute;flip:y;z-index:251665408;visibility:visible;mso-wrap-style:square;mso-wrap-distance-left:9pt;mso-wrap-distance-top:0;mso-wrap-distance-right:9pt;mso-wrap-distance-bottom:0;mso-position-horizontal:left;mso-position-horizontal-relative:margin;mso-position-vertical:absolute;mso-position-vertical-relative:text" o:spid="_x0000_s1026" strokecolor="#d8d8d8 [2732]" from="0,15.7pt" to="490.5pt,17.2pt" w14:anchorId="4253A6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">
                <w10:wrap anchorx="margin"/>
              </v:line>
            </w:pict>
          </mc:Fallback>
        </mc:AlternateContent>
      </w:r>
      <w:r>
        <w:rPr>
          <w:b/>
          <w:bCs/>
          <w:lang w:val="et-EE"/>
        </w:rPr>
        <w:t>Joogid ja vahepalad</w:t>
      </w:r>
      <w:r w:rsidR="00873725" w:rsidRPr="00FE32F8">
        <w:rPr>
          <w:b/>
          <w:bCs/>
          <w:lang w:val="et-EE"/>
        </w:rPr>
        <w:br w:type="page"/>
      </w:r>
    </w:p>
    <w:p w14:paraId="5969FBBC" w14:textId="77777777" w:rsidR="00E804CA" w:rsidRPr="00841385" w:rsidRDefault="00873725">
      <w:pPr>
        <w:keepNext/>
        <w:spacing w:after="60"/>
        <w:rPr>
          <w:lang w:val="et-EE"/>
        </w:rPr>
      </w:pPr>
      <w:r w:rsidRPr="00841385">
        <w:rPr>
          <w:rFonts w:eastAsia="Arial"/>
          <w:b/>
          <w:color w:val="173B45"/>
          <w:sz w:val="30"/>
          <w:lang w:val="et-EE"/>
        </w:rPr>
        <w:lastRenderedPageBreak/>
        <w:t xml:space="preserve"> 8  Kodu ilma tavapäraste teenusteta</w:t>
      </w:r>
    </w:p>
    <w:p w14:paraId="51EB44F2" w14:textId="77777777" w:rsidR="00E804CA" w:rsidRPr="00841385" w:rsidRDefault="00873725">
      <w:pPr>
        <w:spacing w:after="160"/>
        <w:rPr>
          <w:lang w:val="et-EE"/>
        </w:rPr>
      </w:pPr>
      <w:r w:rsidRPr="00841385">
        <w:rPr>
          <w:rFonts w:eastAsia="Arial"/>
          <w:color w:val="3F4A4D"/>
          <w:sz w:val="19"/>
          <w:lang w:val="et-EE"/>
        </w:rPr>
        <w:t>Mõtle läbi, mida saad kasutada ka siis, kui pistikupesas pole voolu.</w:t>
      </w:r>
    </w:p>
    <w:tbl>
      <w:tblPr>
        <w:tblW w:w="9648" w:type="dxa"/>
        <w:tblInd w:w="120" w:type="dxa"/>
        <w:tblLayout w:type="fixed"/>
        <w:tblLook w:val="04A0" w:firstRow="1" w:lastRow="0" w:firstColumn="1" w:lastColumn="0" w:noHBand="0" w:noVBand="1"/>
      </w:tblPr>
      <w:tblGrid>
        <w:gridCol w:w="2448"/>
        <w:gridCol w:w="3600"/>
        <w:gridCol w:w="3600"/>
      </w:tblGrid>
      <w:tr w:rsidR="00E804CA" w:rsidRPr="00841385" w14:paraId="182D4822" w14:textId="77777777">
        <w:tc>
          <w:tcPr>
            <w:tcW w:w="2448"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49C0D619" w14:textId="77777777" w:rsidR="00E804CA" w:rsidRPr="00841385" w:rsidRDefault="00873725">
            <w:pPr>
              <w:spacing w:after="0"/>
              <w:jc w:val="center"/>
              <w:rPr>
                <w:lang w:val="et-EE"/>
              </w:rPr>
            </w:pPr>
            <w:r w:rsidRPr="00841385">
              <w:rPr>
                <w:rFonts w:eastAsia="Arial"/>
                <w:b/>
                <w:color w:val="FFFFFF"/>
                <w:sz w:val="18"/>
                <w:lang w:val="et-EE"/>
              </w:rPr>
              <w:t>Vajadus</w:t>
            </w:r>
          </w:p>
        </w:tc>
        <w:tc>
          <w:tcPr>
            <w:tcW w:w="3600"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05E2634A" w14:textId="08365B09" w:rsidR="00E804CA" w:rsidRPr="00841385" w:rsidRDefault="00873725">
            <w:pPr>
              <w:spacing w:after="0"/>
              <w:jc w:val="center"/>
              <w:rPr>
                <w:lang w:val="et-EE"/>
              </w:rPr>
            </w:pPr>
            <w:r w:rsidRPr="00841385">
              <w:rPr>
                <w:rFonts w:eastAsia="Arial"/>
                <w:b/>
                <w:color w:val="FFFFFF"/>
                <w:sz w:val="18"/>
                <w:lang w:val="et-EE"/>
              </w:rPr>
              <w:t>Põhilahendus</w:t>
            </w:r>
          </w:p>
        </w:tc>
        <w:tc>
          <w:tcPr>
            <w:tcW w:w="3600"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5907B811" w14:textId="77777777" w:rsidR="00E804CA" w:rsidRPr="00841385" w:rsidRDefault="00873725">
            <w:pPr>
              <w:spacing w:after="0"/>
              <w:jc w:val="center"/>
              <w:rPr>
                <w:lang w:val="et-EE"/>
              </w:rPr>
            </w:pPr>
            <w:r w:rsidRPr="00841385">
              <w:rPr>
                <w:rFonts w:eastAsia="Arial"/>
                <w:b/>
                <w:color w:val="FFFFFF"/>
                <w:sz w:val="18"/>
                <w:lang w:val="et-EE"/>
              </w:rPr>
              <w:t>Varulahendus</w:t>
            </w:r>
          </w:p>
        </w:tc>
      </w:tr>
      <w:tr w:rsidR="00E804CA" w:rsidRPr="00841385" w14:paraId="32891EC7" w14:textId="77777777">
        <w:tc>
          <w:tcPr>
            <w:tcW w:w="2448"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1C34FFAB" w14:textId="77777777" w:rsidR="00E804CA" w:rsidRPr="00841385" w:rsidRDefault="00873725">
            <w:pPr>
              <w:spacing w:after="0"/>
              <w:rPr>
                <w:lang w:val="et-EE"/>
              </w:rPr>
            </w:pPr>
            <w:r w:rsidRPr="00841385">
              <w:rPr>
                <w:rFonts w:eastAsia="Arial"/>
                <w:sz w:val="17"/>
                <w:lang w:val="et-EE"/>
              </w:rPr>
              <w:t>Valgus</w:t>
            </w:r>
          </w:p>
        </w:tc>
        <w:tc>
          <w:tcPr>
            <w:tcW w:w="360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38410941" w14:textId="77777777" w:rsidR="00E804CA" w:rsidRPr="00841385" w:rsidRDefault="00E804CA">
            <w:pPr>
              <w:spacing w:after="0"/>
              <w:rPr>
                <w:lang w:val="et-EE"/>
              </w:rPr>
            </w:pPr>
          </w:p>
        </w:tc>
        <w:tc>
          <w:tcPr>
            <w:tcW w:w="360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320CDD0E" w14:textId="77777777" w:rsidR="00E804CA" w:rsidRPr="00841385" w:rsidRDefault="00E804CA">
            <w:pPr>
              <w:spacing w:after="0"/>
              <w:rPr>
                <w:lang w:val="et-EE"/>
              </w:rPr>
            </w:pPr>
          </w:p>
        </w:tc>
      </w:tr>
      <w:tr w:rsidR="00E804CA" w:rsidRPr="00841385" w14:paraId="333353A6" w14:textId="77777777">
        <w:tc>
          <w:tcPr>
            <w:tcW w:w="2448"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516E9714" w14:textId="77777777" w:rsidR="00E804CA" w:rsidRPr="00841385" w:rsidRDefault="00873725">
            <w:pPr>
              <w:spacing w:after="0"/>
              <w:rPr>
                <w:lang w:val="et-EE"/>
              </w:rPr>
            </w:pPr>
            <w:r w:rsidRPr="00841385">
              <w:rPr>
                <w:rFonts w:eastAsia="Arial"/>
                <w:sz w:val="17"/>
                <w:lang w:val="et-EE"/>
              </w:rPr>
              <w:t>Telefoni laadimine</w:t>
            </w:r>
          </w:p>
        </w:tc>
        <w:tc>
          <w:tcPr>
            <w:tcW w:w="360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1AA6AB7E" w14:textId="77777777" w:rsidR="00E804CA" w:rsidRPr="00841385" w:rsidRDefault="00E804CA">
            <w:pPr>
              <w:spacing w:after="0"/>
              <w:rPr>
                <w:lang w:val="et-EE"/>
              </w:rPr>
            </w:pPr>
          </w:p>
        </w:tc>
        <w:tc>
          <w:tcPr>
            <w:tcW w:w="360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070DB05B" w14:textId="77777777" w:rsidR="00E804CA" w:rsidRPr="00841385" w:rsidRDefault="00E804CA">
            <w:pPr>
              <w:spacing w:after="0"/>
              <w:rPr>
                <w:lang w:val="et-EE"/>
              </w:rPr>
            </w:pPr>
          </w:p>
        </w:tc>
      </w:tr>
      <w:tr w:rsidR="00E804CA" w:rsidRPr="00841385" w14:paraId="04253D20" w14:textId="77777777">
        <w:tc>
          <w:tcPr>
            <w:tcW w:w="2448"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531CD0CF" w14:textId="77777777" w:rsidR="00E804CA" w:rsidRPr="00841385" w:rsidRDefault="00873725">
            <w:pPr>
              <w:spacing w:after="0"/>
              <w:rPr>
                <w:lang w:val="et-EE"/>
              </w:rPr>
            </w:pPr>
            <w:r w:rsidRPr="00841385">
              <w:rPr>
                <w:rFonts w:eastAsia="Arial"/>
                <w:sz w:val="17"/>
                <w:lang w:val="et-EE"/>
              </w:rPr>
              <w:t>Info saamine</w:t>
            </w:r>
          </w:p>
        </w:tc>
        <w:tc>
          <w:tcPr>
            <w:tcW w:w="360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1383764F" w14:textId="77777777" w:rsidR="00E804CA" w:rsidRPr="00841385" w:rsidRDefault="00E804CA">
            <w:pPr>
              <w:spacing w:after="0"/>
              <w:rPr>
                <w:lang w:val="et-EE"/>
              </w:rPr>
            </w:pPr>
          </w:p>
        </w:tc>
        <w:tc>
          <w:tcPr>
            <w:tcW w:w="360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355E77C3" w14:textId="77777777" w:rsidR="00E804CA" w:rsidRPr="00841385" w:rsidRDefault="00E804CA">
            <w:pPr>
              <w:spacing w:after="0"/>
              <w:rPr>
                <w:lang w:val="et-EE"/>
              </w:rPr>
            </w:pPr>
          </w:p>
        </w:tc>
      </w:tr>
      <w:tr w:rsidR="00E804CA" w:rsidRPr="00841385" w14:paraId="28EFCF35" w14:textId="77777777">
        <w:tc>
          <w:tcPr>
            <w:tcW w:w="2448"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23A69A77" w14:textId="77777777" w:rsidR="00E804CA" w:rsidRPr="00841385" w:rsidRDefault="00873725">
            <w:pPr>
              <w:spacing w:after="0"/>
              <w:rPr>
                <w:lang w:val="et-EE"/>
              </w:rPr>
            </w:pPr>
            <w:r w:rsidRPr="00841385">
              <w:rPr>
                <w:rFonts w:eastAsia="Arial"/>
                <w:sz w:val="17"/>
                <w:lang w:val="et-EE"/>
              </w:rPr>
              <w:t>Soojas püsimine</w:t>
            </w:r>
          </w:p>
        </w:tc>
        <w:tc>
          <w:tcPr>
            <w:tcW w:w="360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498096A7" w14:textId="77777777" w:rsidR="00E804CA" w:rsidRPr="00841385" w:rsidRDefault="00E804CA">
            <w:pPr>
              <w:spacing w:after="0"/>
              <w:rPr>
                <w:lang w:val="et-EE"/>
              </w:rPr>
            </w:pPr>
          </w:p>
        </w:tc>
        <w:tc>
          <w:tcPr>
            <w:tcW w:w="360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520732F" w14:textId="77777777" w:rsidR="00E804CA" w:rsidRPr="00841385" w:rsidRDefault="00E804CA">
            <w:pPr>
              <w:spacing w:after="0"/>
              <w:rPr>
                <w:lang w:val="et-EE"/>
              </w:rPr>
            </w:pPr>
          </w:p>
        </w:tc>
      </w:tr>
      <w:tr w:rsidR="00E804CA" w:rsidRPr="00841385" w14:paraId="0E570D8A" w14:textId="77777777">
        <w:tc>
          <w:tcPr>
            <w:tcW w:w="2448"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12ECE4C5" w14:textId="77777777" w:rsidR="00E804CA" w:rsidRPr="00841385" w:rsidRDefault="00873725">
            <w:pPr>
              <w:spacing w:after="0"/>
              <w:rPr>
                <w:lang w:val="et-EE"/>
              </w:rPr>
            </w:pPr>
            <w:r w:rsidRPr="00841385">
              <w:rPr>
                <w:rFonts w:eastAsia="Arial"/>
                <w:sz w:val="17"/>
                <w:lang w:val="et-EE"/>
              </w:rPr>
              <w:t>Toidu valmistamine</w:t>
            </w:r>
          </w:p>
        </w:tc>
        <w:tc>
          <w:tcPr>
            <w:tcW w:w="360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25111C1B" w14:textId="77777777" w:rsidR="00E804CA" w:rsidRPr="00841385" w:rsidRDefault="00E804CA">
            <w:pPr>
              <w:spacing w:after="0"/>
              <w:rPr>
                <w:lang w:val="et-EE"/>
              </w:rPr>
            </w:pPr>
          </w:p>
        </w:tc>
        <w:tc>
          <w:tcPr>
            <w:tcW w:w="360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1C6FF6AD" w14:textId="77777777" w:rsidR="00E804CA" w:rsidRPr="00841385" w:rsidRDefault="00E804CA">
            <w:pPr>
              <w:spacing w:after="0"/>
              <w:rPr>
                <w:lang w:val="et-EE"/>
              </w:rPr>
            </w:pPr>
          </w:p>
        </w:tc>
      </w:tr>
      <w:tr w:rsidR="00E804CA" w:rsidRPr="00841385" w14:paraId="53181D5D" w14:textId="77777777">
        <w:tc>
          <w:tcPr>
            <w:tcW w:w="2448"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3CAF0D92" w14:textId="77777777" w:rsidR="00E804CA" w:rsidRPr="00841385" w:rsidRDefault="00873725">
            <w:pPr>
              <w:spacing w:after="0"/>
              <w:rPr>
                <w:lang w:val="et-EE"/>
              </w:rPr>
            </w:pPr>
            <w:r w:rsidRPr="00841385">
              <w:rPr>
                <w:rFonts w:eastAsia="Arial"/>
                <w:sz w:val="17"/>
                <w:lang w:val="et-EE"/>
              </w:rPr>
              <w:t>WC ja hügieen</w:t>
            </w:r>
          </w:p>
        </w:tc>
        <w:tc>
          <w:tcPr>
            <w:tcW w:w="360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22A87AD9" w14:textId="77777777" w:rsidR="00E804CA" w:rsidRPr="00841385" w:rsidRDefault="00E804CA">
            <w:pPr>
              <w:spacing w:after="0"/>
              <w:rPr>
                <w:lang w:val="et-EE"/>
              </w:rPr>
            </w:pPr>
          </w:p>
        </w:tc>
        <w:tc>
          <w:tcPr>
            <w:tcW w:w="360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347DA462" w14:textId="77777777" w:rsidR="00E804CA" w:rsidRPr="00841385" w:rsidRDefault="00E804CA">
            <w:pPr>
              <w:spacing w:after="0"/>
              <w:rPr>
                <w:lang w:val="et-EE"/>
              </w:rPr>
            </w:pPr>
          </w:p>
        </w:tc>
      </w:tr>
      <w:tr w:rsidR="00E804CA" w:rsidRPr="00841385" w14:paraId="22DBF796" w14:textId="77777777">
        <w:tc>
          <w:tcPr>
            <w:tcW w:w="2448"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5F2B69DA" w14:textId="77777777" w:rsidR="00E804CA" w:rsidRPr="00841385" w:rsidRDefault="00873725">
            <w:pPr>
              <w:spacing w:after="0"/>
              <w:rPr>
                <w:lang w:val="et-EE"/>
              </w:rPr>
            </w:pPr>
            <w:r w:rsidRPr="00841385">
              <w:rPr>
                <w:rFonts w:eastAsia="Arial"/>
                <w:sz w:val="17"/>
                <w:lang w:val="et-EE"/>
              </w:rPr>
              <w:t>Sularaha / maksmine</w:t>
            </w:r>
          </w:p>
        </w:tc>
        <w:tc>
          <w:tcPr>
            <w:tcW w:w="360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1F88ADB5" w14:textId="77777777" w:rsidR="00E804CA" w:rsidRPr="00841385" w:rsidRDefault="00E804CA">
            <w:pPr>
              <w:spacing w:after="0"/>
              <w:rPr>
                <w:lang w:val="et-EE"/>
              </w:rPr>
            </w:pPr>
          </w:p>
        </w:tc>
        <w:tc>
          <w:tcPr>
            <w:tcW w:w="360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597CC69A" w14:textId="77777777" w:rsidR="00E804CA" w:rsidRPr="00841385" w:rsidRDefault="00E804CA">
            <w:pPr>
              <w:spacing w:after="0"/>
              <w:rPr>
                <w:lang w:val="et-EE"/>
              </w:rPr>
            </w:pPr>
          </w:p>
        </w:tc>
      </w:tr>
    </w:tbl>
    <w:p w14:paraId="6BB5EFB6" w14:textId="026D6761" w:rsidR="00E804CA" w:rsidRPr="00983495" w:rsidRDefault="00983495">
      <w:pPr>
        <w:spacing w:after="60"/>
        <w:rPr>
          <w:sz w:val="19"/>
          <w:szCs w:val="19"/>
          <w:lang w:val="et-EE"/>
        </w:rPr>
      </w:pPr>
      <w:r>
        <w:rPr>
          <w:lang w:val="et-EE"/>
        </w:rPr>
        <w:br/>
      </w:r>
      <w:r w:rsidRPr="00983495">
        <w:rPr>
          <w:color w:val="808080" w:themeColor="background1" w:themeShade="80"/>
          <w:sz w:val="19"/>
          <w:szCs w:val="19"/>
          <w:lang w:val="et-EE"/>
        </w:rPr>
        <w:t>Mis mul kodus olemas on</w:t>
      </w:r>
    </w:p>
    <w:tbl>
      <w:tblPr>
        <w:tblW w:w="9648" w:type="dxa"/>
        <w:tblInd w:w="120" w:type="dxa"/>
        <w:tblLayout w:type="fixed"/>
        <w:tblLook w:val="04A0" w:firstRow="1" w:lastRow="0" w:firstColumn="1" w:lastColumn="0" w:noHBand="0" w:noVBand="1"/>
      </w:tblPr>
      <w:tblGrid>
        <w:gridCol w:w="4824"/>
        <w:gridCol w:w="4824"/>
      </w:tblGrid>
      <w:tr w:rsidR="00E804CA" w:rsidRPr="00841385" w14:paraId="5BF8BAB1" w14:textId="77777777">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3DB9F820" w14:textId="77777777" w:rsidR="00E804CA" w:rsidRPr="00841385" w:rsidRDefault="00873725">
            <w:pPr>
              <w:spacing w:after="0"/>
              <w:rPr>
                <w:lang w:val="et-EE"/>
              </w:rPr>
            </w:pPr>
            <w:r w:rsidRPr="00841385">
              <w:rPr>
                <w:rFonts w:eastAsia="Arial"/>
                <w:color w:val="1F6F78"/>
                <w:sz w:val="19"/>
                <w:lang w:val="et-EE"/>
              </w:rPr>
              <w:t xml:space="preserve">☐  </w:t>
            </w:r>
            <w:r w:rsidRPr="00841385">
              <w:rPr>
                <w:rFonts w:eastAsia="Arial"/>
                <w:sz w:val="17"/>
                <w:lang w:val="et-EE"/>
              </w:rPr>
              <w:t>Taskulamp</w:t>
            </w:r>
          </w:p>
        </w:tc>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2270C9C1" w14:textId="77777777" w:rsidR="00E804CA" w:rsidRPr="00841385" w:rsidRDefault="00873725">
            <w:pPr>
              <w:spacing w:after="0"/>
              <w:rPr>
                <w:lang w:val="et-EE"/>
              </w:rPr>
            </w:pPr>
            <w:r w:rsidRPr="00841385">
              <w:rPr>
                <w:rFonts w:eastAsia="Arial"/>
                <w:color w:val="1F6F78"/>
                <w:sz w:val="19"/>
                <w:lang w:val="et-EE"/>
              </w:rPr>
              <w:t xml:space="preserve">☐  </w:t>
            </w:r>
            <w:r w:rsidRPr="00841385">
              <w:rPr>
                <w:rFonts w:eastAsia="Arial"/>
                <w:sz w:val="17"/>
                <w:lang w:val="et-EE"/>
              </w:rPr>
              <w:t>Varupatareid</w:t>
            </w:r>
          </w:p>
        </w:tc>
      </w:tr>
      <w:tr w:rsidR="00E804CA" w:rsidRPr="00841385" w14:paraId="6C03D65D" w14:textId="77777777">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701F0060" w14:textId="77777777" w:rsidR="00E804CA" w:rsidRPr="00841385" w:rsidRDefault="00873725">
            <w:pPr>
              <w:spacing w:after="0"/>
              <w:rPr>
                <w:lang w:val="et-EE"/>
              </w:rPr>
            </w:pPr>
            <w:r w:rsidRPr="00841385">
              <w:rPr>
                <w:rFonts w:eastAsia="Arial"/>
                <w:color w:val="1F6F78"/>
                <w:sz w:val="19"/>
                <w:lang w:val="et-EE"/>
              </w:rPr>
              <w:t xml:space="preserve">☐  </w:t>
            </w:r>
            <w:r w:rsidRPr="00841385">
              <w:rPr>
                <w:rFonts w:eastAsia="Arial"/>
                <w:sz w:val="17"/>
                <w:lang w:val="et-EE"/>
              </w:rPr>
              <w:t>Akupank</w:t>
            </w:r>
          </w:p>
        </w:tc>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705E482D" w14:textId="77777777" w:rsidR="00E804CA" w:rsidRPr="00841385" w:rsidRDefault="00873725">
            <w:pPr>
              <w:spacing w:after="0"/>
              <w:rPr>
                <w:lang w:val="et-EE"/>
              </w:rPr>
            </w:pPr>
            <w:r w:rsidRPr="00841385">
              <w:rPr>
                <w:rFonts w:eastAsia="Arial"/>
                <w:color w:val="1F6F78"/>
                <w:sz w:val="19"/>
                <w:lang w:val="et-EE"/>
              </w:rPr>
              <w:t xml:space="preserve">☐  </w:t>
            </w:r>
            <w:r w:rsidRPr="00841385">
              <w:rPr>
                <w:rFonts w:eastAsia="Arial"/>
                <w:sz w:val="17"/>
                <w:lang w:val="et-EE"/>
              </w:rPr>
              <w:t>Patarei- või dünamoraadio</w:t>
            </w:r>
          </w:p>
        </w:tc>
      </w:tr>
      <w:tr w:rsidR="00E804CA" w:rsidRPr="00841385" w14:paraId="467B8251" w14:textId="77777777">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A439CE7" w14:textId="77777777" w:rsidR="00E804CA" w:rsidRPr="00841385" w:rsidRDefault="00873725">
            <w:pPr>
              <w:spacing w:after="0"/>
              <w:rPr>
                <w:lang w:val="et-EE"/>
              </w:rPr>
            </w:pPr>
            <w:r w:rsidRPr="00841385">
              <w:rPr>
                <w:rFonts w:eastAsia="Arial"/>
                <w:color w:val="1F6F78"/>
                <w:sz w:val="19"/>
                <w:lang w:val="et-EE"/>
              </w:rPr>
              <w:t xml:space="preserve">☐  </w:t>
            </w:r>
            <w:r w:rsidRPr="00841385">
              <w:rPr>
                <w:rFonts w:eastAsia="Arial"/>
                <w:sz w:val="17"/>
                <w:lang w:val="et-EE"/>
              </w:rPr>
              <w:t>Sularaha</w:t>
            </w:r>
          </w:p>
        </w:tc>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3EE73225" w14:textId="77777777" w:rsidR="00E804CA" w:rsidRPr="00841385" w:rsidRDefault="00873725">
            <w:pPr>
              <w:spacing w:after="0"/>
              <w:rPr>
                <w:lang w:val="et-EE"/>
              </w:rPr>
            </w:pPr>
            <w:r w:rsidRPr="00841385">
              <w:rPr>
                <w:rFonts w:eastAsia="Arial"/>
                <w:color w:val="1F6F78"/>
                <w:sz w:val="19"/>
                <w:lang w:val="et-EE"/>
              </w:rPr>
              <w:t xml:space="preserve">☐  </w:t>
            </w:r>
            <w:r w:rsidRPr="00841385">
              <w:rPr>
                <w:rFonts w:eastAsia="Arial"/>
                <w:sz w:val="17"/>
                <w:lang w:val="et-EE"/>
              </w:rPr>
              <w:t>Tulekustuti / tuletekk</w:t>
            </w:r>
          </w:p>
        </w:tc>
      </w:tr>
    </w:tbl>
    <w:p w14:paraId="0B434534" w14:textId="77777777" w:rsidR="00E804CA" w:rsidRPr="00841385" w:rsidRDefault="00E804CA">
      <w:pPr>
        <w:spacing w:after="60"/>
        <w:rPr>
          <w:lang w:val="et-EE"/>
        </w:rPr>
      </w:pPr>
    </w:p>
    <w:tbl>
      <w:tblPr>
        <w:tblW w:w="9648" w:type="dxa"/>
        <w:tblInd w:w="120" w:type="dxa"/>
        <w:tblLayout w:type="fixed"/>
        <w:tblLook w:val="04A0" w:firstRow="1" w:lastRow="0" w:firstColumn="1" w:lastColumn="0" w:noHBand="0" w:noVBand="1"/>
      </w:tblPr>
      <w:tblGrid>
        <w:gridCol w:w="9648"/>
      </w:tblGrid>
      <w:tr w:rsidR="00E804CA" w:rsidRPr="00841385" w14:paraId="7C4D14ED" w14:textId="77777777">
        <w:tc>
          <w:tcPr>
            <w:tcW w:w="9648" w:type="dxa"/>
            <w:tcBorders>
              <w:left w:val="single" w:sz="10" w:space="0" w:color="D26A3A"/>
            </w:tcBorders>
            <w:shd w:val="clear" w:color="auto" w:fill="F8ECE5"/>
            <w:tcMar>
              <w:top w:w="90" w:type="dxa"/>
              <w:left w:w="120" w:type="dxa"/>
              <w:bottom w:w="90" w:type="dxa"/>
              <w:right w:w="120" w:type="dxa"/>
            </w:tcMar>
            <w:vAlign w:val="center"/>
          </w:tcPr>
          <w:p w14:paraId="2EC2A552" w14:textId="77777777" w:rsidR="00E804CA" w:rsidRPr="00841385" w:rsidRDefault="00873725">
            <w:pPr>
              <w:spacing w:after="0"/>
              <w:rPr>
                <w:lang w:val="et-EE"/>
              </w:rPr>
            </w:pPr>
            <w:r w:rsidRPr="00841385">
              <w:rPr>
                <w:rFonts w:eastAsia="Arial"/>
                <w:b/>
                <w:color w:val="D26A3A"/>
                <w:sz w:val="20"/>
                <w:lang w:val="et-EE"/>
              </w:rPr>
              <w:t xml:space="preserve">OHUTUS  </w:t>
            </w:r>
            <w:r w:rsidRPr="00841385">
              <w:rPr>
                <w:rFonts w:eastAsia="Arial"/>
                <w:sz w:val="20"/>
                <w:lang w:val="et-EE"/>
              </w:rPr>
              <w:t>Grilli, generaatorit ja muud heitgaase tekitavat seadet ei kasutata siseruumis. Järgi alati seadme kasutus- ja tuleohutusjuhiseid.</w:t>
            </w:r>
          </w:p>
        </w:tc>
      </w:tr>
    </w:tbl>
    <w:p w14:paraId="3428B5A5" w14:textId="77777777" w:rsidR="00E804CA" w:rsidRPr="00841385" w:rsidRDefault="00E804CA">
      <w:pPr>
        <w:spacing w:after="60"/>
        <w:rPr>
          <w:lang w:val="et-EE"/>
        </w:rPr>
      </w:pPr>
    </w:p>
    <w:p w14:paraId="6D568B52" w14:textId="77777777" w:rsidR="00E804CA" w:rsidRPr="00841385" w:rsidRDefault="00873725">
      <w:pPr>
        <w:rPr>
          <w:lang w:val="et-EE"/>
        </w:rPr>
      </w:pPr>
      <w:r w:rsidRPr="00841385">
        <w:rPr>
          <w:lang w:val="et-EE"/>
        </w:rPr>
        <w:br w:type="page"/>
      </w:r>
    </w:p>
    <w:p w14:paraId="2C2BC71F" w14:textId="77777777" w:rsidR="00E804CA" w:rsidRPr="00841385" w:rsidRDefault="00873725">
      <w:pPr>
        <w:keepNext/>
        <w:spacing w:after="60"/>
        <w:rPr>
          <w:lang w:val="et-EE"/>
        </w:rPr>
      </w:pPr>
      <w:r w:rsidRPr="00841385">
        <w:rPr>
          <w:rFonts w:eastAsia="Arial"/>
          <w:b/>
          <w:color w:val="173B45"/>
          <w:sz w:val="30"/>
          <w:lang w:val="et-EE"/>
        </w:rPr>
        <w:lastRenderedPageBreak/>
        <w:t xml:space="preserve"> 9  Raha, liikumine ja varutoide</w:t>
      </w:r>
    </w:p>
    <w:p w14:paraId="2682AD55" w14:textId="77777777" w:rsidR="00E804CA" w:rsidRPr="00841385" w:rsidRDefault="00873725">
      <w:pPr>
        <w:spacing w:after="160"/>
        <w:rPr>
          <w:lang w:val="et-EE"/>
        </w:rPr>
      </w:pPr>
      <w:r w:rsidRPr="00841385">
        <w:rPr>
          <w:rFonts w:eastAsia="Arial"/>
          <w:color w:val="3F4A4D"/>
          <w:sz w:val="19"/>
          <w:lang w:val="et-EE"/>
        </w:rPr>
        <w:t>Valmisolek tähendab ka seda, et saad teha hädapäraseid oste, liikuda ja olulisi seadmeid kasutada.</w:t>
      </w:r>
    </w:p>
    <w:tbl>
      <w:tblPr>
        <w:tblW w:w="9648" w:type="dxa"/>
        <w:tblInd w:w="120" w:type="dxa"/>
        <w:tblLayout w:type="fixed"/>
        <w:tblLook w:val="04A0" w:firstRow="1" w:lastRow="0" w:firstColumn="1" w:lastColumn="0" w:noHBand="0" w:noVBand="1"/>
      </w:tblPr>
      <w:tblGrid>
        <w:gridCol w:w="1944"/>
        <w:gridCol w:w="4680"/>
        <w:gridCol w:w="3024"/>
      </w:tblGrid>
      <w:tr w:rsidR="00E804CA" w:rsidRPr="00841385" w14:paraId="7F6B9619" w14:textId="77777777">
        <w:tc>
          <w:tcPr>
            <w:tcW w:w="1944"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7E404AC6" w14:textId="77777777" w:rsidR="00E804CA" w:rsidRPr="00841385" w:rsidRDefault="00873725">
            <w:pPr>
              <w:spacing w:after="0"/>
              <w:jc w:val="center"/>
              <w:rPr>
                <w:lang w:val="et-EE"/>
              </w:rPr>
            </w:pPr>
            <w:r w:rsidRPr="00841385">
              <w:rPr>
                <w:rFonts w:eastAsia="Arial"/>
                <w:b/>
                <w:color w:val="FFFFFF"/>
                <w:sz w:val="18"/>
                <w:lang w:val="et-EE"/>
              </w:rPr>
              <w:t>Valdkond</w:t>
            </w:r>
          </w:p>
        </w:tc>
        <w:tc>
          <w:tcPr>
            <w:tcW w:w="4680"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03819747" w14:textId="77777777" w:rsidR="00E804CA" w:rsidRPr="00841385" w:rsidRDefault="00873725">
            <w:pPr>
              <w:spacing w:after="0"/>
              <w:jc w:val="center"/>
              <w:rPr>
                <w:lang w:val="et-EE"/>
              </w:rPr>
            </w:pPr>
            <w:r w:rsidRPr="00841385">
              <w:rPr>
                <w:rFonts w:eastAsia="Arial"/>
                <w:b/>
                <w:color w:val="FFFFFF"/>
                <w:sz w:val="18"/>
                <w:lang w:val="et-EE"/>
              </w:rPr>
              <w:t>Ametlik soovitus / kontroll</w:t>
            </w:r>
          </w:p>
        </w:tc>
        <w:tc>
          <w:tcPr>
            <w:tcW w:w="3024"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1D953053" w14:textId="77777777" w:rsidR="00E804CA" w:rsidRPr="00841385" w:rsidRDefault="00873725">
            <w:pPr>
              <w:spacing w:after="0"/>
              <w:jc w:val="center"/>
              <w:rPr>
                <w:lang w:val="et-EE"/>
              </w:rPr>
            </w:pPr>
            <w:r w:rsidRPr="00841385">
              <w:rPr>
                <w:rFonts w:eastAsia="Arial"/>
                <w:b/>
                <w:color w:val="FFFFFF"/>
                <w:sz w:val="18"/>
                <w:lang w:val="et-EE"/>
              </w:rPr>
              <w:t>Minu lahendus</w:t>
            </w:r>
          </w:p>
        </w:tc>
      </w:tr>
      <w:tr w:rsidR="00E804CA" w:rsidRPr="00841385" w14:paraId="152FC936" w14:textId="77777777">
        <w:tc>
          <w:tcPr>
            <w:tcW w:w="194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5D6A34E4" w14:textId="77777777" w:rsidR="00E804CA" w:rsidRPr="00841385" w:rsidRDefault="00873725">
            <w:pPr>
              <w:spacing w:after="0"/>
              <w:rPr>
                <w:lang w:val="et-EE"/>
              </w:rPr>
            </w:pPr>
            <w:r w:rsidRPr="00841385">
              <w:rPr>
                <w:rFonts w:eastAsia="Arial"/>
                <w:sz w:val="17"/>
                <w:lang w:val="et-EE"/>
              </w:rPr>
              <w:t>Sularaha</w:t>
            </w:r>
          </w:p>
        </w:tc>
        <w:tc>
          <w:tcPr>
            <w:tcW w:w="468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4E7BF9C0" w14:textId="77777777" w:rsidR="00E804CA" w:rsidRPr="00841385" w:rsidRDefault="00873725">
            <w:pPr>
              <w:spacing w:after="0"/>
              <w:rPr>
                <w:lang w:val="et-EE"/>
              </w:rPr>
            </w:pPr>
            <w:r w:rsidRPr="00841385">
              <w:rPr>
                <w:rFonts w:eastAsia="Arial"/>
                <w:sz w:val="17"/>
                <w:lang w:val="et-EE"/>
              </w:rPr>
              <w:t>Ühe nädala hädapärased kulutused</w:t>
            </w:r>
          </w:p>
        </w:tc>
        <w:tc>
          <w:tcPr>
            <w:tcW w:w="30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05291C50" w14:textId="77777777" w:rsidR="00E804CA" w:rsidRPr="00841385" w:rsidRDefault="00873725">
            <w:pPr>
              <w:spacing w:after="0"/>
              <w:rPr>
                <w:lang w:val="et-EE"/>
              </w:rPr>
            </w:pPr>
            <w:r w:rsidRPr="00841385">
              <w:rPr>
                <w:rFonts w:eastAsia="Arial"/>
                <w:sz w:val="17"/>
                <w:lang w:val="et-EE"/>
              </w:rPr>
              <w:t>_____ €</w:t>
            </w:r>
          </w:p>
        </w:tc>
      </w:tr>
      <w:tr w:rsidR="00E804CA" w:rsidRPr="00841385" w14:paraId="4649D429" w14:textId="77777777">
        <w:tc>
          <w:tcPr>
            <w:tcW w:w="194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546CD2B" w14:textId="77777777" w:rsidR="00E804CA" w:rsidRPr="00841385" w:rsidRDefault="00873725">
            <w:pPr>
              <w:spacing w:after="0"/>
              <w:rPr>
                <w:lang w:val="et-EE"/>
              </w:rPr>
            </w:pPr>
            <w:r w:rsidRPr="00841385">
              <w:rPr>
                <w:rFonts w:eastAsia="Arial"/>
                <w:sz w:val="17"/>
                <w:lang w:val="et-EE"/>
              </w:rPr>
              <w:t>Auto</w:t>
            </w:r>
          </w:p>
        </w:tc>
        <w:tc>
          <w:tcPr>
            <w:tcW w:w="468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839DF6F" w14:textId="77777777" w:rsidR="00E804CA" w:rsidRPr="00841385" w:rsidRDefault="00873725">
            <w:pPr>
              <w:spacing w:after="0"/>
              <w:rPr>
                <w:lang w:val="et-EE"/>
              </w:rPr>
            </w:pPr>
            <w:r w:rsidRPr="00841385">
              <w:rPr>
                <w:rFonts w:eastAsia="Arial"/>
                <w:sz w:val="17"/>
                <w:lang w:val="et-EE"/>
              </w:rPr>
              <w:t>Kütusepaak võimalusel vähemalt pooltäis</w:t>
            </w:r>
          </w:p>
        </w:tc>
        <w:tc>
          <w:tcPr>
            <w:tcW w:w="30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0F3D85FC" w14:textId="77777777" w:rsidR="00E804CA" w:rsidRPr="00841385" w:rsidRDefault="00873725">
            <w:pPr>
              <w:spacing w:after="0"/>
              <w:rPr>
                <w:lang w:val="et-EE"/>
              </w:rPr>
            </w:pPr>
            <w:r w:rsidRPr="00841385">
              <w:rPr>
                <w:rFonts w:eastAsia="Arial"/>
                <w:sz w:val="17"/>
                <w:lang w:val="et-EE"/>
              </w:rPr>
              <w:t>☐ kontrollitud</w:t>
            </w:r>
          </w:p>
        </w:tc>
      </w:tr>
      <w:tr w:rsidR="00E804CA" w:rsidRPr="00841385" w14:paraId="77934F5F" w14:textId="77777777">
        <w:tc>
          <w:tcPr>
            <w:tcW w:w="194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195D0AE7" w14:textId="77777777" w:rsidR="00E804CA" w:rsidRPr="00841385" w:rsidRDefault="00873725">
            <w:pPr>
              <w:spacing w:after="0"/>
              <w:rPr>
                <w:lang w:val="et-EE"/>
              </w:rPr>
            </w:pPr>
            <w:r w:rsidRPr="00841385">
              <w:rPr>
                <w:rFonts w:eastAsia="Arial"/>
                <w:sz w:val="17"/>
                <w:lang w:val="et-EE"/>
              </w:rPr>
              <w:t>Akupank</w:t>
            </w:r>
          </w:p>
        </w:tc>
        <w:tc>
          <w:tcPr>
            <w:tcW w:w="468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217809E0" w14:textId="77777777" w:rsidR="00E804CA" w:rsidRPr="00841385" w:rsidRDefault="00873725">
            <w:pPr>
              <w:spacing w:after="0"/>
              <w:rPr>
                <w:lang w:val="et-EE"/>
              </w:rPr>
            </w:pPr>
            <w:r w:rsidRPr="00841385">
              <w:rPr>
                <w:rFonts w:eastAsia="Arial"/>
                <w:sz w:val="17"/>
                <w:lang w:val="et-EE"/>
              </w:rPr>
              <w:t>Laetud ja säästlikult kasutatav</w:t>
            </w:r>
          </w:p>
        </w:tc>
        <w:tc>
          <w:tcPr>
            <w:tcW w:w="30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151F9492" w14:textId="77777777" w:rsidR="00E804CA" w:rsidRPr="00841385" w:rsidRDefault="00873725">
            <w:pPr>
              <w:spacing w:after="0"/>
              <w:rPr>
                <w:lang w:val="et-EE"/>
              </w:rPr>
            </w:pPr>
            <w:r w:rsidRPr="00841385">
              <w:rPr>
                <w:rFonts w:eastAsia="Arial"/>
                <w:sz w:val="17"/>
                <w:lang w:val="et-EE"/>
              </w:rPr>
              <w:t>☐ kontrollitud</w:t>
            </w:r>
          </w:p>
        </w:tc>
      </w:tr>
      <w:tr w:rsidR="00E804CA" w:rsidRPr="00841385" w14:paraId="12160B73" w14:textId="77777777">
        <w:tc>
          <w:tcPr>
            <w:tcW w:w="194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958E167" w14:textId="77777777" w:rsidR="00E804CA" w:rsidRPr="00841385" w:rsidRDefault="00873725">
            <w:pPr>
              <w:spacing w:after="0"/>
              <w:rPr>
                <w:lang w:val="et-EE"/>
              </w:rPr>
            </w:pPr>
            <w:r w:rsidRPr="00841385">
              <w:rPr>
                <w:rFonts w:eastAsia="Arial"/>
                <w:sz w:val="17"/>
                <w:lang w:val="et-EE"/>
              </w:rPr>
              <w:t>Raadio</w:t>
            </w:r>
          </w:p>
        </w:tc>
        <w:tc>
          <w:tcPr>
            <w:tcW w:w="468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11CC09DB" w14:textId="77777777" w:rsidR="00E804CA" w:rsidRPr="00841385" w:rsidRDefault="00873725">
            <w:pPr>
              <w:spacing w:after="0"/>
              <w:rPr>
                <w:lang w:val="et-EE"/>
              </w:rPr>
            </w:pPr>
            <w:r w:rsidRPr="00841385">
              <w:rPr>
                <w:rFonts w:eastAsia="Arial"/>
                <w:sz w:val="17"/>
                <w:lang w:val="et-EE"/>
              </w:rPr>
              <w:t>Patarei-, dünamo- või autoraadio</w:t>
            </w:r>
          </w:p>
        </w:tc>
        <w:tc>
          <w:tcPr>
            <w:tcW w:w="30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5BA2DD70" w14:textId="77777777" w:rsidR="00E804CA" w:rsidRPr="00841385" w:rsidRDefault="00873725">
            <w:pPr>
              <w:spacing w:after="0"/>
              <w:rPr>
                <w:lang w:val="et-EE"/>
              </w:rPr>
            </w:pPr>
            <w:r w:rsidRPr="00841385">
              <w:rPr>
                <w:rFonts w:eastAsia="Arial"/>
                <w:sz w:val="17"/>
                <w:lang w:val="et-EE"/>
              </w:rPr>
              <w:t>☐ kontrollitud</w:t>
            </w:r>
          </w:p>
        </w:tc>
      </w:tr>
      <w:tr w:rsidR="00E804CA" w:rsidRPr="00841385" w14:paraId="1A062BFA" w14:textId="77777777">
        <w:tc>
          <w:tcPr>
            <w:tcW w:w="194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72C1F49F" w14:textId="77777777" w:rsidR="00E804CA" w:rsidRPr="00841385" w:rsidRDefault="00873725">
            <w:pPr>
              <w:spacing w:after="0"/>
              <w:rPr>
                <w:lang w:val="et-EE"/>
              </w:rPr>
            </w:pPr>
            <w:r w:rsidRPr="00841385">
              <w:rPr>
                <w:rFonts w:eastAsia="Arial"/>
                <w:sz w:val="17"/>
                <w:lang w:val="et-EE"/>
              </w:rPr>
              <w:t>Liikumine</w:t>
            </w:r>
          </w:p>
        </w:tc>
        <w:tc>
          <w:tcPr>
            <w:tcW w:w="468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15D25A4C" w14:textId="77777777" w:rsidR="00E804CA" w:rsidRPr="00841385" w:rsidRDefault="00873725">
            <w:pPr>
              <w:spacing w:after="0"/>
              <w:rPr>
                <w:lang w:val="et-EE"/>
              </w:rPr>
            </w:pPr>
            <w:r w:rsidRPr="00841385">
              <w:rPr>
                <w:rFonts w:eastAsia="Arial"/>
                <w:sz w:val="17"/>
                <w:lang w:val="et-EE"/>
              </w:rPr>
              <w:t>Alternatiiv autole ja ühistranspordile</w:t>
            </w:r>
          </w:p>
        </w:tc>
        <w:tc>
          <w:tcPr>
            <w:tcW w:w="30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41DEC3B1" w14:textId="77777777" w:rsidR="00E804CA" w:rsidRPr="00841385" w:rsidRDefault="00873725">
            <w:pPr>
              <w:spacing w:after="0"/>
              <w:rPr>
                <w:lang w:val="et-EE"/>
              </w:rPr>
            </w:pPr>
            <w:r w:rsidRPr="00841385">
              <w:rPr>
                <w:rFonts w:eastAsia="Arial"/>
                <w:sz w:val="17"/>
                <w:lang w:val="et-EE"/>
              </w:rPr>
              <w:t>____________</w:t>
            </w:r>
          </w:p>
        </w:tc>
      </w:tr>
    </w:tbl>
    <w:p w14:paraId="79D1E504" w14:textId="77777777" w:rsidR="00E804CA" w:rsidRPr="00841385" w:rsidRDefault="00E804CA">
      <w:pPr>
        <w:spacing w:after="60"/>
        <w:rPr>
          <w:lang w:val="et-EE"/>
        </w:rPr>
      </w:pPr>
    </w:p>
    <w:tbl>
      <w:tblPr>
        <w:tblW w:w="9648" w:type="dxa"/>
        <w:tblInd w:w="120" w:type="dxa"/>
        <w:tblLayout w:type="fixed"/>
        <w:tblLook w:val="04A0" w:firstRow="1" w:lastRow="0" w:firstColumn="1" w:lastColumn="0" w:noHBand="0" w:noVBand="1"/>
      </w:tblPr>
      <w:tblGrid>
        <w:gridCol w:w="9648"/>
      </w:tblGrid>
      <w:tr w:rsidR="00E804CA" w:rsidRPr="00841385" w14:paraId="6AA1C117" w14:textId="77777777">
        <w:tc>
          <w:tcPr>
            <w:tcW w:w="9648" w:type="dxa"/>
            <w:tcBorders>
              <w:left w:val="single" w:sz="10" w:space="0" w:color="D26A3A"/>
            </w:tcBorders>
            <w:shd w:val="clear" w:color="auto" w:fill="F8ECE5"/>
            <w:tcMar>
              <w:top w:w="90" w:type="dxa"/>
              <w:left w:w="120" w:type="dxa"/>
              <w:bottom w:w="90" w:type="dxa"/>
              <w:right w:w="120" w:type="dxa"/>
            </w:tcMar>
            <w:vAlign w:val="center"/>
          </w:tcPr>
          <w:p w14:paraId="044BCA6F" w14:textId="77777777" w:rsidR="00E804CA" w:rsidRPr="00841385" w:rsidRDefault="00873725">
            <w:pPr>
              <w:spacing w:after="0"/>
              <w:rPr>
                <w:lang w:val="et-EE"/>
              </w:rPr>
            </w:pPr>
            <w:r w:rsidRPr="00841385">
              <w:rPr>
                <w:rFonts w:eastAsia="Arial"/>
                <w:b/>
                <w:color w:val="D26A3A"/>
                <w:sz w:val="20"/>
                <w:lang w:val="et-EE"/>
              </w:rPr>
              <w:t xml:space="preserve">MÕTLE SUMMA LÄBI  </w:t>
            </w:r>
            <w:r w:rsidRPr="00841385">
              <w:rPr>
                <w:rFonts w:eastAsia="Arial"/>
                <w:sz w:val="20"/>
                <w:lang w:val="et-EE"/>
              </w:rPr>
              <w:t>Sularaha eesmärk ei ole hoida kodus suurt summat. Arvuta oma leibkonna ühe nädala vältimatud kulud ning eelista ka väiksemaid rahatähti.</w:t>
            </w:r>
          </w:p>
        </w:tc>
      </w:tr>
    </w:tbl>
    <w:p w14:paraId="5A79751B" w14:textId="77777777" w:rsidR="00E804CA" w:rsidRPr="00841385" w:rsidRDefault="00E804CA">
      <w:pPr>
        <w:spacing w:after="60"/>
        <w:rPr>
          <w:lang w:val="et-EE"/>
        </w:rPr>
      </w:pPr>
    </w:p>
    <w:tbl>
      <w:tblPr>
        <w:tblW w:w="9648" w:type="dxa"/>
        <w:tblInd w:w="120" w:type="dxa"/>
        <w:tblLayout w:type="fixed"/>
        <w:tblLook w:val="04A0" w:firstRow="1" w:lastRow="0" w:firstColumn="1" w:lastColumn="0" w:noHBand="0" w:noVBand="1"/>
      </w:tblPr>
      <w:tblGrid>
        <w:gridCol w:w="9648"/>
      </w:tblGrid>
      <w:tr w:rsidR="00E804CA" w:rsidRPr="00841385" w14:paraId="0D5729D2" w14:textId="77777777">
        <w:tc>
          <w:tcPr>
            <w:tcW w:w="9648" w:type="dxa"/>
            <w:tcBorders>
              <w:bottom w:val="single" w:sz="5" w:space="0" w:color="D5DEDF"/>
            </w:tcBorders>
            <w:tcMar>
              <w:top w:w="90" w:type="dxa"/>
              <w:left w:w="120" w:type="dxa"/>
              <w:bottom w:w="90" w:type="dxa"/>
              <w:right w:w="120" w:type="dxa"/>
            </w:tcMar>
            <w:vAlign w:val="center"/>
          </w:tcPr>
          <w:p w14:paraId="008E8047" w14:textId="77777777" w:rsidR="00E804CA" w:rsidRPr="00841385" w:rsidRDefault="00873725">
            <w:pPr>
              <w:spacing w:after="40"/>
              <w:rPr>
                <w:lang w:val="et-EE"/>
              </w:rPr>
            </w:pPr>
            <w:r w:rsidRPr="00841385">
              <w:rPr>
                <w:rFonts w:eastAsia="Arial"/>
                <w:b/>
                <w:color w:val="3F4A4D"/>
                <w:sz w:val="19"/>
                <w:lang w:val="et-EE"/>
              </w:rPr>
              <w:t>Minu ühe nädala vältimatud ostud ja hinnanguline summa</w:t>
            </w:r>
          </w:p>
          <w:p w14:paraId="75DBD3BE" w14:textId="77777777" w:rsidR="00E804CA" w:rsidRPr="00841385" w:rsidRDefault="00E804CA">
            <w:pPr>
              <w:spacing w:after="80"/>
              <w:rPr>
                <w:lang w:val="et-EE"/>
              </w:rPr>
            </w:pPr>
          </w:p>
        </w:tc>
      </w:tr>
      <w:tr w:rsidR="00E804CA" w:rsidRPr="00841385" w14:paraId="5CA663BD" w14:textId="77777777">
        <w:tc>
          <w:tcPr>
            <w:tcW w:w="9648" w:type="dxa"/>
            <w:tcBorders>
              <w:bottom w:val="single" w:sz="5" w:space="0" w:color="D5DEDF"/>
            </w:tcBorders>
            <w:tcMar>
              <w:top w:w="90" w:type="dxa"/>
              <w:left w:w="120" w:type="dxa"/>
              <w:bottom w:w="90" w:type="dxa"/>
              <w:right w:w="120" w:type="dxa"/>
            </w:tcMar>
            <w:vAlign w:val="center"/>
          </w:tcPr>
          <w:p w14:paraId="63EC1DCD" w14:textId="77777777" w:rsidR="00E804CA" w:rsidRPr="00841385" w:rsidRDefault="00873725">
            <w:pPr>
              <w:spacing w:after="40"/>
              <w:rPr>
                <w:lang w:val="et-EE"/>
              </w:rPr>
            </w:pPr>
            <w:r w:rsidRPr="00841385">
              <w:rPr>
                <w:rFonts w:eastAsia="Arial"/>
                <w:b/>
                <w:color w:val="3F4A4D"/>
                <w:sz w:val="19"/>
                <w:lang w:val="et-EE"/>
              </w:rPr>
              <w:t>Kui tankla või ühistransport ei tööta, liigun nii</w:t>
            </w:r>
          </w:p>
          <w:p w14:paraId="74402A5F" w14:textId="77777777" w:rsidR="00E804CA" w:rsidRPr="00841385" w:rsidRDefault="00E804CA">
            <w:pPr>
              <w:spacing w:after="80"/>
              <w:rPr>
                <w:lang w:val="et-EE"/>
              </w:rPr>
            </w:pPr>
          </w:p>
        </w:tc>
      </w:tr>
      <w:tr w:rsidR="00E804CA" w:rsidRPr="00841385" w14:paraId="08374E39" w14:textId="77777777">
        <w:tc>
          <w:tcPr>
            <w:tcW w:w="9648" w:type="dxa"/>
            <w:tcBorders>
              <w:bottom w:val="single" w:sz="5" w:space="0" w:color="D5DEDF"/>
            </w:tcBorders>
            <w:tcMar>
              <w:top w:w="90" w:type="dxa"/>
              <w:left w:w="120" w:type="dxa"/>
              <w:bottom w:w="90" w:type="dxa"/>
              <w:right w:w="120" w:type="dxa"/>
            </w:tcMar>
            <w:vAlign w:val="center"/>
          </w:tcPr>
          <w:p w14:paraId="764D32C8" w14:textId="77777777" w:rsidR="00E804CA" w:rsidRPr="00841385" w:rsidRDefault="00873725">
            <w:pPr>
              <w:spacing w:after="40"/>
              <w:rPr>
                <w:lang w:val="et-EE"/>
              </w:rPr>
            </w:pPr>
            <w:r w:rsidRPr="00841385">
              <w:rPr>
                <w:rFonts w:eastAsia="Arial"/>
                <w:b/>
                <w:color w:val="3F4A4D"/>
                <w:sz w:val="19"/>
                <w:lang w:val="et-EE"/>
              </w:rPr>
              <w:t>Kus saan vajadusel infot, nõu või telefoni laadida?</w:t>
            </w:r>
          </w:p>
          <w:p w14:paraId="0AA21CCB" w14:textId="77777777" w:rsidR="00E804CA" w:rsidRPr="00841385" w:rsidRDefault="00E804CA">
            <w:pPr>
              <w:spacing w:after="80"/>
              <w:rPr>
                <w:lang w:val="et-EE"/>
              </w:rPr>
            </w:pPr>
          </w:p>
        </w:tc>
      </w:tr>
    </w:tbl>
    <w:p w14:paraId="4CC09635" w14:textId="77777777" w:rsidR="00E804CA" w:rsidRPr="00841385" w:rsidRDefault="00E804CA">
      <w:pPr>
        <w:spacing w:after="40"/>
        <w:rPr>
          <w:lang w:val="et-EE"/>
        </w:rPr>
      </w:pPr>
    </w:p>
    <w:p w14:paraId="134F3D42" w14:textId="77777777" w:rsidR="00E804CA" w:rsidRDefault="00873725">
      <w:pPr>
        <w:spacing w:after="80"/>
        <w:rPr>
          <w:rFonts w:eastAsia="Arial"/>
          <w:b/>
          <w:color w:val="173B45"/>
          <w:sz w:val="22"/>
          <w:lang w:val="et-EE"/>
        </w:rPr>
      </w:pPr>
      <w:r w:rsidRPr="00841385">
        <w:rPr>
          <w:rFonts w:eastAsia="Arial"/>
          <w:b/>
          <w:color w:val="173B45"/>
          <w:sz w:val="22"/>
          <w:lang w:val="et-EE"/>
        </w:rPr>
        <w:t>Aku kasutamise prioriteedid</w:t>
      </w:r>
    </w:p>
    <w:p w14:paraId="5771FA4F" w14:textId="4A9C8443" w:rsidR="00787649" w:rsidRPr="00787649" w:rsidRDefault="00787649">
      <w:pPr>
        <w:spacing w:after="80"/>
        <w:rPr>
          <w:bCs/>
          <w:lang w:val="et-EE"/>
        </w:rPr>
      </w:pPr>
      <w:r w:rsidRPr="00787649">
        <w:rPr>
          <w:rFonts w:eastAsia="Arial"/>
          <w:bCs/>
          <w:color w:val="3F4A4D"/>
          <w:sz w:val="19"/>
          <w:lang w:val="et-EE"/>
        </w:rPr>
        <w:t>Kõige olulisem seade / kasutus</w:t>
      </w:r>
    </w:p>
    <w:tbl>
      <w:tblPr>
        <w:tblW w:w="9648" w:type="dxa"/>
        <w:tblInd w:w="120" w:type="dxa"/>
        <w:tblLayout w:type="fixed"/>
        <w:tblLook w:val="04A0" w:firstRow="1" w:lastRow="0" w:firstColumn="1" w:lastColumn="0" w:noHBand="0" w:noVBand="1"/>
      </w:tblPr>
      <w:tblGrid>
        <w:gridCol w:w="9648"/>
      </w:tblGrid>
      <w:tr w:rsidR="00E804CA" w:rsidRPr="00841385" w14:paraId="797E4DFD" w14:textId="77777777">
        <w:tc>
          <w:tcPr>
            <w:tcW w:w="9648" w:type="dxa"/>
            <w:tcBorders>
              <w:bottom w:val="single" w:sz="5" w:space="0" w:color="D5DEDF"/>
            </w:tcBorders>
            <w:tcMar>
              <w:top w:w="90" w:type="dxa"/>
              <w:left w:w="120" w:type="dxa"/>
              <w:bottom w:w="90" w:type="dxa"/>
              <w:right w:w="120" w:type="dxa"/>
            </w:tcMar>
            <w:vAlign w:val="center"/>
          </w:tcPr>
          <w:p w14:paraId="61EDC3D3" w14:textId="3FC969AD" w:rsidR="00E804CA" w:rsidRPr="00841385" w:rsidRDefault="00873725">
            <w:pPr>
              <w:spacing w:after="40"/>
              <w:rPr>
                <w:lang w:val="et-EE"/>
              </w:rPr>
            </w:pPr>
            <w:r w:rsidRPr="00841385">
              <w:rPr>
                <w:rFonts w:eastAsia="Arial"/>
                <w:b/>
                <w:color w:val="3F4A4D"/>
                <w:sz w:val="19"/>
                <w:lang w:val="et-EE"/>
              </w:rPr>
              <w:t xml:space="preserve">1. </w:t>
            </w:r>
          </w:p>
        </w:tc>
      </w:tr>
      <w:tr w:rsidR="00E804CA" w:rsidRPr="00841385" w14:paraId="2232B724" w14:textId="77777777">
        <w:tc>
          <w:tcPr>
            <w:tcW w:w="9648" w:type="dxa"/>
            <w:tcBorders>
              <w:bottom w:val="single" w:sz="5" w:space="0" w:color="D5DEDF"/>
            </w:tcBorders>
            <w:tcMar>
              <w:top w:w="90" w:type="dxa"/>
              <w:left w:w="120" w:type="dxa"/>
              <w:bottom w:w="90" w:type="dxa"/>
              <w:right w:w="120" w:type="dxa"/>
            </w:tcMar>
            <w:vAlign w:val="center"/>
          </w:tcPr>
          <w:p w14:paraId="7D82E907" w14:textId="77777777" w:rsidR="00E804CA" w:rsidRPr="00841385" w:rsidRDefault="00873725">
            <w:pPr>
              <w:spacing w:after="40"/>
              <w:rPr>
                <w:lang w:val="et-EE"/>
              </w:rPr>
            </w:pPr>
            <w:r w:rsidRPr="00841385">
              <w:rPr>
                <w:rFonts w:eastAsia="Arial"/>
                <w:b/>
                <w:color w:val="3F4A4D"/>
                <w:sz w:val="19"/>
                <w:lang w:val="et-EE"/>
              </w:rPr>
              <w:t>2.</w:t>
            </w:r>
          </w:p>
        </w:tc>
      </w:tr>
      <w:tr w:rsidR="00E804CA" w:rsidRPr="00841385" w14:paraId="792DC6D5" w14:textId="77777777">
        <w:tc>
          <w:tcPr>
            <w:tcW w:w="9648" w:type="dxa"/>
            <w:tcBorders>
              <w:bottom w:val="single" w:sz="5" w:space="0" w:color="D5DEDF"/>
            </w:tcBorders>
            <w:tcMar>
              <w:top w:w="90" w:type="dxa"/>
              <w:left w:w="120" w:type="dxa"/>
              <w:bottom w:w="90" w:type="dxa"/>
              <w:right w:w="120" w:type="dxa"/>
            </w:tcMar>
            <w:vAlign w:val="center"/>
          </w:tcPr>
          <w:p w14:paraId="0EA8B4D3" w14:textId="77777777" w:rsidR="00E804CA" w:rsidRPr="00841385" w:rsidRDefault="00873725">
            <w:pPr>
              <w:spacing w:after="40"/>
              <w:rPr>
                <w:lang w:val="et-EE"/>
              </w:rPr>
            </w:pPr>
            <w:r w:rsidRPr="00841385">
              <w:rPr>
                <w:rFonts w:eastAsia="Arial"/>
                <w:b/>
                <w:color w:val="3F4A4D"/>
                <w:sz w:val="19"/>
                <w:lang w:val="et-EE"/>
              </w:rPr>
              <w:t>3.</w:t>
            </w:r>
          </w:p>
        </w:tc>
      </w:tr>
    </w:tbl>
    <w:p w14:paraId="6C31E4D1" w14:textId="77777777" w:rsidR="00E804CA" w:rsidRPr="00841385" w:rsidRDefault="00E804CA">
      <w:pPr>
        <w:spacing w:after="40"/>
        <w:rPr>
          <w:lang w:val="et-EE"/>
        </w:rPr>
      </w:pPr>
    </w:p>
    <w:p w14:paraId="5124277A" w14:textId="77777777" w:rsidR="00E804CA" w:rsidRPr="00841385" w:rsidRDefault="00873725">
      <w:pPr>
        <w:rPr>
          <w:lang w:val="et-EE"/>
        </w:rPr>
      </w:pPr>
      <w:r w:rsidRPr="00841385">
        <w:rPr>
          <w:lang w:val="et-EE"/>
        </w:rPr>
        <w:br w:type="page"/>
      </w:r>
    </w:p>
    <w:p w14:paraId="730B4F68" w14:textId="77777777" w:rsidR="00E804CA" w:rsidRPr="00841385" w:rsidRDefault="00873725">
      <w:pPr>
        <w:keepNext/>
        <w:spacing w:after="60"/>
        <w:rPr>
          <w:lang w:val="et-EE"/>
        </w:rPr>
      </w:pPr>
      <w:r w:rsidRPr="00841385">
        <w:rPr>
          <w:rFonts w:eastAsia="Arial"/>
          <w:b/>
          <w:color w:val="173B45"/>
          <w:sz w:val="30"/>
          <w:lang w:val="et-EE"/>
        </w:rPr>
        <w:lastRenderedPageBreak/>
        <w:t xml:space="preserve"> 10  Info on samuti kriisivaru</w:t>
      </w:r>
    </w:p>
    <w:p w14:paraId="13F22BB1" w14:textId="77777777" w:rsidR="00E804CA" w:rsidRPr="00841385" w:rsidRDefault="00873725">
      <w:pPr>
        <w:spacing w:after="160"/>
        <w:rPr>
          <w:lang w:val="et-EE"/>
        </w:rPr>
      </w:pPr>
      <w:r w:rsidRPr="00841385">
        <w:rPr>
          <w:rFonts w:eastAsia="Arial"/>
          <w:color w:val="3F4A4D"/>
          <w:sz w:val="19"/>
          <w:lang w:val="et-EE"/>
        </w:rPr>
        <w:t>Telefon on korraga sidevahend, kaart, kontaktiraamat, taskulamp ja maksevahend – kuni aku või võrk töötab.</w:t>
      </w:r>
    </w:p>
    <w:tbl>
      <w:tblPr>
        <w:tblW w:w="9648" w:type="dxa"/>
        <w:tblInd w:w="120" w:type="dxa"/>
        <w:tblLayout w:type="fixed"/>
        <w:tblLook w:val="04A0" w:firstRow="1" w:lastRow="0" w:firstColumn="1" w:lastColumn="0" w:noHBand="0" w:noVBand="1"/>
      </w:tblPr>
      <w:tblGrid>
        <w:gridCol w:w="2880"/>
        <w:gridCol w:w="2376"/>
        <w:gridCol w:w="4392"/>
      </w:tblGrid>
      <w:tr w:rsidR="00E804CA" w:rsidRPr="00841385" w14:paraId="02565729" w14:textId="77777777">
        <w:tc>
          <w:tcPr>
            <w:tcW w:w="2880"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4C82CFC9" w14:textId="77777777" w:rsidR="00E804CA" w:rsidRPr="00841385" w:rsidRDefault="00873725">
            <w:pPr>
              <w:spacing w:after="0"/>
              <w:jc w:val="center"/>
              <w:rPr>
                <w:lang w:val="et-EE"/>
              </w:rPr>
            </w:pPr>
            <w:r w:rsidRPr="00841385">
              <w:rPr>
                <w:rFonts w:eastAsia="Arial"/>
                <w:b/>
                <w:color w:val="FFFFFF"/>
                <w:sz w:val="18"/>
                <w:lang w:val="et-EE"/>
              </w:rPr>
              <w:t>Kontakt</w:t>
            </w:r>
          </w:p>
        </w:tc>
        <w:tc>
          <w:tcPr>
            <w:tcW w:w="2376"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516A2B7C" w14:textId="77777777" w:rsidR="00E804CA" w:rsidRPr="00841385" w:rsidRDefault="00873725">
            <w:pPr>
              <w:spacing w:after="0"/>
              <w:jc w:val="center"/>
              <w:rPr>
                <w:lang w:val="et-EE"/>
              </w:rPr>
            </w:pPr>
            <w:r w:rsidRPr="00841385">
              <w:rPr>
                <w:rFonts w:eastAsia="Arial"/>
                <w:b/>
                <w:color w:val="FFFFFF"/>
                <w:sz w:val="18"/>
                <w:lang w:val="et-EE"/>
              </w:rPr>
              <w:t>Telefon</w:t>
            </w:r>
          </w:p>
        </w:tc>
        <w:tc>
          <w:tcPr>
            <w:tcW w:w="4392"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7113093D" w14:textId="77777777" w:rsidR="00E804CA" w:rsidRPr="00841385" w:rsidRDefault="00873725">
            <w:pPr>
              <w:spacing w:after="0"/>
              <w:jc w:val="center"/>
              <w:rPr>
                <w:lang w:val="et-EE"/>
              </w:rPr>
            </w:pPr>
            <w:r w:rsidRPr="00841385">
              <w:rPr>
                <w:rFonts w:eastAsia="Arial"/>
                <w:b/>
                <w:color w:val="FFFFFF"/>
                <w:sz w:val="18"/>
                <w:lang w:val="et-EE"/>
              </w:rPr>
              <w:t>Muu kokkulepe</w:t>
            </w:r>
          </w:p>
        </w:tc>
      </w:tr>
      <w:tr w:rsidR="00E804CA" w:rsidRPr="00841385" w14:paraId="182AC842" w14:textId="77777777">
        <w:tc>
          <w:tcPr>
            <w:tcW w:w="288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455A65E2" w14:textId="77777777" w:rsidR="00E804CA" w:rsidRPr="00841385" w:rsidRDefault="00873725">
            <w:pPr>
              <w:spacing w:after="0"/>
              <w:rPr>
                <w:lang w:val="et-EE"/>
              </w:rPr>
            </w:pPr>
            <w:r w:rsidRPr="00841385">
              <w:rPr>
                <w:rFonts w:eastAsia="Arial"/>
                <w:sz w:val="17"/>
                <w:lang w:val="et-EE"/>
              </w:rPr>
              <w:t>Lähim inimene</w:t>
            </w:r>
          </w:p>
        </w:tc>
        <w:tc>
          <w:tcPr>
            <w:tcW w:w="237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38036C77" w14:textId="77777777" w:rsidR="00E804CA" w:rsidRPr="00841385" w:rsidRDefault="00E804CA">
            <w:pPr>
              <w:spacing w:after="0"/>
              <w:rPr>
                <w:lang w:val="et-EE"/>
              </w:rPr>
            </w:pPr>
          </w:p>
        </w:tc>
        <w:tc>
          <w:tcPr>
            <w:tcW w:w="439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7664E825" w14:textId="77777777" w:rsidR="00E804CA" w:rsidRPr="00841385" w:rsidRDefault="00E804CA">
            <w:pPr>
              <w:spacing w:after="0"/>
              <w:rPr>
                <w:lang w:val="et-EE"/>
              </w:rPr>
            </w:pPr>
          </w:p>
        </w:tc>
      </w:tr>
      <w:tr w:rsidR="00E804CA" w:rsidRPr="00841385" w14:paraId="695EEB85" w14:textId="77777777">
        <w:tc>
          <w:tcPr>
            <w:tcW w:w="288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3C514659" w14:textId="77777777" w:rsidR="00E804CA" w:rsidRPr="00841385" w:rsidRDefault="00873725">
            <w:pPr>
              <w:spacing w:after="0"/>
              <w:rPr>
                <w:lang w:val="et-EE"/>
              </w:rPr>
            </w:pPr>
            <w:r w:rsidRPr="00841385">
              <w:rPr>
                <w:rFonts w:eastAsia="Arial"/>
                <w:sz w:val="17"/>
                <w:lang w:val="et-EE"/>
              </w:rPr>
              <w:t>Pereliige</w:t>
            </w:r>
          </w:p>
        </w:tc>
        <w:tc>
          <w:tcPr>
            <w:tcW w:w="237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15048AEB" w14:textId="77777777" w:rsidR="00E804CA" w:rsidRPr="00841385" w:rsidRDefault="00E804CA">
            <w:pPr>
              <w:spacing w:after="0"/>
              <w:rPr>
                <w:lang w:val="et-EE"/>
              </w:rPr>
            </w:pPr>
          </w:p>
        </w:tc>
        <w:tc>
          <w:tcPr>
            <w:tcW w:w="439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A5210E4" w14:textId="77777777" w:rsidR="00E804CA" w:rsidRPr="00841385" w:rsidRDefault="00E804CA">
            <w:pPr>
              <w:spacing w:after="0"/>
              <w:rPr>
                <w:lang w:val="et-EE"/>
              </w:rPr>
            </w:pPr>
          </w:p>
        </w:tc>
      </w:tr>
      <w:tr w:rsidR="00E804CA" w:rsidRPr="00841385" w14:paraId="26D712AA" w14:textId="77777777">
        <w:tc>
          <w:tcPr>
            <w:tcW w:w="288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797E2E58" w14:textId="77777777" w:rsidR="00E804CA" w:rsidRPr="00841385" w:rsidRDefault="00873725">
            <w:pPr>
              <w:spacing w:after="0"/>
              <w:rPr>
                <w:lang w:val="et-EE"/>
              </w:rPr>
            </w:pPr>
            <w:r w:rsidRPr="00841385">
              <w:rPr>
                <w:rFonts w:eastAsia="Arial"/>
                <w:sz w:val="17"/>
                <w:lang w:val="et-EE"/>
              </w:rPr>
              <w:t>Naaber</w:t>
            </w:r>
          </w:p>
        </w:tc>
        <w:tc>
          <w:tcPr>
            <w:tcW w:w="237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78C4EEC9" w14:textId="77777777" w:rsidR="00E804CA" w:rsidRPr="00841385" w:rsidRDefault="00E804CA">
            <w:pPr>
              <w:spacing w:after="0"/>
              <w:rPr>
                <w:lang w:val="et-EE"/>
              </w:rPr>
            </w:pPr>
          </w:p>
        </w:tc>
        <w:tc>
          <w:tcPr>
            <w:tcW w:w="439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360988EF" w14:textId="77777777" w:rsidR="00E804CA" w:rsidRPr="00841385" w:rsidRDefault="00E804CA">
            <w:pPr>
              <w:spacing w:after="0"/>
              <w:rPr>
                <w:lang w:val="et-EE"/>
              </w:rPr>
            </w:pPr>
          </w:p>
        </w:tc>
      </w:tr>
      <w:tr w:rsidR="00E804CA" w:rsidRPr="00841385" w14:paraId="78ACF17C" w14:textId="77777777">
        <w:tc>
          <w:tcPr>
            <w:tcW w:w="288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23F3D56F" w14:textId="77777777" w:rsidR="00E804CA" w:rsidRPr="00841385" w:rsidRDefault="00873725">
            <w:pPr>
              <w:spacing w:after="0"/>
              <w:rPr>
                <w:lang w:val="et-EE"/>
              </w:rPr>
            </w:pPr>
            <w:r w:rsidRPr="00841385">
              <w:rPr>
                <w:rFonts w:eastAsia="Arial"/>
                <w:sz w:val="17"/>
                <w:lang w:val="et-EE"/>
              </w:rPr>
              <w:t>Alternatiivne majutus</w:t>
            </w:r>
          </w:p>
        </w:tc>
        <w:tc>
          <w:tcPr>
            <w:tcW w:w="237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5C4FB659" w14:textId="77777777" w:rsidR="00E804CA" w:rsidRPr="00841385" w:rsidRDefault="00E804CA">
            <w:pPr>
              <w:spacing w:after="0"/>
              <w:rPr>
                <w:lang w:val="et-EE"/>
              </w:rPr>
            </w:pPr>
          </w:p>
        </w:tc>
        <w:tc>
          <w:tcPr>
            <w:tcW w:w="439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791368EB" w14:textId="77777777" w:rsidR="00E804CA" w:rsidRPr="00841385" w:rsidRDefault="00E804CA">
            <w:pPr>
              <w:spacing w:after="0"/>
              <w:rPr>
                <w:lang w:val="et-EE"/>
              </w:rPr>
            </w:pPr>
          </w:p>
        </w:tc>
      </w:tr>
      <w:tr w:rsidR="00E804CA" w:rsidRPr="00841385" w14:paraId="57B9AB6E" w14:textId="77777777">
        <w:tc>
          <w:tcPr>
            <w:tcW w:w="288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1DB91477" w14:textId="77777777" w:rsidR="00E804CA" w:rsidRPr="00841385" w:rsidRDefault="00873725">
            <w:pPr>
              <w:spacing w:after="0"/>
              <w:rPr>
                <w:lang w:val="et-EE"/>
              </w:rPr>
            </w:pPr>
            <w:r w:rsidRPr="00841385">
              <w:rPr>
                <w:rFonts w:eastAsia="Arial"/>
                <w:sz w:val="17"/>
                <w:lang w:val="et-EE"/>
              </w:rPr>
              <w:t>Töökoht / lasteaed / kool</w:t>
            </w:r>
          </w:p>
        </w:tc>
        <w:tc>
          <w:tcPr>
            <w:tcW w:w="237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052DACB" w14:textId="77777777" w:rsidR="00E804CA" w:rsidRPr="00841385" w:rsidRDefault="00E804CA">
            <w:pPr>
              <w:spacing w:after="0"/>
              <w:rPr>
                <w:lang w:val="et-EE"/>
              </w:rPr>
            </w:pPr>
          </w:p>
        </w:tc>
        <w:tc>
          <w:tcPr>
            <w:tcW w:w="439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5A0751C" w14:textId="77777777" w:rsidR="00E804CA" w:rsidRPr="00841385" w:rsidRDefault="00E804CA">
            <w:pPr>
              <w:spacing w:after="0"/>
              <w:rPr>
                <w:lang w:val="et-EE"/>
              </w:rPr>
            </w:pPr>
          </w:p>
        </w:tc>
      </w:tr>
    </w:tbl>
    <w:p w14:paraId="08F28942" w14:textId="77777777" w:rsidR="00E804CA" w:rsidRPr="00841385" w:rsidRDefault="00E804CA">
      <w:pPr>
        <w:spacing w:after="60"/>
        <w:rPr>
          <w:lang w:val="et-EE"/>
        </w:rPr>
      </w:pPr>
    </w:p>
    <w:tbl>
      <w:tblPr>
        <w:tblW w:w="9648" w:type="dxa"/>
        <w:tblInd w:w="120" w:type="dxa"/>
        <w:tblLayout w:type="fixed"/>
        <w:tblLook w:val="04A0" w:firstRow="1" w:lastRow="0" w:firstColumn="1" w:lastColumn="0" w:noHBand="0" w:noVBand="1"/>
      </w:tblPr>
      <w:tblGrid>
        <w:gridCol w:w="9648"/>
      </w:tblGrid>
      <w:tr w:rsidR="00E804CA" w:rsidRPr="00841385" w14:paraId="1B7786FC" w14:textId="77777777">
        <w:tc>
          <w:tcPr>
            <w:tcW w:w="9648" w:type="dxa"/>
            <w:tcBorders>
              <w:left w:val="single" w:sz="10" w:space="0" w:color="1F6F78"/>
            </w:tcBorders>
            <w:shd w:val="clear" w:color="auto" w:fill="E8F2F3"/>
            <w:tcMar>
              <w:top w:w="90" w:type="dxa"/>
              <w:left w:w="120" w:type="dxa"/>
              <w:bottom w:w="90" w:type="dxa"/>
              <w:right w:w="120" w:type="dxa"/>
            </w:tcMar>
            <w:vAlign w:val="center"/>
          </w:tcPr>
          <w:p w14:paraId="5B886AD6" w14:textId="3D9C2B84" w:rsidR="00E804CA" w:rsidRPr="00841385" w:rsidRDefault="00873725">
            <w:pPr>
              <w:spacing w:after="0"/>
              <w:rPr>
                <w:lang w:val="et-EE"/>
              </w:rPr>
            </w:pPr>
            <w:r w:rsidRPr="00841385">
              <w:rPr>
                <w:rFonts w:eastAsia="Arial"/>
                <w:b/>
                <w:color w:val="1F6F78"/>
                <w:sz w:val="20"/>
                <w:lang w:val="et-EE"/>
              </w:rPr>
              <w:t xml:space="preserve">OLULISED NUMBRID  </w:t>
            </w:r>
            <w:r w:rsidR="00787649">
              <w:rPr>
                <w:rFonts w:eastAsia="Arial"/>
                <w:b/>
                <w:color w:val="1F6F78"/>
                <w:sz w:val="20"/>
                <w:lang w:val="et-EE"/>
              </w:rPr>
              <w:br/>
            </w:r>
            <w:r w:rsidRPr="00787649">
              <w:rPr>
                <w:rFonts w:eastAsia="Arial"/>
                <w:b/>
                <w:bCs/>
                <w:sz w:val="20"/>
                <w:lang w:val="et-EE"/>
              </w:rPr>
              <w:t>112</w:t>
            </w:r>
            <w:r w:rsidRPr="00841385">
              <w:rPr>
                <w:rFonts w:eastAsia="Arial"/>
                <w:sz w:val="20"/>
                <w:lang w:val="et-EE"/>
              </w:rPr>
              <w:t xml:space="preserve"> – vahetu oht elule, tervisele, varale või keskkonnale. </w:t>
            </w:r>
            <w:r w:rsidR="00787649">
              <w:rPr>
                <w:rFonts w:eastAsia="Arial"/>
                <w:sz w:val="20"/>
                <w:lang w:val="et-EE"/>
              </w:rPr>
              <w:br/>
            </w:r>
            <w:r w:rsidRPr="00787649">
              <w:rPr>
                <w:rFonts w:eastAsia="Arial"/>
                <w:b/>
                <w:bCs/>
                <w:sz w:val="20"/>
                <w:lang w:val="et-EE"/>
              </w:rPr>
              <w:t>1247</w:t>
            </w:r>
            <w:r w:rsidRPr="00841385">
              <w:rPr>
                <w:rFonts w:eastAsia="Arial"/>
                <w:sz w:val="20"/>
                <w:lang w:val="et-EE"/>
              </w:rPr>
              <w:t xml:space="preserve"> – riigiinfo ja käitumisjuhised kriisi ajal. </w:t>
            </w:r>
            <w:r w:rsidR="00787649">
              <w:rPr>
                <w:rFonts w:eastAsia="Arial"/>
                <w:sz w:val="20"/>
                <w:lang w:val="et-EE"/>
              </w:rPr>
              <w:br/>
            </w:r>
            <w:r w:rsidRPr="00787649">
              <w:rPr>
                <w:rFonts w:eastAsia="Arial"/>
                <w:b/>
                <w:bCs/>
                <w:sz w:val="20"/>
                <w:lang w:val="et-EE"/>
              </w:rPr>
              <w:t>1343</w:t>
            </w:r>
            <w:r w:rsidRPr="00841385">
              <w:rPr>
                <w:rFonts w:eastAsia="Arial"/>
                <w:sz w:val="20"/>
                <w:lang w:val="et-EE"/>
              </w:rPr>
              <w:t xml:space="preserve"> – Elektrilevi rikketelefon.</w:t>
            </w:r>
          </w:p>
        </w:tc>
      </w:tr>
    </w:tbl>
    <w:p w14:paraId="538232F5" w14:textId="77777777" w:rsidR="00E804CA" w:rsidRPr="00841385" w:rsidRDefault="00E804CA">
      <w:pPr>
        <w:spacing w:after="60"/>
        <w:rPr>
          <w:lang w:val="et-EE"/>
        </w:rPr>
      </w:pPr>
    </w:p>
    <w:p w14:paraId="44E9D0CC" w14:textId="77777777" w:rsidR="00E804CA" w:rsidRPr="00841385" w:rsidRDefault="00873725">
      <w:pPr>
        <w:spacing w:after="80"/>
        <w:rPr>
          <w:lang w:val="et-EE"/>
        </w:rPr>
      </w:pPr>
      <w:r w:rsidRPr="00841385">
        <w:rPr>
          <w:rFonts w:eastAsia="Arial"/>
          <w:b/>
          <w:color w:val="173B45"/>
          <w:sz w:val="22"/>
          <w:lang w:val="et-EE"/>
        </w:rPr>
        <w:t>Minu ametlikud infoallikad</w:t>
      </w:r>
    </w:p>
    <w:tbl>
      <w:tblPr>
        <w:tblW w:w="9648" w:type="dxa"/>
        <w:tblInd w:w="120" w:type="dxa"/>
        <w:tblLayout w:type="fixed"/>
        <w:tblLook w:val="04A0" w:firstRow="1" w:lastRow="0" w:firstColumn="1" w:lastColumn="0" w:noHBand="0" w:noVBand="1"/>
      </w:tblPr>
      <w:tblGrid>
        <w:gridCol w:w="792"/>
        <w:gridCol w:w="3816"/>
        <w:gridCol w:w="5040"/>
      </w:tblGrid>
      <w:tr w:rsidR="00E804CA" w:rsidRPr="00841385" w14:paraId="0A694029" w14:textId="77777777">
        <w:tc>
          <w:tcPr>
            <w:tcW w:w="792"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58FBFC3F" w14:textId="77777777" w:rsidR="00E804CA" w:rsidRPr="00841385" w:rsidRDefault="00873725">
            <w:pPr>
              <w:spacing w:after="0"/>
              <w:jc w:val="center"/>
              <w:rPr>
                <w:lang w:val="et-EE"/>
              </w:rPr>
            </w:pPr>
            <w:r w:rsidRPr="00841385">
              <w:rPr>
                <w:rFonts w:eastAsia="Arial"/>
                <w:b/>
                <w:color w:val="FFFFFF"/>
                <w:sz w:val="17"/>
                <w:lang w:val="et-EE"/>
              </w:rPr>
              <w:t>Nr</w:t>
            </w:r>
          </w:p>
        </w:tc>
        <w:tc>
          <w:tcPr>
            <w:tcW w:w="3816"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5608EA6E" w14:textId="77777777" w:rsidR="00E804CA" w:rsidRPr="00841385" w:rsidRDefault="00873725">
            <w:pPr>
              <w:spacing w:after="0"/>
              <w:jc w:val="center"/>
              <w:rPr>
                <w:lang w:val="et-EE"/>
              </w:rPr>
            </w:pPr>
            <w:r w:rsidRPr="00841385">
              <w:rPr>
                <w:rFonts w:eastAsia="Arial"/>
                <w:b/>
                <w:color w:val="FFFFFF"/>
                <w:sz w:val="17"/>
                <w:lang w:val="et-EE"/>
              </w:rPr>
              <w:t>Infoallikas või kanal</w:t>
            </w:r>
          </w:p>
        </w:tc>
        <w:tc>
          <w:tcPr>
            <w:tcW w:w="5040"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2F166D3B" w14:textId="284F0FD5" w:rsidR="00E804CA" w:rsidRPr="00841385" w:rsidRDefault="00873725">
            <w:pPr>
              <w:spacing w:after="0"/>
              <w:jc w:val="center"/>
              <w:rPr>
                <w:lang w:val="et-EE"/>
              </w:rPr>
            </w:pPr>
            <w:r w:rsidRPr="00841385">
              <w:rPr>
                <w:rFonts w:eastAsia="Arial"/>
                <w:b/>
                <w:color w:val="FFFFFF"/>
                <w:sz w:val="17"/>
                <w:lang w:val="et-EE"/>
              </w:rPr>
              <w:t>Kuidas saan seda kasutada, kui internet ei tööta?</w:t>
            </w:r>
          </w:p>
        </w:tc>
      </w:tr>
      <w:tr w:rsidR="00E804CA" w:rsidRPr="00841385" w14:paraId="7A1AA008" w14:textId="77777777">
        <w:tc>
          <w:tcPr>
            <w:tcW w:w="79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02CF2291" w14:textId="77777777" w:rsidR="00E804CA" w:rsidRPr="00841385" w:rsidRDefault="00873725">
            <w:pPr>
              <w:spacing w:after="0"/>
              <w:rPr>
                <w:lang w:val="et-EE"/>
              </w:rPr>
            </w:pPr>
            <w:r w:rsidRPr="00841385">
              <w:rPr>
                <w:rFonts w:eastAsia="Arial"/>
                <w:sz w:val="17"/>
                <w:lang w:val="et-EE"/>
              </w:rPr>
              <w:t>1</w:t>
            </w:r>
          </w:p>
        </w:tc>
        <w:tc>
          <w:tcPr>
            <w:tcW w:w="381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5F6DB498" w14:textId="77777777" w:rsidR="00E804CA" w:rsidRPr="00841385" w:rsidRDefault="00E804CA">
            <w:pPr>
              <w:spacing w:after="0"/>
              <w:rPr>
                <w:lang w:val="et-EE"/>
              </w:rPr>
            </w:pPr>
          </w:p>
        </w:tc>
        <w:tc>
          <w:tcPr>
            <w:tcW w:w="504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0EB61399" w14:textId="77777777" w:rsidR="00E804CA" w:rsidRPr="00841385" w:rsidRDefault="00E804CA">
            <w:pPr>
              <w:spacing w:after="0"/>
              <w:rPr>
                <w:lang w:val="et-EE"/>
              </w:rPr>
            </w:pPr>
          </w:p>
        </w:tc>
      </w:tr>
      <w:tr w:rsidR="00E804CA" w:rsidRPr="00841385" w14:paraId="13B575F5" w14:textId="77777777">
        <w:tc>
          <w:tcPr>
            <w:tcW w:w="79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A7A4FBC" w14:textId="77777777" w:rsidR="00E804CA" w:rsidRPr="00841385" w:rsidRDefault="00873725">
            <w:pPr>
              <w:spacing w:after="0"/>
              <w:rPr>
                <w:lang w:val="et-EE"/>
              </w:rPr>
            </w:pPr>
            <w:r w:rsidRPr="00841385">
              <w:rPr>
                <w:rFonts w:eastAsia="Arial"/>
                <w:sz w:val="17"/>
                <w:lang w:val="et-EE"/>
              </w:rPr>
              <w:t>2</w:t>
            </w:r>
          </w:p>
        </w:tc>
        <w:tc>
          <w:tcPr>
            <w:tcW w:w="381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7151D0D0" w14:textId="77777777" w:rsidR="00E804CA" w:rsidRPr="00841385" w:rsidRDefault="00E804CA">
            <w:pPr>
              <w:spacing w:after="0"/>
              <w:rPr>
                <w:lang w:val="et-EE"/>
              </w:rPr>
            </w:pPr>
          </w:p>
        </w:tc>
        <w:tc>
          <w:tcPr>
            <w:tcW w:w="504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AC49C84" w14:textId="77777777" w:rsidR="00E804CA" w:rsidRPr="00841385" w:rsidRDefault="00E804CA">
            <w:pPr>
              <w:spacing w:after="0"/>
              <w:rPr>
                <w:lang w:val="et-EE"/>
              </w:rPr>
            </w:pPr>
          </w:p>
        </w:tc>
      </w:tr>
      <w:tr w:rsidR="00E804CA" w:rsidRPr="00841385" w14:paraId="3494BC6A" w14:textId="77777777">
        <w:tc>
          <w:tcPr>
            <w:tcW w:w="79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337AF12D" w14:textId="77777777" w:rsidR="00E804CA" w:rsidRPr="00841385" w:rsidRDefault="00873725">
            <w:pPr>
              <w:spacing w:after="0"/>
              <w:rPr>
                <w:lang w:val="et-EE"/>
              </w:rPr>
            </w:pPr>
            <w:r w:rsidRPr="00841385">
              <w:rPr>
                <w:rFonts w:eastAsia="Arial"/>
                <w:sz w:val="17"/>
                <w:lang w:val="et-EE"/>
              </w:rPr>
              <w:t>3</w:t>
            </w:r>
          </w:p>
        </w:tc>
        <w:tc>
          <w:tcPr>
            <w:tcW w:w="381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0E831588" w14:textId="77777777" w:rsidR="00E804CA" w:rsidRPr="00841385" w:rsidRDefault="00E804CA">
            <w:pPr>
              <w:spacing w:after="0"/>
              <w:rPr>
                <w:lang w:val="et-EE"/>
              </w:rPr>
            </w:pPr>
          </w:p>
        </w:tc>
        <w:tc>
          <w:tcPr>
            <w:tcW w:w="504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55DDAF23" w14:textId="77777777" w:rsidR="00E804CA" w:rsidRPr="00841385" w:rsidRDefault="00E804CA">
            <w:pPr>
              <w:spacing w:after="0"/>
              <w:rPr>
                <w:lang w:val="et-EE"/>
              </w:rPr>
            </w:pPr>
          </w:p>
        </w:tc>
      </w:tr>
      <w:tr w:rsidR="00E804CA" w:rsidRPr="00841385" w14:paraId="3AD7C9A7" w14:textId="77777777">
        <w:tc>
          <w:tcPr>
            <w:tcW w:w="79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490CFB29" w14:textId="77777777" w:rsidR="00E804CA" w:rsidRPr="00841385" w:rsidRDefault="00873725">
            <w:pPr>
              <w:spacing w:after="0"/>
              <w:rPr>
                <w:lang w:val="et-EE"/>
              </w:rPr>
            </w:pPr>
            <w:r w:rsidRPr="00841385">
              <w:rPr>
                <w:rFonts w:eastAsia="Arial"/>
                <w:sz w:val="17"/>
                <w:lang w:val="et-EE"/>
              </w:rPr>
              <w:t>4</w:t>
            </w:r>
          </w:p>
        </w:tc>
        <w:tc>
          <w:tcPr>
            <w:tcW w:w="381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120C26C5" w14:textId="77777777" w:rsidR="00E804CA" w:rsidRPr="00841385" w:rsidRDefault="00E804CA">
            <w:pPr>
              <w:spacing w:after="0"/>
              <w:rPr>
                <w:lang w:val="et-EE"/>
              </w:rPr>
            </w:pPr>
          </w:p>
        </w:tc>
        <w:tc>
          <w:tcPr>
            <w:tcW w:w="504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773802FE" w14:textId="77777777" w:rsidR="00E804CA" w:rsidRPr="00841385" w:rsidRDefault="00E804CA">
            <w:pPr>
              <w:spacing w:after="0"/>
              <w:rPr>
                <w:lang w:val="et-EE"/>
              </w:rPr>
            </w:pPr>
          </w:p>
        </w:tc>
      </w:tr>
      <w:tr w:rsidR="00E804CA" w:rsidRPr="00841385" w14:paraId="304E713E" w14:textId="77777777">
        <w:tc>
          <w:tcPr>
            <w:tcW w:w="79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035FDD6B" w14:textId="77777777" w:rsidR="00E804CA" w:rsidRPr="00841385" w:rsidRDefault="00873725">
            <w:pPr>
              <w:spacing w:after="0"/>
              <w:rPr>
                <w:lang w:val="et-EE"/>
              </w:rPr>
            </w:pPr>
            <w:r w:rsidRPr="00841385">
              <w:rPr>
                <w:rFonts w:eastAsia="Arial"/>
                <w:sz w:val="17"/>
                <w:lang w:val="et-EE"/>
              </w:rPr>
              <w:t>5</w:t>
            </w:r>
          </w:p>
        </w:tc>
        <w:tc>
          <w:tcPr>
            <w:tcW w:w="381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0FBE0BDE" w14:textId="77777777" w:rsidR="00E804CA" w:rsidRPr="00841385" w:rsidRDefault="00E804CA">
            <w:pPr>
              <w:spacing w:after="0"/>
              <w:rPr>
                <w:lang w:val="et-EE"/>
              </w:rPr>
            </w:pPr>
          </w:p>
        </w:tc>
        <w:tc>
          <w:tcPr>
            <w:tcW w:w="504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08DA0DC2" w14:textId="77777777" w:rsidR="00E804CA" w:rsidRPr="00841385" w:rsidRDefault="00E804CA">
            <w:pPr>
              <w:spacing w:after="0"/>
              <w:rPr>
                <w:lang w:val="et-EE"/>
              </w:rPr>
            </w:pPr>
          </w:p>
        </w:tc>
      </w:tr>
    </w:tbl>
    <w:p w14:paraId="4C5B1FFB" w14:textId="77777777" w:rsidR="00E804CA" w:rsidRPr="00841385" w:rsidRDefault="00E804CA">
      <w:pPr>
        <w:spacing w:after="60"/>
        <w:rPr>
          <w:lang w:val="et-EE"/>
        </w:rPr>
      </w:pPr>
    </w:p>
    <w:p w14:paraId="4EF236E0" w14:textId="77777777" w:rsidR="00E804CA" w:rsidRPr="00841385" w:rsidRDefault="00E804CA">
      <w:pPr>
        <w:spacing w:after="40"/>
        <w:rPr>
          <w:lang w:val="et-EE"/>
        </w:rPr>
      </w:pPr>
    </w:p>
    <w:tbl>
      <w:tblPr>
        <w:tblW w:w="9648" w:type="dxa"/>
        <w:tblInd w:w="120" w:type="dxa"/>
        <w:tblLayout w:type="fixed"/>
        <w:tblLook w:val="04A0" w:firstRow="1" w:lastRow="0" w:firstColumn="1" w:lastColumn="0" w:noHBand="0" w:noVBand="1"/>
      </w:tblPr>
      <w:tblGrid>
        <w:gridCol w:w="9648"/>
      </w:tblGrid>
      <w:tr w:rsidR="00E804CA" w:rsidRPr="00841385" w14:paraId="768258CA" w14:textId="77777777">
        <w:tc>
          <w:tcPr>
            <w:tcW w:w="9648" w:type="dxa"/>
            <w:tcBorders>
              <w:left w:val="single" w:sz="10" w:space="0" w:color="D26A3A"/>
            </w:tcBorders>
            <w:shd w:val="clear" w:color="auto" w:fill="F8ECE5"/>
            <w:tcMar>
              <w:top w:w="90" w:type="dxa"/>
              <w:left w:w="120" w:type="dxa"/>
              <w:bottom w:w="90" w:type="dxa"/>
              <w:right w:w="120" w:type="dxa"/>
            </w:tcMar>
            <w:vAlign w:val="center"/>
          </w:tcPr>
          <w:p w14:paraId="3D3006D1" w14:textId="77777777" w:rsidR="00E804CA" w:rsidRPr="00841385" w:rsidRDefault="00873725">
            <w:pPr>
              <w:spacing w:after="0"/>
              <w:rPr>
                <w:lang w:val="et-EE"/>
              </w:rPr>
            </w:pPr>
            <w:r w:rsidRPr="00841385">
              <w:rPr>
                <w:rFonts w:eastAsia="Arial"/>
                <w:b/>
                <w:color w:val="D26A3A"/>
                <w:sz w:val="20"/>
                <w:lang w:val="et-EE"/>
              </w:rPr>
              <w:t xml:space="preserve">SIDE SÄÄSTMINE  </w:t>
            </w:r>
            <w:r w:rsidRPr="00841385">
              <w:rPr>
                <w:rFonts w:eastAsia="Arial"/>
                <w:sz w:val="20"/>
                <w:lang w:val="et-EE"/>
              </w:rPr>
              <w:t>Vähenda ekraani heledust ja lülita välja mittevajalik andmeside, Wi-Fi ja Bluetooth. Halva levi korral eelista SMS-i. 112 kõne võib kasutada ka teise operaatori toimivat võrku.</w:t>
            </w:r>
          </w:p>
        </w:tc>
      </w:tr>
    </w:tbl>
    <w:p w14:paraId="0195278F" w14:textId="77777777" w:rsidR="00E804CA" w:rsidRPr="00841385" w:rsidRDefault="00E804CA">
      <w:pPr>
        <w:spacing w:after="60"/>
        <w:rPr>
          <w:lang w:val="et-EE"/>
        </w:rPr>
      </w:pPr>
    </w:p>
    <w:p w14:paraId="521B5B43" w14:textId="77777777" w:rsidR="00E804CA" w:rsidRPr="00841385" w:rsidRDefault="00873725">
      <w:pPr>
        <w:spacing w:after="80"/>
        <w:rPr>
          <w:lang w:val="et-EE"/>
        </w:rPr>
      </w:pPr>
      <w:r w:rsidRPr="00841385">
        <w:rPr>
          <w:rFonts w:eastAsia="Arial"/>
          <w:b/>
          <w:color w:val="173B45"/>
          <w:sz w:val="22"/>
          <w:lang w:val="et-EE"/>
        </w:rPr>
        <w:t>Kui minu operaatori võrk ei tööta</w:t>
      </w:r>
    </w:p>
    <w:tbl>
      <w:tblPr>
        <w:tblW w:w="9648" w:type="dxa"/>
        <w:tblInd w:w="120" w:type="dxa"/>
        <w:tblLayout w:type="fixed"/>
        <w:tblLook w:val="04A0" w:firstRow="1" w:lastRow="0" w:firstColumn="1" w:lastColumn="0" w:noHBand="0" w:noVBand="1"/>
      </w:tblPr>
      <w:tblGrid>
        <w:gridCol w:w="4824"/>
        <w:gridCol w:w="4824"/>
      </w:tblGrid>
      <w:tr w:rsidR="00E804CA" w:rsidRPr="00841385" w14:paraId="6CFFB616" w14:textId="77777777">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7E88E9A9" w14:textId="77777777" w:rsidR="00E804CA" w:rsidRPr="00841385" w:rsidRDefault="00873725">
            <w:pPr>
              <w:spacing w:after="0"/>
              <w:rPr>
                <w:lang w:val="et-EE"/>
              </w:rPr>
            </w:pPr>
            <w:r w:rsidRPr="00841385">
              <w:rPr>
                <w:rFonts w:eastAsia="Arial"/>
                <w:color w:val="1F6F78"/>
                <w:sz w:val="18"/>
                <w:lang w:val="et-EE"/>
              </w:rPr>
              <w:t xml:space="preserve">☐  </w:t>
            </w:r>
            <w:r w:rsidRPr="00841385">
              <w:rPr>
                <w:rFonts w:eastAsia="Arial"/>
                <w:sz w:val="16"/>
                <w:lang w:val="et-EE"/>
              </w:rPr>
              <w:t>Proovin liikuda parema leviga kohta</w:t>
            </w:r>
          </w:p>
        </w:tc>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578F945" w14:textId="77777777" w:rsidR="00E804CA" w:rsidRPr="00841385" w:rsidRDefault="00873725">
            <w:pPr>
              <w:spacing w:after="0"/>
              <w:rPr>
                <w:lang w:val="et-EE"/>
              </w:rPr>
            </w:pPr>
            <w:r w:rsidRPr="00841385">
              <w:rPr>
                <w:rFonts w:eastAsia="Arial"/>
                <w:color w:val="1F6F78"/>
                <w:sz w:val="18"/>
                <w:lang w:val="et-EE"/>
              </w:rPr>
              <w:t xml:space="preserve">☐  </w:t>
            </w:r>
            <w:r w:rsidRPr="00841385">
              <w:rPr>
                <w:rFonts w:eastAsia="Arial"/>
                <w:sz w:val="16"/>
                <w:lang w:val="et-EE"/>
              </w:rPr>
              <w:t>Eelistan SMS-i kõnele</w:t>
            </w:r>
          </w:p>
        </w:tc>
      </w:tr>
      <w:tr w:rsidR="00E804CA" w:rsidRPr="00841385" w14:paraId="176A24AC" w14:textId="77777777">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28F96B05" w14:textId="77777777" w:rsidR="00E804CA" w:rsidRPr="00841385" w:rsidRDefault="00873725">
            <w:pPr>
              <w:spacing w:after="0"/>
              <w:rPr>
                <w:lang w:val="et-EE"/>
              </w:rPr>
            </w:pPr>
            <w:r w:rsidRPr="00841385">
              <w:rPr>
                <w:rFonts w:eastAsia="Arial"/>
                <w:color w:val="1F6F78"/>
                <w:sz w:val="18"/>
                <w:lang w:val="et-EE"/>
              </w:rPr>
              <w:t xml:space="preserve">☐  </w:t>
            </w:r>
            <w:r w:rsidRPr="00841385">
              <w:rPr>
                <w:rFonts w:eastAsia="Arial"/>
                <w:sz w:val="16"/>
                <w:lang w:val="et-EE"/>
              </w:rPr>
              <w:t>Kuulan täistunnil raadiouudiseid</w:t>
            </w:r>
          </w:p>
        </w:tc>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038B7091" w14:textId="77777777" w:rsidR="00E804CA" w:rsidRPr="00841385" w:rsidRDefault="00873725">
            <w:pPr>
              <w:spacing w:after="0"/>
              <w:rPr>
                <w:lang w:val="et-EE"/>
              </w:rPr>
            </w:pPr>
            <w:r w:rsidRPr="00841385">
              <w:rPr>
                <w:rFonts w:eastAsia="Arial"/>
                <w:color w:val="1F6F78"/>
                <w:sz w:val="18"/>
                <w:lang w:val="et-EE"/>
              </w:rPr>
              <w:t xml:space="preserve">☐  </w:t>
            </w:r>
            <w:r w:rsidRPr="00841385">
              <w:rPr>
                <w:rFonts w:eastAsia="Arial"/>
                <w:sz w:val="16"/>
                <w:lang w:val="et-EE"/>
              </w:rPr>
              <w:t>Vajadusel liigun abi saamise kohta</w:t>
            </w:r>
          </w:p>
        </w:tc>
      </w:tr>
      <w:tr w:rsidR="00E804CA" w:rsidRPr="00841385" w14:paraId="7FE28C00" w14:textId="77777777">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5E0DA496" w14:textId="77777777" w:rsidR="00E804CA" w:rsidRPr="00841385" w:rsidRDefault="00873725">
            <w:pPr>
              <w:spacing w:after="0"/>
              <w:rPr>
                <w:lang w:val="et-EE"/>
              </w:rPr>
            </w:pPr>
            <w:r w:rsidRPr="00841385">
              <w:rPr>
                <w:rFonts w:eastAsia="Arial"/>
                <w:color w:val="1F6F78"/>
                <w:sz w:val="18"/>
                <w:lang w:val="et-EE"/>
              </w:rPr>
              <w:t xml:space="preserve">☐  </w:t>
            </w:r>
            <w:r w:rsidRPr="00841385">
              <w:rPr>
                <w:rFonts w:eastAsia="Arial"/>
                <w:sz w:val="16"/>
                <w:lang w:val="et-EE"/>
              </w:rPr>
              <w:t>Jälgin teadet siseriikliku rändluse käivitamisest</w:t>
            </w:r>
          </w:p>
        </w:tc>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4C7000FB" w14:textId="77777777" w:rsidR="00E804CA" w:rsidRPr="00841385" w:rsidRDefault="00873725">
            <w:pPr>
              <w:spacing w:after="0"/>
              <w:rPr>
                <w:lang w:val="et-EE"/>
              </w:rPr>
            </w:pPr>
            <w:r w:rsidRPr="00841385">
              <w:rPr>
                <w:rFonts w:eastAsia="Arial"/>
                <w:color w:val="1F6F78"/>
                <w:sz w:val="18"/>
                <w:lang w:val="et-EE"/>
              </w:rPr>
              <w:t xml:space="preserve">☐  </w:t>
            </w:r>
            <w:r w:rsidRPr="00841385">
              <w:rPr>
                <w:rFonts w:eastAsia="Arial"/>
                <w:sz w:val="16"/>
                <w:lang w:val="et-EE"/>
              </w:rPr>
              <w:t>Pärast rändlust taastan automaatse võrguvaliku</w:t>
            </w:r>
          </w:p>
        </w:tc>
      </w:tr>
    </w:tbl>
    <w:p w14:paraId="3121CEA4" w14:textId="77777777" w:rsidR="00E804CA" w:rsidRPr="00841385" w:rsidRDefault="00E804CA">
      <w:pPr>
        <w:spacing w:after="60"/>
        <w:rPr>
          <w:lang w:val="et-EE"/>
        </w:rPr>
      </w:pPr>
    </w:p>
    <w:tbl>
      <w:tblPr>
        <w:tblW w:w="9648" w:type="dxa"/>
        <w:tblInd w:w="120" w:type="dxa"/>
        <w:tblLayout w:type="fixed"/>
        <w:tblLook w:val="04A0" w:firstRow="1" w:lastRow="0" w:firstColumn="1" w:lastColumn="0" w:noHBand="0" w:noVBand="1"/>
      </w:tblPr>
      <w:tblGrid>
        <w:gridCol w:w="9648"/>
      </w:tblGrid>
      <w:tr w:rsidR="00D53B91" w:rsidRPr="00841385" w14:paraId="75A2A16D" w14:textId="77777777" w:rsidTr="005D0F41">
        <w:tc>
          <w:tcPr>
            <w:tcW w:w="9648" w:type="dxa"/>
            <w:tcBorders>
              <w:bottom w:val="single" w:sz="5" w:space="0" w:color="D5DEDF"/>
            </w:tcBorders>
            <w:tcMar>
              <w:top w:w="90" w:type="dxa"/>
              <w:left w:w="120" w:type="dxa"/>
              <w:bottom w:w="90" w:type="dxa"/>
              <w:right w:w="120" w:type="dxa"/>
            </w:tcMar>
            <w:vAlign w:val="center"/>
          </w:tcPr>
          <w:p w14:paraId="277F1D8C" w14:textId="77777777" w:rsidR="00D53B91" w:rsidRPr="00841385" w:rsidRDefault="00D53B91" w:rsidP="005D0F41">
            <w:pPr>
              <w:spacing w:after="40"/>
              <w:rPr>
                <w:lang w:val="et-EE"/>
              </w:rPr>
            </w:pPr>
            <w:r w:rsidRPr="00841385">
              <w:rPr>
                <w:rFonts w:eastAsia="Arial"/>
                <w:b/>
                <w:color w:val="3F4A4D"/>
                <w:sz w:val="19"/>
                <w:lang w:val="et-EE"/>
              </w:rPr>
              <w:t>Kohtumispaik, kui me ei saa ühendust</w:t>
            </w:r>
          </w:p>
          <w:p w14:paraId="529D3FBA" w14:textId="77777777" w:rsidR="00D53B91" w:rsidRPr="00841385" w:rsidRDefault="00D53B91" w:rsidP="005D0F41">
            <w:pPr>
              <w:spacing w:after="80"/>
              <w:rPr>
                <w:lang w:val="et-EE"/>
              </w:rPr>
            </w:pPr>
          </w:p>
        </w:tc>
      </w:tr>
      <w:tr w:rsidR="00D53B91" w:rsidRPr="00841385" w14:paraId="60132F2E" w14:textId="77777777" w:rsidTr="005D0F41">
        <w:tc>
          <w:tcPr>
            <w:tcW w:w="9648" w:type="dxa"/>
            <w:tcBorders>
              <w:bottom w:val="single" w:sz="5" w:space="0" w:color="D5DEDF"/>
            </w:tcBorders>
            <w:tcMar>
              <w:top w:w="90" w:type="dxa"/>
              <w:left w:w="120" w:type="dxa"/>
              <w:bottom w:w="90" w:type="dxa"/>
              <w:right w:w="120" w:type="dxa"/>
            </w:tcMar>
            <w:vAlign w:val="center"/>
          </w:tcPr>
          <w:p w14:paraId="7B17D126" w14:textId="77777777" w:rsidR="00D53B91" w:rsidRPr="00841385" w:rsidRDefault="00D53B91" w:rsidP="005D0F41">
            <w:pPr>
              <w:spacing w:after="40"/>
              <w:rPr>
                <w:lang w:val="et-EE"/>
              </w:rPr>
            </w:pPr>
            <w:r w:rsidRPr="00841385">
              <w:rPr>
                <w:rFonts w:eastAsia="Arial"/>
                <w:b/>
                <w:color w:val="3F4A4D"/>
                <w:sz w:val="19"/>
                <w:lang w:val="et-EE"/>
              </w:rPr>
              <w:t>Inimene, kes teab meie plaani</w:t>
            </w:r>
          </w:p>
          <w:p w14:paraId="5BBF9710" w14:textId="77777777" w:rsidR="00D53B91" w:rsidRPr="00841385" w:rsidRDefault="00D53B91" w:rsidP="005D0F41">
            <w:pPr>
              <w:spacing w:after="80"/>
              <w:rPr>
                <w:lang w:val="et-EE"/>
              </w:rPr>
            </w:pPr>
          </w:p>
        </w:tc>
      </w:tr>
    </w:tbl>
    <w:p w14:paraId="7901401E" w14:textId="5B05E6E7" w:rsidR="00E804CA" w:rsidRPr="00841385" w:rsidRDefault="00D53B91">
      <w:pPr>
        <w:rPr>
          <w:lang w:val="et-EE"/>
        </w:rPr>
      </w:pPr>
      <w:r w:rsidRPr="00841385">
        <w:rPr>
          <w:lang w:val="et-EE"/>
        </w:rPr>
        <w:t xml:space="preserve"> </w:t>
      </w:r>
      <w:r w:rsidR="00873725" w:rsidRPr="00841385">
        <w:rPr>
          <w:lang w:val="et-EE"/>
        </w:rPr>
        <w:br w:type="page"/>
      </w:r>
    </w:p>
    <w:p w14:paraId="4005B73C" w14:textId="77777777" w:rsidR="00E804CA" w:rsidRPr="00841385" w:rsidRDefault="00873725">
      <w:pPr>
        <w:keepNext/>
        <w:spacing w:after="60"/>
        <w:rPr>
          <w:lang w:val="et-EE"/>
        </w:rPr>
      </w:pPr>
      <w:r w:rsidRPr="00841385">
        <w:rPr>
          <w:rFonts w:eastAsia="Arial"/>
          <w:b/>
          <w:color w:val="173B45"/>
          <w:sz w:val="30"/>
          <w:lang w:val="et-EE"/>
        </w:rPr>
        <w:lastRenderedPageBreak/>
        <w:t xml:space="preserve"> 11  Kes veel kriisis töötab?</w:t>
      </w:r>
    </w:p>
    <w:p w14:paraId="365347D9" w14:textId="77777777" w:rsidR="00E804CA" w:rsidRPr="00841385" w:rsidRDefault="00873725">
      <w:pPr>
        <w:spacing w:after="160"/>
        <w:rPr>
          <w:lang w:val="et-EE"/>
        </w:rPr>
      </w:pPr>
      <w:r w:rsidRPr="00841385">
        <w:rPr>
          <w:rFonts w:eastAsia="Arial"/>
          <w:color w:val="3F4A4D"/>
          <w:sz w:val="19"/>
          <w:lang w:val="et-EE"/>
        </w:rPr>
        <w:t>Isiklik valmisolek ja ühiskonna toimepidevus toetavad teineteist.</w:t>
      </w:r>
    </w:p>
    <w:tbl>
      <w:tblPr>
        <w:tblW w:w="9648" w:type="dxa"/>
        <w:tblInd w:w="120" w:type="dxa"/>
        <w:tblLayout w:type="fixed"/>
        <w:tblLook w:val="04A0" w:firstRow="1" w:lastRow="0" w:firstColumn="1" w:lastColumn="0" w:noHBand="0" w:noVBand="1"/>
      </w:tblPr>
      <w:tblGrid>
        <w:gridCol w:w="9648"/>
      </w:tblGrid>
      <w:tr w:rsidR="00E804CA" w:rsidRPr="00841385" w14:paraId="50443599" w14:textId="77777777">
        <w:tc>
          <w:tcPr>
            <w:tcW w:w="9648" w:type="dxa"/>
            <w:tcBorders>
              <w:left w:val="single" w:sz="10" w:space="0" w:color="D26A3A"/>
            </w:tcBorders>
            <w:shd w:val="clear" w:color="auto" w:fill="F8ECE5"/>
            <w:tcMar>
              <w:top w:w="90" w:type="dxa"/>
              <w:left w:w="120" w:type="dxa"/>
              <w:bottom w:w="90" w:type="dxa"/>
              <w:right w:w="120" w:type="dxa"/>
            </w:tcMar>
            <w:vAlign w:val="center"/>
          </w:tcPr>
          <w:p w14:paraId="33F81B83" w14:textId="77777777" w:rsidR="00E804CA" w:rsidRPr="00841385" w:rsidRDefault="00873725">
            <w:pPr>
              <w:spacing w:after="0"/>
              <w:rPr>
                <w:lang w:val="et-EE"/>
              </w:rPr>
            </w:pPr>
            <w:r w:rsidRPr="00841385">
              <w:rPr>
                <w:rFonts w:eastAsia="Arial"/>
                <w:b/>
                <w:color w:val="D26A3A"/>
                <w:sz w:val="20"/>
                <w:lang w:val="et-EE"/>
              </w:rPr>
              <w:t xml:space="preserve">TOIMEPIDEVUS ≠ KATKESTAMATUS  </w:t>
            </w:r>
            <w:r w:rsidRPr="00841385">
              <w:rPr>
                <w:rFonts w:eastAsia="Arial"/>
                <w:sz w:val="20"/>
                <w:lang w:val="et-EE"/>
              </w:rPr>
              <w:t>Elutähtsa teenuse osutajad peavad kriisiks valmistuma ja teenuse kättesaadavust tagama. Teenus võib siiski olla häiritud, piiratud või ajutiselt katkeda.</w:t>
            </w:r>
          </w:p>
        </w:tc>
      </w:tr>
    </w:tbl>
    <w:p w14:paraId="63C91395" w14:textId="77777777" w:rsidR="00E804CA" w:rsidRPr="00841385" w:rsidRDefault="00E804CA">
      <w:pPr>
        <w:spacing w:after="60"/>
        <w:rPr>
          <w:lang w:val="et-EE"/>
        </w:rPr>
      </w:pPr>
    </w:p>
    <w:p w14:paraId="340135A3" w14:textId="77777777" w:rsidR="00E804CA" w:rsidRPr="00841385" w:rsidRDefault="00873725">
      <w:pPr>
        <w:spacing w:after="80"/>
        <w:rPr>
          <w:lang w:val="et-EE"/>
        </w:rPr>
      </w:pPr>
      <w:r w:rsidRPr="00841385">
        <w:rPr>
          <w:rFonts w:eastAsia="Arial"/>
          <w:b/>
          <w:color w:val="173B45"/>
          <w:sz w:val="22"/>
          <w:lang w:val="et-EE"/>
        </w:rPr>
        <w:t>Näiteid elutähtsatest teenustest</w:t>
      </w:r>
    </w:p>
    <w:tbl>
      <w:tblPr>
        <w:tblW w:w="9648" w:type="dxa"/>
        <w:tblInd w:w="120" w:type="dxa"/>
        <w:tblLayout w:type="fixed"/>
        <w:tblLook w:val="04A0" w:firstRow="1" w:lastRow="0" w:firstColumn="1" w:lastColumn="0" w:noHBand="0" w:noVBand="1"/>
      </w:tblPr>
      <w:tblGrid>
        <w:gridCol w:w="4824"/>
        <w:gridCol w:w="4824"/>
      </w:tblGrid>
      <w:tr w:rsidR="00E804CA" w:rsidRPr="00841385" w14:paraId="38F4FCDA" w14:textId="77777777">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2D738762" w14:textId="77777777" w:rsidR="00E804CA" w:rsidRPr="00841385" w:rsidRDefault="00873725">
            <w:pPr>
              <w:spacing w:after="0"/>
              <w:rPr>
                <w:lang w:val="et-EE"/>
              </w:rPr>
            </w:pPr>
            <w:r w:rsidRPr="00841385">
              <w:rPr>
                <w:rFonts w:eastAsia="Arial"/>
                <w:color w:val="1F6F78"/>
                <w:sz w:val="19"/>
                <w:lang w:val="et-EE"/>
              </w:rPr>
              <w:t xml:space="preserve">☐  </w:t>
            </w:r>
            <w:r w:rsidRPr="00841385">
              <w:rPr>
                <w:rFonts w:eastAsia="Arial"/>
                <w:sz w:val="17"/>
                <w:lang w:val="et-EE"/>
              </w:rPr>
              <w:t>Elekter</w:t>
            </w:r>
          </w:p>
        </w:tc>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441D73EC" w14:textId="77777777" w:rsidR="00E804CA" w:rsidRPr="00841385" w:rsidRDefault="00873725">
            <w:pPr>
              <w:spacing w:after="0"/>
              <w:rPr>
                <w:lang w:val="et-EE"/>
              </w:rPr>
            </w:pPr>
            <w:r w:rsidRPr="00841385">
              <w:rPr>
                <w:rFonts w:eastAsia="Arial"/>
                <w:color w:val="1F6F78"/>
                <w:sz w:val="19"/>
                <w:lang w:val="et-EE"/>
              </w:rPr>
              <w:t xml:space="preserve">☐  </w:t>
            </w:r>
            <w:r w:rsidRPr="00841385">
              <w:rPr>
                <w:rFonts w:eastAsia="Arial"/>
                <w:sz w:val="17"/>
                <w:lang w:val="et-EE"/>
              </w:rPr>
              <w:t>Vesi ja kanalisatsioon</w:t>
            </w:r>
          </w:p>
        </w:tc>
      </w:tr>
      <w:tr w:rsidR="00E804CA" w:rsidRPr="00841385" w14:paraId="4526D7CF" w14:textId="77777777">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2995020D" w14:textId="77777777" w:rsidR="00E804CA" w:rsidRPr="00841385" w:rsidRDefault="00873725">
            <w:pPr>
              <w:spacing w:after="0"/>
              <w:rPr>
                <w:lang w:val="et-EE"/>
              </w:rPr>
            </w:pPr>
            <w:r w:rsidRPr="00841385">
              <w:rPr>
                <w:rFonts w:eastAsia="Arial"/>
                <w:color w:val="1F6F78"/>
                <w:sz w:val="19"/>
                <w:lang w:val="et-EE"/>
              </w:rPr>
              <w:t xml:space="preserve">☐  </w:t>
            </w:r>
            <w:r w:rsidRPr="00841385">
              <w:rPr>
                <w:rFonts w:eastAsia="Arial"/>
                <w:sz w:val="17"/>
                <w:lang w:val="et-EE"/>
              </w:rPr>
              <w:t>Kaugküte</w:t>
            </w:r>
          </w:p>
        </w:tc>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547C71CE" w14:textId="77777777" w:rsidR="00E804CA" w:rsidRPr="00841385" w:rsidRDefault="00873725">
            <w:pPr>
              <w:spacing w:after="0"/>
              <w:rPr>
                <w:lang w:val="et-EE"/>
              </w:rPr>
            </w:pPr>
            <w:r w:rsidRPr="00841385">
              <w:rPr>
                <w:rFonts w:eastAsia="Arial"/>
                <w:color w:val="1F6F78"/>
                <w:sz w:val="19"/>
                <w:lang w:val="et-EE"/>
              </w:rPr>
              <w:t xml:space="preserve">☐  </w:t>
            </w:r>
            <w:r w:rsidRPr="00841385">
              <w:rPr>
                <w:rFonts w:eastAsia="Arial"/>
                <w:sz w:val="17"/>
                <w:lang w:val="et-EE"/>
              </w:rPr>
              <w:t>Mobiil- ja andmeside</w:t>
            </w:r>
          </w:p>
        </w:tc>
      </w:tr>
      <w:tr w:rsidR="00E804CA" w:rsidRPr="00841385" w14:paraId="22191120" w14:textId="77777777">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7E31F038" w14:textId="77777777" w:rsidR="00E804CA" w:rsidRPr="00841385" w:rsidRDefault="00873725">
            <w:pPr>
              <w:spacing w:after="0"/>
              <w:rPr>
                <w:lang w:val="et-EE"/>
              </w:rPr>
            </w:pPr>
            <w:r w:rsidRPr="00841385">
              <w:rPr>
                <w:rFonts w:eastAsia="Arial"/>
                <w:color w:val="1F6F78"/>
                <w:sz w:val="19"/>
                <w:lang w:val="et-EE"/>
              </w:rPr>
              <w:t xml:space="preserve">☐  </w:t>
            </w:r>
            <w:r w:rsidRPr="00841385">
              <w:rPr>
                <w:rFonts w:eastAsia="Arial"/>
                <w:sz w:val="17"/>
                <w:lang w:val="et-EE"/>
              </w:rPr>
              <w:t>Makseteenused ja sularaha</w:t>
            </w:r>
          </w:p>
        </w:tc>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5CD9943F" w14:textId="77777777" w:rsidR="00E804CA" w:rsidRPr="00841385" w:rsidRDefault="00873725">
            <w:pPr>
              <w:spacing w:after="0"/>
              <w:rPr>
                <w:lang w:val="et-EE"/>
              </w:rPr>
            </w:pPr>
            <w:r w:rsidRPr="00841385">
              <w:rPr>
                <w:rFonts w:eastAsia="Arial"/>
                <w:color w:val="1F6F78"/>
                <w:sz w:val="19"/>
                <w:lang w:val="et-EE"/>
              </w:rPr>
              <w:t xml:space="preserve">☐  </w:t>
            </w:r>
            <w:r w:rsidRPr="00841385">
              <w:rPr>
                <w:rFonts w:eastAsia="Arial"/>
                <w:sz w:val="17"/>
                <w:lang w:val="et-EE"/>
              </w:rPr>
              <w:t>Toit ja ravimid</w:t>
            </w:r>
          </w:p>
        </w:tc>
      </w:tr>
      <w:tr w:rsidR="00E804CA" w:rsidRPr="00841385" w14:paraId="5903DBB8" w14:textId="77777777">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36B2C31B" w14:textId="77777777" w:rsidR="00E804CA" w:rsidRPr="00841385" w:rsidRDefault="00873725">
            <w:pPr>
              <w:spacing w:after="0"/>
              <w:rPr>
                <w:lang w:val="et-EE"/>
              </w:rPr>
            </w:pPr>
            <w:r w:rsidRPr="00841385">
              <w:rPr>
                <w:rFonts w:eastAsia="Arial"/>
                <w:color w:val="1F6F78"/>
                <w:sz w:val="19"/>
                <w:lang w:val="et-EE"/>
              </w:rPr>
              <w:t xml:space="preserve">☐  </w:t>
            </w:r>
            <w:r w:rsidRPr="00841385">
              <w:rPr>
                <w:rFonts w:eastAsia="Arial"/>
                <w:sz w:val="17"/>
                <w:lang w:val="et-EE"/>
              </w:rPr>
              <w:t>Perearstiteenus</w:t>
            </w:r>
          </w:p>
        </w:tc>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02F3AB6B" w14:textId="77777777" w:rsidR="00E804CA" w:rsidRPr="00841385" w:rsidRDefault="00873725">
            <w:pPr>
              <w:spacing w:after="0"/>
              <w:rPr>
                <w:lang w:val="et-EE"/>
              </w:rPr>
            </w:pPr>
            <w:r w:rsidRPr="00841385">
              <w:rPr>
                <w:rFonts w:eastAsia="Arial"/>
                <w:color w:val="1F6F78"/>
                <w:sz w:val="19"/>
                <w:lang w:val="et-EE"/>
              </w:rPr>
              <w:t xml:space="preserve">☐  </w:t>
            </w:r>
            <w:r w:rsidRPr="00841385">
              <w:rPr>
                <w:rFonts w:eastAsia="Arial"/>
                <w:sz w:val="17"/>
                <w:lang w:val="et-EE"/>
              </w:rPr>
              <w:t>Teede sõidetavus ja transport</w:t>
            </w:r>
          </w:p>
        </w:tc>
      </w:tr>
    </w:tbl>
    <w:p w14:paraId="0411165D" w14:textId="77777777" w:rsidR="00E804CA" w:rsidRPr="00841385" w:rsidRDefault="00E804CA">
      <w:pPr>
        <w:spacing w:after="60"/>
        <w:rPr>
          <w:lang w:val="et-EE"/>
        </w:rPr>
      </w:pPr>
    </w:p>
    <w:p w14:paraId="1E93A336" w14:textId="77777777" w:rsidR="00E804CA" w:rsidRPr="00841385" w:rsidRDefault="00873725">
      <w:pPr>
        <w:spacing w:before="100" w:after="160"/>
        <w:jc w:val="center"/>
        <w:rPr>
          <w:lang w:val="et-EE"/>
        </w:rPr>
      </w:pPr>
      <w:r w:rsidRPr="00841385">
        <w:rPr>
          <w:rFonts w:eastAsia="Arial"/>
          <w:b/>
          <w:color w:val="1F6F78"/>
          <w:sz w:val="26"/>
          <w:lang w:val="et-EE"/>
        </w:rPr>
        <w:t>Eneseabi → lähedased → kogukond → ametlik abi</w:t>
      </w:r>
    </w:p>
    <w:tbl>
      <w:tblPr>
        <w:tblW w:w="9648" w:type="dxa"/>
        <w:tblInd w:w="120" w:type="dxa"/>
        <w:tblLayout w:type="fixed"/>
        <w:tblLook w:val="04A0" w:firstRow="1" w:lastRow="0" w:firstColumn="1" w:lastColumn="0" w:noHBand="0" w:noVBand="1"/>
      </w:tblPr>
      <w:tblGrid>
        <w:gridCol w:w="3240"/>
        <w:gridCol w:w="6408"/>
      </w:tblGrid>
      <w:tr w:rsidR="00E804CA" w:rsidRPr="00841385" w14:paraId="2904DF2F" w14:textId="77777777">
        <w:tc>
          <w:tcPr>
            <w:tcW w:w="3240"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20E915A7" w14:textId="77777777" w:rsidR="00E804CA" w:rsidRPr="00841385" w:rsidRDefault="00873725">
            <w:pPr>
              <w:spacing w:after="0"/>
              <w:jc w:val="center"/>
              <w:rPr>
                <w:lang w:val="et-EE"/>
              </w:rPr>
            </w:pPr>
            <w:r w:rsidRPr="00841385">
              <w:rPr>
                <w:rFonts w:eastAsia="Arial"/>
                <w:b/>
                <w:color w:val="FFFFFF"/>
                <w:sz w:val="18"/>
                <w:lang w:val="et-EE"/>
              </w:rPr>
              <w:t>Olukord</w:t>
            </w:r>
          </w:p>
        </w:tc>
        <w:tc>
          <w:tcPr>
            <w:tcW w:w="6408"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28F062A3" w14:textId="77777777" w:rsidR="00E804CA" w:rsidRPr="00841385" w:rsidRDefault="00873725">
            <w:pPr>
              <w:spacing w:after="0"/>
              <w:jc w:val="center"/>
              <w:rPr>
                <w:lang w:val="et-EE"/>
              </w:rPr>
            </w:pPr>
            <w:r w:rsidRPr="00841385">
              <w:rPr>
                <w:rFonts w:eastAsia="Arial"/>
                <w:b/>
                <w:color w:val="FFFFFF"/>
                <w:sz w:val="18"/>
                <w:lang w:val="et-EE"/>
              </w:rPr>
              <w:t>Minu esimene samm</w:t>
            </w:r>
          </w:p>
        </w:tc>
      </w:tr>
      <w:tr w:rsidR="00E804CA" w:rsidRPr="00841385" w14:paraId="472EBBCE" w14:textId="77777777">
        <w:tc>
          <w:tcPr>
            <w:tcW w:w="324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3AF2CAFE" w14:textId="77777777" w:rsidR="00E804CA" w:rsidRPr="00841385" w:rsidRDefault="00873725">
            <w:pPr>
              <w:spacing w:after="0"/>
              <w:rPr>
                <w:lang w:val="et-EE"/>
              </w:rPr>
            </w:pPr>
            <w:r w:rsidRPr="00841385">
              <w:rPr>
                <w:rFonts w:eastAsia="Arial"/>
                <w:sz w:val="18"/>
                <w:lang w:val="et-EE"/>
              </w:rPr>
              <w:t>Saan ise hakkama</w:t>
            </w:r>
          </w:p>
        </w:tc>
        <w:tc>
          <w:tcPr>
            <w:tcW w:w="6408"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0F623F9A" w14:textId="77777777" w:rsidR="00E804CA" w:rsidRPr="00841385" w:rsidRDefault="00873725">
            <w:pPr>
              <w:spacing w:after="0"/>
              <w:rPr>
                <w:lang w:val="et-EE"/>
              </w:rPr>
            </w:pPr>
            <w:r w:rsidRPr="00841385">
              <w:rPr>
                <w:rFonts w:eastAsia="Arial"/>
                <w:sz w:val="18"/>
                <w:lang w:val="et-EE"/>
              </w:rPr>
              <w:t>Kasutan oma plaani ja jälgin ametlikku infot.</w:t>
            </w:r>
          </w:p>
        </w:tc>
      </w:tr>
      <w:tr w:rsidR="00E804CA" w:rsidRPr="00841385" w14:paraId="33679EC1" w14:textId="77777777">
        <w:tc>
          <w:tcPr>
            <w:tcW w:w="324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6E7A4E7" w14:textId="77777777" w:rsidR="00E804CA" w:rsidRPr="00841385" w:rsidRDefault="00873725">
            <w:pPr>
              <w:spacing w:after="0"/>
              <w:rPr>
                <w:lang w:val="et-EE"/>
              </w:rPr>
            </w:pPr>
            <w:r w:rsidRPr="00841385">
              <w:rPr>
                <w:rFonts w:eastAsia="Arial"/>
                <w:sz w:val="18"/>
                <w:lang w:val="et-EE"/>
              </w:rPr>
              <w:t>Vajan väikest abi</w:t>
            </w:r>
          </w:p>
        </w:tc>
        <w:tc>
          <w:tcPr>
            <w:tcW w:w="6408"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5FAE0E4E" w14:textId="77777777" w:rsidR="00E804CA" w:rsidRPr="00841385" w:rsidRDefault="00873725">
            <w:pPr>
              <w:spacing w:after="0"/>
              <w:rPr>
                <w:lang w:val="et-EE"/>
              </w:rPr>
            </w:pPr>
            <w:r w:rsidRPr="00841385">
              <w:rPr>
                <w:rFonts w:eastAsia="Arial"/>
                <w:sz w:val="18"/>
                <w:lang w:val="et-EE"/>
              </w:rPr>
              <w:t>Pöördun lähedase, naabri või kogukonna poole.</w:t>
            </w:r>
          </w:p>
        </w:tc>
      </w:tr>
      <w:tr w:rsidR="00E804CA" w:rsidRPr="00841385" w14:paraId="2EC390A1" w14:textId="77777777">
        <w:tc>
          <w:tcPr>
            <w:tcW w:w="324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2942127A" w14:textId="77777777" w:rsidR="00E804CA" w:rsidRPr="00841385" w:rsidRDefault="00873725">
            <w:pPr>
              <w:spacing w:after="0"/>
              <w:rPr>
                <w:lang w:val="et-EE"/>
              </w:rPr>
            </w:pPr>
            <w:r w:rsidRPr="00841385">
              <w:rPr>
                <w:rFonts w:eastAsia="Arial"/>
                <w:sz w:val="18"/>
                <w:lang w:val="et-EE"/>
              </w:rPr>
              <w:t>Vajan vältimatut abi</w:t>
            </w:r>
          </w:p>
        </w:tc>
        <w:tc>
          <w:tcPr>
            <w:tcW w:w="6408"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6CBAD48" w14:textId="77777777" w:rsidR="00E804CA" w:rsidRPr="00841385" w:rsidRDefault="00873725">
            <w:pPr>
              <w:spacing w:after="0"/>
              <w:rPr>
                <w:lang w:val="et-EE"/>
              </w:rPr>
            </w:pPr>
            <w:r w:rsidRPr="00841385">
              <w:rPr>
                <w:rFonts w:eastAsia="Arial"/>
                <w:sz w:val="18"/>
                <w:lang w:val="et-EE"/>
              </w:rPr>
              <w:t>Helistan 112 või liigun abi saamise kohta.</w:t>
            </w:r>
          </w:p>
        </w:tc>
      </w:tr>
    </w:tbl>
    <w:p w14:paraId="1F90326D" w14:textId="77777777" w:rsidR="00E804CA" w:rsidRPr="00841385" w:rsidRDefault="00E804CA">
      <w:pPr>
        <w:spacing w:after="60"/>
        <w:rPr>
          <w:lang w:val="et-EE"/>
        </w:rPr>
      </w:pPr>
    </w:p>
    <w:tbl>
      <w:tblPr>
        <w:tblW w:w="9648" w:type="dxa"/>
        <w:tblInd w:w="120" w:type="dxa"/>
        <w:tblLayout w:type="fixed"/>
        <w:tblLook w:val="04A0" w:firstRow="1" w:lastRow="0" w:firstColumn="1" w:lastColumn="0" w:noHBand="0" w:noVBand="1"/>
      </w:tblPr>
      <w:tblGrid>
        <w:gridCol w:w="9648"/>
      </w:tblGrid>
      <w:tr w:rsidR="00E804CA" w:rsidRPr="00841385" w14:paraId="45345EB5" w14:textId="77777777">
        <w:tc>
          <w:tcPr>
            <w:tcW w:w="9648" w:type="dxa"/>
            <w:tcBorders>
              <w:bottom w:val="single" w:sz="5" w:space="0" w:color="D5DEDF"/>
            </w:tcBorders>
            <w:tcMar>
              <w:top w:w="90" w:type="dxa"/>
              <w:left w:w="120" w:type="dxa"/>
              <w:bottom w:w="90" w:type="dxa"/>
              <w:right w:w="120" w:type="dxa"/>
            </w:tcMar>
            <w:vAlign w:val="center"/>
          </w:tcPr>
          <w:p w14:paraId="79EB5370" w14:textId="7C1F349E" w:rsidR="00E804CA" w:rsidRPr="00841385" w:rsidRDefault="00873725">
            <w:pPr>
              <w:spacing w:after="40"/>
              <w:rPr>
                <w:lang w:val="et-EE"/>
              </w:rPr>
            </w:pPr>
            <w:r w:rsidRPr="00841385">
              <w:rPr>
                <w:rFonts w:eastAsia="Arial"/>
                <w:b/>
                <w:color w:val="3F4A4D"/>
                <w:sz w:val="19"/>
                <w:lang w:val="et-EE"/>
              </w:rPr>
              <w:t>Millist abi võib minu kodu kriisis vajada?</w:t>
            </w:r>
          </w:p>
          <w:p w14:paraId="53ECF9B4" w14:textId="77777777" w:rsidR="00E804CA" w:rsidRPr="00841385" w:rsidRDefault="00E804CA">
            <w:pPr>
              <w:spacing w:after="80"/>
              <w:rPr>
                <w:lang w:val="et-EE"/>
              </w:rPr>
            </w:pPr>
          </w:p>
        </w:tc>
      </w:tr>
      <w:tr w:rsidR="00E804CA" w:rsidRPr="00841385" w14:paraId="32AFB995" w14:textId="77777777">
        <w:tc>
          <w:tcPr>
            <w:tcW w:w="9648" w:type="dxa"/>
            <w:tcBorders>
              <w:bottom w:val="single" w:sz="5" w:space="0" w:color="D5DEDF"/>
            </w:tcBorders>
            <w:tcMar>
              <w:top w:w="90" w:type="dxa"/>
              <w:left w:w="120" w:type="dxa"/>
              <w:bottom w:w="90" w:type="dxa"/>
              <w:right w:w="120" w:type="dxa"/>
            </w:tcMar>
            <w:vAlign w:val="center"/>
          </w:tcPr>
          <w:p w14:paraId="05222A50" w14:textId="77777777" w:rsidR="00E804CA" w:rsidRPr="00841385" w:rsidRDefault="00873725">
            <w:pPr>
              <w:spacing w:after="40"/>
              <w:rPr>
                <w:lang w:val="et-EE"/>
              </w:rPr>
            </w:pPr>
            <w:r w:rsidRPr="00841385">
              <w:rPr>
                <w:rFonts w:eastAsia="Arial"/>
                <w:b/>
                <w:color w:val="3F4A4D"/>
                <w:sz w:val="19"/>
                <w:lang w:val="et-EE"/>
              </w:rPr>
              <w:t>Mida saan mina mõistlikult teistele pakkuda?</w:t>
            </w:r>
          </w:p>
          <w:p w14:paraId="0ABDE967" w14:textId="77777777" w:rsidR="00E804CA" w:rsidRPr="00841385" w:rsidRDefault="00E804CA">
            <w:pPr>
              <w:spacing w:after="80"/>
              <w:rPr>
                <w:lang w:val="et-EE"/>
              </w:rPr>
            </w:pPr>
          </w:p>
        </w:tc>
      </w:tr>
    </w:tbl>
    <w:p w14:paraId="1A6F6691" w14:textId="77777777" w:rsidR="00E804CA" w:rsidRPr="00841385" w:rsidRDefault="00E804CA">
      <w:pPr>
        <w:spacing w:after="40"/>
        <w:rPr>
          <w:lang w:val="et-EE"/>
        </w:rPr>
      </w:pPr>
    </w:p>
    <w:p w14:paraId="3EBE8F8F" w14:textId="77777777" w:rsidR="00E804CA" w:rsidRPr="00841385" w:rsidRDefault="00873725">
      <w:pPr>
        <w:rPr>
          <w:lang w:val="et-EE"/>
        </w:rPr>
      </w:pPr>
      <w:r w:rsidRPr="00841385">
        <w:rPr>
          <w:lang w:val="et-EE"/>
        </w:rPr>
        <w:br w:type="page"/>
      </w:r>
    </w:p>
    <w:p w14:paraId="2F963459" w14:textId="54329439" w:rsidR="00E804CA" w:rsidRPr="00841385" w:rsidRDefault="00873725">
      <w:pPr>
        <w:keepNext/>
        <w:spacing w:after="60"/>
        <w:rPr>
          <w:lang w:val="et-EE"/>
        </w:rPr>
      </w:pPr>
      <w:r w:rsidRPr="00841385">
        <w:rPr>
          <w:rFonts w:eastAsia="Arial"/>
          <w:b/>
          <w:color w:val="173B45"/>
          <w:sz w:val="30"/>
          <w:lang w:val="et-EE"/>
        </w:rPr>
        <w:lastRenderedPageBreak/>
        <w:t xml:space="preserve"> 12  Kas jääda, varjuda või evakueeruda?</w:t>
      </w:r>
    </w:p>
    <w:p w14:paraId="3062F42E" w14:textId="77777777" w:rsidR="00E804CA" w:rsidRPr="00841385" w:rsidRDefault="00873725">
      <w:pPr>
        <w:spacing w:after="160"/>
        <w:rPr>
          <w:lang w:val="et-EE"/>
        </w:rPr>
      </w:pPr>
      <w:r w:rsidRPr="00841385">
        <w:rPr>
          <w:rFonts w:eastAsia="Arial"/>
          <w:color w:val="3F4A4D"/>
          <w:sz w:val="19"/>
          <w:lang w:val="et-EE"/>
        </w:rPr>
        <w:t>Need on kolm erinevat otsust. Lähtu ohust ja ametlikest juhistest.</w:t>
      </w:r>
    </w:p>
    <w:tbl>
      <w:tblPr>
        <w:tblW w:w="9675" w:type="dxa"/>
        <w:tblInd w:w="120" w:type="dxa"/>
        <w:tblLayout w:type="fixed"/>
        <w:tblLook w:val="04A0" w:firstRow="1" w:lastRow="0" w:firstColumn="1" w:lastColumn="0" w:noHBand="0" w:noVBand="1"/>
      </w:tblPr>
      <w:tblGrid>
        <w:gridCol w:w="2418"/>
        <w:gridCol w:w="7257"/>
      </w:tblGrid>
      <w:tr w:rsidR="009A4C40" w:rsidRPr="00841385" w14:paraId="2B8E4023" w14:textId="77777777" w:rsidTr="009A4C40">
        <w:trPr>
          <w:trHeight w:val="251"/>
        </w:trPr>
        <w:tc>
          <w:tcPr>
            <w:tcW w:w="2418"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5F3E44E0" w14:textId="77777777" w:rsidR="009A4C40" w:rsidRPr="00841385" w:rsidRDefault="009A4C40">
            <w:pPr>
              <w:spacing w:after="0"/>
              <w:jc w:val="center"/>
              <w:rPr>
                <w:lang w:val="et-EE"/>
              </w:rPr>
            </w:pPr>
            <w:r w:rsidRPr="00841385">
              <w:rPr>
                <w:rFonts w:eastAsia="Arial"/>
                <w:b/>
                <w:color w:val="FFFFFF"/>
                <w:sz w:val="18"/>
                <w:lang w:val="et-EE"/>
              </w:rPr>
              <w:t>Otsus</w:t>
            </w:r>
          </w:p>
        </w:tc>
        <w:tc>
          <w:tcPr>
            <w:tcW w:w="7257"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72E5401B" w14:textId="77777777" w:rsidR="009A4C40" w:rsidRPr="00841385" w:rsidRDefault="009A4C40">
            <w:pPr>
              <w:spacing w:after="0"/>
              <w:jc w:val="center"/>
              <w:rPr>
                <w:lang w:val="et-EE"/>
              </w:rPr>
            </w:pPr>
            <w:r w:rsidRPr="00841385">
              <w:rPr>
                <w:rFonts w:eastAsia="Arial"/>
                <w:b/>
                <w:color w:val="FFFFFF"/>
                <w:sz w:val="18"/>
                <w:lang w:val="et-EE"/>
              </w:rPr>
              <w:t>Mida see tähendab?</w:t>
            </w:r>
          </w:p>
        </w:tc>
      </w:tr>
      <w:tr w:rsidR="009A4C40" w:rsidRPr="00841385" w14:paraId="30591FCB" w14:textId="77777777" w:rsidTr="009A4C40">
        <w:trPr>
          <w:trHeight w:val="251"/>
        </w:trPr>
        <w:tc>
          <w:tcPr>
            <w:tcW w:w="2418"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0B3F3890" w14:textId="77777777" w:rsidR="009A4C40" w:rsidRPr="00841385" w:rsidRDefault="009A4C40">
            <w:pPr>
              <w:spacing w:after="0"/>
              <w:rPr>
                <w:lang w:val="et-EE"/>
              </w:rPr>
            </w:pPr>
            <w:r w:rsidRPr="00841385">
              <w:rPr>
                <w:rFonts w:eastAsia="Arial"/>
                <w:sz w:val="17"/>
                <w:lang w:val="et-EE"/>
              </w:rPr>
              <w:t>Jään</w:t>
            </w:r>
          </w:p>
        </w:tc>
        <w:tc>
          <w:tcPr>
            <w:tcW w:w="7257"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1369A87C" w14:textId="77777777" w:rsidR="009A4C40" w:rsidRPr="00841385" w:rsidRDefault="009A4C40">
            <w:pPr>
              <w:spacing w:after="0"/>
              <w:rPr>
                <w:lang w:val="et-EE"/>
              </w:rPr>
            </w:pPr>
            <w:r w:rsidRPr="00841385">
              <w:rPr>
                <w:rFonts w:eastAsia="Arial"/>
                <w:sz w:val="17"/>
                <w:lang w:val="et-EE"/>
              </w:rPr>
              <w:t>Kodu on turvaline ja vajadused on kontrolli all.</w:t>
            </w:r>
          </w:p>
        </w:tc>
      </w:tr>
      <w:tr w:rsidR="009A4C40" w:rsidRPr="00841385" w14:paraId="2450D4E4" w14:textId="77777777" w:rsidTr="009A4C40">
        <w:trPr>
          <w:trHeight w:val="233"/>
        </w:trPr>
        <w:tc>
          <w:tcPr>
            <w:tcW w:w="2418"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6258210" w14:textId="77777777" w:rsidR="009A4C40" w:rsidRPr="00841385" w:rsidRDefault="009A4C40">
            <w:pPr>
              <w:spacing w:after="0"/>
              <w:rPr>
                <w:lang w:val="et-EE"/>
              </w:rPr>
            </w:pPr>
            <w:r w:rsidRPr="00841385">
              <w:rPr>
                <w:rFonts w:eastAsia="Arial"/>
                <w:sz w:val="17"/>
                <w:lang w:val="et-EE"/>
              </w:rPr>
              <w:t>Varjun</w:t>
            </w:r>
          </w:p>
        </w:tc>
        <w:tc>
          <w:tcPr>
            <w:tcW w:w="7257"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47FB9F6A" w14:textId="77777777" w:rsidR="009A4C40" w:rsidRPr="00841385" w:rsidRDefault="009A4C40">
            <w:pPr>
              <w:spacing w:after="0"/>
              <w:rPr>
                <w:lang w:val="et-EE"/>
              </w:rPr>
            </w:pPr>
            <w:r w:rsidRPr="00841385">
              <w:rPr>
                <w:rFonts w:eastAsia="Arial"/>
                <w:sz w:val="17"/>
                <w:lang w:val="et-EE"/>
              </w:rPr>
              <w:t>Vahetu ohu korral kaitsen end lähimas sobivas ruumis.</w:t>
            </w:r>
          </w:p>
        </w:tc>
      </w:tr>
      <w:tr w:rsidR="009A4C40" w:rsidRPr="00841385" w14:paraId="1ED6E767" w14:textId="77777777" w:rsidTr="009A4C40">
        <w:trPr>
          <w:trHeight w:val="233"/>
        </w:trPr>
        <w:tc>
          <w:tcPr>
            <w:tcW w:w="2418"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4C03FA0E" w14:textId="77777777" w:rsidR="009A4C40" w:rsidRPr="00841385" w:rsidRDefault="009A4C40">
            <w:pPr>
              <w:spacing w:after="0"/>
              <w:rPr>
                <w:lang w:val="et-EE"/>
              </w:rPr>
            </w:pPr>
            <w:r w:rsidRPr="00841385">
              <w:rPr>
                <w:rFonts w:eastAsia="Arial"/>
                <w:sz w:val="17"/>
                <w:lang w:val="et-EE"/>
              </w:rPr>
              <w:t>Evakueerun</w:t>
            </w:r>
          </w:p>
        </w:tc>
        <w:tc>
          <w:tcPr>
            <w:tcW w:w="7257"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4F9CD303" w14:textId="77777777" w:rsidR="009A4C40" w:rsidRPr="00841385" w:rsidRDefault="009A4C40">
            <w:pPr>
              <w:spacing w:after="0"/>
              <w:rPr>
                <w:lang w:val="et-EE"/>
              </w:rPr>
            </w:pPr>
            <w:r w:rsidRPr="00841385">
              <w:rPr>
                <w:rFonts w:eastAsia="Arial"/>
                <w:sz w:val="17"/>
                <w:lang w:val="et-EE"/>
              </w:rPr>
              <w:t>Lahkun ohtlikust piirkonnast või järgin evakuatsioonikorraldust.</w:t>
            </w:r>
          </w:p>
        </w:tc>
      </w:tr>
    </w:tbl>
    <w:p w14:paraId="3578225A" w14:textId="77777777" w:rsidR="00E804CA" w:rsidRPr="00841385" w:rsidRDefault="00E804CA">
      <w:pPr>
        <w:spacing w:after="60"/>
        <w:rPr>
          <w:lang w:val="et-EE"/>
        </w:rPr>
      </w:pPr>
    </w:p>
    <w:tbl>
      <w:tblPr>
        <w:tblW w:w="9648" w:type="dxa"/>
        <w:tblInd w:w="120" w:type="dxa"/>
        <w:tblLayout w:type="fixed"/>
        <w:tblLook w:val="04A0" w:firstRow="1" w:lastRow="0" w:firstColumn="1" w:lastColumn="0" w:noHBand="0" w:noVBand="1"/>
      </w:tblPr>
      <w:tblGrid>
        <w:gridCol w:w="9648"/>
      </w:tblGrid>
      <w:tr w:rsidR="00E804CA" w:rsidRPr="00841385" w14:paraId="634B72D3" w14:textId="77777777">
        <w:tc>
          <w:tcPr>
            <w:tcW w:w="9648" w:type="dxa"/>
            <w:tcBorders>
              <w:left w:val="single" w:sz="10" w:space="0" w:color="D26A3A"/>
            </w:tcBorders>
            <w:shd w:val="clear" w:color="auto" w:fill="F8ECE5"/>
            <w:tcMar>
              <w:top w:w="90" w:type="dxa"/>
              <w:left w:w="120" w:type="dxa"/>
              <w:bottom w:w="90" w:type="dxa"/>
              <w:right w:w="120" w:type="dxa"/>
            </w:tcMar>
            <w:vAlign w:val="center"/>
          </w:tcPr>
          <w:p w14:paraId="5CCA988E" w14:textId="77777777" w:rsidR="00E804CA" w:rsidRPr="00841385" w:rsidRDefault="00873725">
            <w:pPr>
              <w:spacing w:after="0"/>
              <w:rPr>
                <w:lang w:val="et-EE"/>
              </w:rPr>
            </w:pPr>
            <w:r w:rsidRPr="00841385">
              <w:rPr>
                <w:rFonts w:eastAsia="Arial"/>
                <w:b/>
                <w:color w:val="D26A3A"/>
                <w:sz w:val="20"/>
                <w:lang w:val="et-EE"/>
              </w:rPr>
              <w:t xml:space="preserve">SIREENI KORRAL  </w:t>
            </w:r>
            <w:r w:rsidRPr="00841385">
              <w:rPr>
                <w:rFonts w:eastAsia="Arial"/>
                <w:sz w:val="20"/>
                <w:lang w:val="et-EE"/>
              </w:rPr>
              <w:t>Varju kohe lähimasse siseruumi ja eemale akendest. Võimalusel vali koht, kus sinu ja välisõhu vahel on vähemalt kaks seina. Otsi lisainfot alles pärast varjumist.</w:t>
            </w:r>
          </w:p>
        </w:tc>
      </w:tr>
    </w:tbl>
    <w:p w14:paraId="6080F06D" w14:textId="77777777" w:rsidR="00E804CA" w:rsidRPr="00841385" w:rsidRDefault="00E804CA">
      <w:pPr>
        <w:spacing w:after="60"/>
        <w:rPr>
          <w:lang w:val="et-EE"/>
        </w:rPr>
      </w:pPr>
    </w:p>
    <w:tbl>
      <w:tblPr>
        <w:tblW w:w="9648" w:type="dxa"/>
        <w:tblInd w:w="120" w:type="dxa"/>
        <w:tblLayout w:type="fixed"/>
        <w:tblLook w:val="04A0" w:firstRow="1" w:lastRow="0" w:firstColumn="1" w:lastColumn="0" w:noHBand="0" w:noVBand="1"/>
      </w:tblPr>
      <w:tblGrid>
        <w:gridCol w:w="9648"/>
      </w:tblGrid>
      <w:tr w:rsidR="00E804CA" w:rsidRPr="00841385" w14:paraId="53685777" w14:textId="77777777">
        <w:tc>
          <w:tcPr>
            <w:tcW w:w="9648" w:type="dxa"/>
            <w:tcBorders>
              <w:left w:val="single" w:sz="10" w:space="0" w:color="1F6F78"/>
            </w:tcBorders>
            <w:shd w:val="clear" w:color="auto" w:fill="E8F2F3"/>
            <w:tcMar>
              <w:top w:w="90" w:type="dxa"/>
              <w:left w:w="120" w:type="dxa"/>
              <w:bottom w:w="90" w:type="dxa"/>
              <w:right w:w="120" w:type="dxa"/>
            </w:tcMar>
            <w:vAlign w:val="center"/>
          </w:tcPr>
          <w:p w14:paraId="4D947564" w14:textId="77777777" w:rsidR="00E804CA" w:rsidRPr="00841385" w:rsidRDefault="00873725">
            <w:pPr>
              <w:spacing w:after="0"/>
              <w:rPr>
                <w:lang w:val="et-EE"/>
              </w:rPr>
            </w:pPr>
            <w:r w:rsidRPr="00841385">
              <w:rPr>
                <w:rFonts w:eastAsia="Arial"/>
                <w:b/>
                <w:color w:val="1F6F78"/>
                <w:sz w:val="20"/>
                <w:lang w:val="et-EE"/>
              </w:rPr>
              <w:t xml:space="preserve">LAPS VÕI LÄHEDANE ASUTUSES  </w:t>
            </w:r>
            <w:r w:rsidRPr="00841385">
              <w:rPr>
                <w:rFonts w:eastAsia="Arial"/>
                <w:sz w:val="20"/>
                <w:lang w:val="et-EE"/>
              </w:rPr>
              <w:t>Kui laps on koolis või lasteaias või lähedane hooldekodus, jääb ta sealse personali hoole alla. Vahetu ohu ajal ei ole vaja talle järele minna.</w:t>
            </w:r>
          </w:p>
        </w:tc>
      </w:tr>
    </w:tbl>
    <w:p w14:paraId="64F05DC6" w14:textId="77777777" w:rsidR="00E804CA" w:rsidRPr="00841385" w:rsidRDefault="00E804CA">
      <w:pPr>
        <w:spacing w:after="60"/>
        <w:rPr>
          <w:lang w:val="et-EE"/>
        </w:rPr>
      </w:pPr>
    </w:p>
    <w:p w14:paraId="744A6432" w14:textId="50A9C2EB" w:rsidR="00E804CA" w:rsidRPr="00841385" w:rsidRDefault="00873725">
      <w:pPr>
        <w:spacing w:after="80"/>
        <w:rPr>
          <w:lang w:val="et-EE"/>
        </w:rPr>
      </w:pPr>
      <w:r w:rsidRPr="00841385">
        <w:rPr>
          <w:rFonts w:eastAsia="Arial"/>
          <w:b/>
          <w:color w:val="173B45"/>
          <w:sz w:val="22"/>
          <w:lang w:val="et-EE"/>
        </w:rPr>
        <w:t xml:space="preserve">Minu </w:t>
      </w:r>
      <w:r w:rsidR="00051719">
        <w:rPr>
          <w:rFonts w:eastAsia="Arial"/>
          <w:b/>
          <w:color w:val="173B45"/>
          <w:sz w:val="22"/>
          <w:lang w:val="et-EE"/>
        </w:rPr>
        <w:t>p</w:t>
      </w:r>
      <w:r w:rsidRPr="00841385">
        <w:rPr>
          <w:rFonts w:eastAsia="Arial"/>
          <w:b/>
          <w:color w:val="173B45"/>
          <w:sz w:val="22"/>
          <w:lang w:val="et-EE"/>
        </w:rPr>
        <w:t>l</w:t>
      </w:r>
      <w:r w:rsidR="00051719">
        <w:rPr>
          <w:rFonts w:eastAsia="Arial"/>
          <w:b/>
          <w:color w:val="173B45"/>
          <w:sz w:val="22"/>
          <w:lang w:val="et-EE"/>
        </w:rPr>
        <w:t>a</w:t>
      </w:r>
      <w:r w:rsidRPr="00841385">
        <w:rPr>
          <w:rFonts w:eastAsia="Arial"/>
          <w:b/>
          <w:color w:val="173B45"/>
          <w:sz w:val="22"/>
          <w:lang w:val="et-EE"/>
        </w:rPr>
        <w:t>an A, B ja C</w:t>
      </w:r>
    </w:p>
    <w:tbl>
      <w:tblPr>
        <w:tblW w:w="9648" w:type="dxa"/>
        <w:tblInd w:w="120" w:type="dxa"/>
        <w:tblLayout w:type="fixed"/>
        <w:tblLook w:val="04A0" w:firstRow="1" w:lastRow="0" w:firstColumn="1" w:lastColumn="0" w:noHBand="0" w:noVBand="1"/>
      </w:tblPr>
      <w:tblGrid>
        <w:gridCol w:w="9648"/>
      </w:tblGrid>
      <w:tr w:rsidR="00E804CA" w:rsidRPr="00841385" w14:paraId="00CB4771" w14:textId="77777777">
        <w:tc>
          <w:tcPr>
            <w:tcW w:w="9648" w:type="dxa"/>
            <w:tcBorders>
              <w:bottom w:val="single" w:sz="5" w:space="0" w:color="D5DEDF"/>
            </w:tcBorders>
            <w:tcMar>
              <w:top w:w="90" w:type="dxa"/>
              <w:left w:w="120" w:type="dxa"/>
              <w:bottom w:w="90" w:type="dxa"/>
              <w:right w:w="120" w:type="dxa"/>
            </w:tcMar>
            <w:vAlign w:val="center"/>
          </w:tcPr>
          <w:p w14:paraId="64F2C840" w14:textId="2B72CA63" w:rsidR="00E804CA" w:rsidRPr="00841385" w:rsidRDefault="00873725">
            <w:pPr>
              <w:spacing w:after="40"/>
              <w:rPr>
                <w:lang w:val="et-EE"/>
              </w:rPr>
            </w:pPr>
            <w:r w:rsidRPr="00841385">
              <w:rPr>
                <w:rFonts w:eastAsia="Arial"/>
                <w:b/>
                <w:color w:val="3F4A4D"/>
                <w:sz w:val="19"/>
                <w:lang w:val="et-EE"/>
              </w:rPr>
              <w:t>Pla</w:t>
            </w:r>
            <w:r w:rsidR="00051719">
              <w:rPr>
                <w:rFonts w:eastAsia="Arial"/>
                <w:b/>
                <w:color w:val="3F4A4D"/>
                <w:sz w:val="19"/>
                <w:lang w:val="et-EE"/>
              </w:rPr>
              <w:t>a</w:t>
            </w:r>
            <w:r w:rsidRPr="00841385">
              <w:rPr>
                <w:rFonts w:eastAsia="Arial"/>
                <w:b/>
                <w:color w:val="3F4A4D"/>
                <w:sz w:val="19"/>
                <w:lang w:val="et-EE"/>
              </w:rPr>
              <w:t>n A – jään koju ja teen nii</w:t>
            </w:r>
          </w:p>
          <w:p w14:paraId="50F92347" w14:textId="77777777" w:rsidR="00E804CA" w:rsidRPr="00841385" w:rsidRDefault="00E804CA">
            <w:pPr>
              <w:spacing w:after="80"/>
              <w:rPr>
                <w:lang w:val="et-EE"/>
              </w:rPr>
            </w:pPr>
          </w:p>
        </w:tc>
      </w:tr>
      <w:tr w:rsidR="00E804CA" w:rsidRPr="00841385" w14:paraId="509C8129" w14:textId="77777777">
        <w:tc>
          <w:tcPr>
            <w:tcW w:w="9648" w:type="dxa"/>
            <w:tcBorders>
              <w:bottom w:val="single" w:sz="5" w:space="0" w:color="D5DEDF"/>
            </w:tcBorders>
            <w:tcMar>
              <w:top w:w="90" w:type="dxa"/>
              <w:left w:w="120" w:type="dxa"/>
              <w:bottom w:w="90" w:type="dxa"/>
              <w:right w:w="120" w:type="dxa"/>
            </w:tcMar>
            <w:vAlign w:val="center"/>
          </w:tcPr>
          <w:p w14:paraId="11807C11" w14:textId="3DFD81F0" w:rsidR="00E804CA" w:rsidRPr="00841385" w:rsidRDefault="00873725">
            <w:pPr>
              <w:spacing w:after="40"/>
              <w:rPr>
                <w:lang w:val="et-EE"/>
              </w:rPr>
            </w:pPr>
            <w:r w:rsidRPr="00841385">
              <w:rPr>
                <w:rFonts w:eastAsia="Arial"/>
                <w:b/>
                <w:color w:val="3F4A4D"/>
                <w:sz w:val="19"/>
                <w:lang w:val="et-EE"/>
              </w:rPr>
              <w:t>Pla</w:t>
            </w:r>
            <w:r w:rsidR="00051719">
              <w:rPr>
                <w:rFonts w:eastAsia="Arial"/>
                <w:b/>
                <w:color w:val="3F4A4D"/>
                <w:sz w:val="19"/>
                <w:lang w:val="et-EE"/>
              </w:rPr>
              <w:t>a</w:t>
            </w:r>
            <w:r w:rsidRPr="00841385">
              <w:rPr>
                <w:rFonts w:eastAsia="Arial"/>
                <w:b/>
                <w:color w:val="3F4A4D"/>
                <w:sz w:val="19"/>
                <w:lang w:val="et-EE"/>
              </w:rPr>
              <w:t>n B – lähen omal jõul siia</w:t>
            </w:r>
            <w:r w:rsidR="005B5437" w:rsidRPr="00841385">
              <w:rPr>
                <w:rFonts w:eastAsia="Arial"/>
                <w:b/>
                <w:color w:val="3F4A4D"/>
                <w:sz w:val="19"/>
                <w:lang w:val="et-EE"/>
              </w:rPr>
              <w:t xml:space="preserve"> (liikudes töölt koju)</w:t>
            </w:r>
          </w:p>
          <w:p w14:paraId="09244CA1" w14:textId="77777777" w:rsidR="00E804CA" w:rsidRPr="00841385" w:rsidRDefault="00E804CA">
            <w:pPr>
              <w:spacing w:after="80"/>
              <w:rPr>
                <w:lang w:val="et-EE"/>
              </w:rPr>
            </w:pPr>
          </w:p>
        </w:tc>
      </w:tr>
      <w:tr w:rsidR="00E804CA" w:rsidRPr="00841385" w14:paraId="3231DA06" w14:textId="77777777">
        <w:tc>
          <w:tcPr>
            <w:tcW w:w="9648" w:type="dxa"/>
            <w:tcBorders>
              <w:bottom w:val="single" w:sz="5" w:space="0" w:color="D5DEDF"/>
            </w:tcBorders>
            <w:tcMar>
              <w:top w:w="90" w:type="dxa"/>
              <w:left w:w="120" w:type="dxa"/>
              <w:bottom w:w="90" w:type="dxa"/>
              <w:right w:w="120" w:type="dxa"/>
            </w:tcMar>
            <w:vAlign w:val="center"/>
          </w:tcPr>
          <w:p w14:paraId="1F13DAB9" w14:textId="416EB273" w:rsidR="00E804CA" w:rsidRPr="00841385" w:rsidRDefault="00873725">
            <w:pPr>
              <w:spacing w:after="40"/>
              <w:rPr>
                <w:lang w:val="et-EE"/>
              </w:rPr>
            </w:pPr>
            <w:r w:rsidRPr="00841385">
              <w:rPr>
                <w:rFonts w:eastAsia="Arial"/>
                <w:b/>
                <w:color w:val="3F4A4D"/>
                <w:sz w:val="19"/>
                <w:lang w:val="et-EE"/>
              </w:rPr>
              <w:t>Pla</w:t>
            </w:r>
            <w:r w:rsidR="00051719">
              <w:rPr>
                <w:rFonts w:eastAsia="Arial"/>
                <w:b/>
                <w:color w:val="3F4A4D"/>
                <w:sz w:val="19"/>
                <w:lang w:val="et-EE"/>
              </w:rPr>
              <w:t>a</w:t>
            </w:r>
            <w:r w:rsidRPr="00841385">
              <w:rPr>
                <w:rFonts w:eastAsia="Arial"/>
                <w:b/>
                <w:color w:val="3F4A4D"/>
                <w:sz w:val="19"/>
                <w:lang w:val="et-EE"/>
              </w:rPr>
              <w:t>n C – järgin ametlikku evakuatsioonikorraldust; minu kogunemisvalmidus</w:t>
            </w:r>
            <w:r w:rsidR="005B5437" w:rsidRPr="00841385">
              <w:rPr>
                <w:rFonts w:eastAsia="Arial"/>
                <w:b/>
                <w:color w:val="3F4A4D"/>
                <w:sz w:val="19"/>
                <w:lang w:val="et-EE"/>
              </w:rPr>
              <w:t xml:space="preserve"> (juhul kui ei saa koju jääda)</w:t>
            </w:r>
          </w:p>
          <w:p w14:paraId="57BABEAD" w14:textId="77777777" w:rsidR="00E804CA" w:rsidRPr="00841385" w:rsidRDefault="00E804CA">
            <w:pPr>
              <w:spacing w:after="80"/>
              <w:rPr>
                <w:lang w:val="et-EE"/>
              </w:rPr>
            </w:pPr>
          </w:p>
        </w:tc>
      </w:tr>
      <w:tr w:rsidR="00E804CA" w:rsidRPr="00841385" w14:paraId="792F7F20" w14:textId="77777777">
        <w:tc>
          <w:tcPr>
            <w:tcW w:w="9648" w:type="dxa"/>
            <w:tcBorders>
              <w:bottom w:val="single" w:sz="5" w:space="0" w:color="D5DEDF"/>
            </w:tcBorders>
            <w:tcMar>
              <w:top w:w="90" w:type="dxa"/>
              <w:left w:w="120" w:type="dxa"/>
              <w:bottom w:w="90" w:type="dxa"/>
              <w:right w:w="120" w:type="dxa"/>
            </w:tcMar>
            <w:vAlign w:val="center"/>
          </w:tcPr>
          <w:p w14:paraId="38463718" w14:textId="77777777" w:rsidR="00983495" w:rsidRDefault="00983495">
            <w:pPr>
              <w:spacing w:after="40"/>
              <w:rPr>
                <w:rFonts w:eastAsia="Arial"/>
                <w:b/>
                <w:color w:val="3F4A4D"/>
                <w:sz w:val="19"/>
                <w:lang w:val="et-EE"/>
              </w:rPr>
            </w:pPr>
          </w:p>
          <w:p w14:paraId="2303C5E6" w14:textId="56B6A78A" w:rsidR="00E804CA" w:rsidRDefault="00873725">
            <w:pPr>
              <w:spacing w:after="40"/>
              <w:rPr>
                <w:rFonts w:eastAsia="Arial"/>
                <w:b/>
                <w:color w:val="3F4A4D"/>
                <w:sz w:val="19"/>
                <w:lang w:val="et-EE"/>
              </w:rPr>
            </w:pPr>
            <w:r w:rsidRPr="00841385">
              <w:rPr>
                <w:rFonts w:eastAsia="Arial"/>
                <w:b/>
                <w:color w:val="3F4A4D"/>
                <w:sz w:val="19"/>
                <w:lang w:val="et-EE"/>
              </w:rPr>
              <w:t>Minu lähim sobiv siseruum või kelder</w:t>
            </w:r>
          </w:p>
          <w:p w14:paraId="5751D399" w14:textId="77777777" w:rsidR="00FA3E01" w:rsidRPr="00841385" w:rsidRDefault="00FA3E01">
            <w:pPr>
              <w:spacing w:after="40"/>
              <w:rPr>
                <w:lang w:val="et-EE"/>
              </w:rPr>
            </w:pPr>
          </w:p>
        </w:tc>
      </w:tr>
      <w:tr w:rsidR="00E804CA" w:rsidRPr="00841385" w14:paraId="0E82395E" w14:textId="77777777">
        <w:tc>
          <w:tcPr>
            <w:tcW w:w="9648" w:type="dxa"/>
            <w:tcBorders>
              <w:bottom w:val="single" w:sz="5" w:space="0" w:color="D5DEDF"/>
            </w:tcBorders>
            <w:tcMar>
              <w:top w:w="90" w:type="dxa"/>
              <w:left w:w="120" w:type="dxa"/>
              <w:bottom w:w="90" w:type="dxa"/>
              <w:right w:w="120" w:type="dxa"/>
            </w:tcMar>
            <w:vAlign w:val="center"/>
          </w:tcPr>
          <w:p w14:paraId="3DB1484D" w14:textId="0FDFE47D" w:rsidR="00E804CA" w:rsidRDefault="00873725">
            <w:pPr>
              <w:spacing w:after="40"/>
              <w:rPr>
                <w:rFonts w:eastAsia="Arial"/>
                <w:b/>
                <w:color w:val="3F4A4D"/>
                <w:sz w:val="19"/>
                <w:lang w:val="et-EE"/>
              </w:rPr>
            </w:pPr>
            <w:r w:rsidRPr="00841385">
              <w:rPr>
                <w:rFonts w:eastAsia="Arial"/>
                <w:b/>
                <w:color w:val="3F4A4D"/>
                <w:sz w:val="19"/>
                <w:lang w:val="et-EE"/>
              </w:rPr>
              <w:t>Kuidas sealt ohutult väljuda, kui põhitee on suletud?</w:t>
            </w:r>
          </w:p>
          <w:p w14:paraId="2E2CFA11" w14:textId="77777777" w:rsidR="00FA3E01" w:rsidRPr="00841385" w:rsidRDefault="00FA3E01">
            <w:pPr>
              <w:spacing w:after="40"/>
              <w:rPr>
                <w:lang w:val="et-EE"/>
              </w:rPr>
            </w:pPr>
          </w:p>
        </w:tc>
      </w:tr>
    </w:tbl>
    <w:p w14:paraId="34DF80CC" w14:textId="77777777" w:rsidR="00E804CA" w:rsidRPr="00841385" w:rsidRDefault="00E804CA">
      <w:pPr>
        <w:spacing w:after="40"/>
        <w:rPr>
          <w:lang w:val="et-EE"/>
        </w:rPr>
      </w:pPr>
    </w:p>
    <w:p w14:paraId="7D5CEE0B" w14:textId="77777777" w:rsidR="00E804CA" w:rsidRPr="00841385" w:rsidRDefault="00873725">
      <w:pPr>
        <w:rPr>
          <w:lang w:val="et-EE"/>
        </w:rPr>
      </w:pPr>
      <w:r w:rsidRPr="00841385">
        <w:rPr>
          <w:lang w:val="et-EE"/>
        </w:rPr>
        <w:br w:type="page"/>
      </w:r>
    </w:p>
    <w:p w14:paraId="71251753" w14:textId="77777777" w:rsidR="00E804CA" w:rsidRPr="00841385" w:rsidRDefault="00873725">
      <w:pPr>
        <w:keepNext/>
        <w:spacing w:after="60"/>
        <w:rPr>
          <w:lang w:val="et-EE"/>
        </w:rPr>
      </w:pPr>
      <w:r w:rsidRPr="00841385">
        <w:rPr>
          <w:rFonts w:eastAsia="Arial"/>
          <w:b/>
          <w:color w:val="173B45"/>
          <w:sz w:val="30"/>
          <w:lang w:val="et-EE"/>
        </w:rPr>
        <w:lastRenderedPageBreak/>
        <w:t xml:space="preserve"> 13  Minu evakuatsioonikott</w:t>
      </w:r>
    </w:p>
    <w:p w14:paraId="36FCCAC2" w14:textId="77777777" w:rsidR="00E804CA" w:rsidRPr="00841385" w:rsidRDefault="00873725">
      <w:pPr>
        <w:spacing w:after="160"/>
        <w:rPr>
          <w:lang w:val="et-EE"/>
        </w:rPr>
      </w:pPr>
      <w:r w:rsidRPr="00841385">
        <w:rPr>
          <w:rFonts w:eastAsia="Arial"/>
          <w:color w:val="3F4A4D"/>
          <w:sz w:val="19"/>
          <w:lang w:val="et-EE"/>
        </w:rPr>
        <w:t>Vali asjad enda, oma pere ja liikumisvõime järgi. Kott peab olema kantav.</w:t>
      </w:r>
    </w:p>
    <w:tbl>
      <w:tblPr>
        <w:tblW w:w="9648" w:type="dxa"/>
        <w:tblInd w:w="120" w:type="dxa"/>
        <w:tblLayout w:type="fixed"/>
        <w:tblLook w:val="04A0" w:firstRow="1" w:lastRow="0" w:firstColumn="1" w:lastColumn="0" w:noHBand="0" w:noVBand="1"/>
      </w:tblPr>
      <w:tblGrid>
        <w:gridCol w:w="9648"/>
      </w:tblGrid>
      <w:tr w:rsidR="00E804CA" w:rsidRPr="00841385" w14:paraId="3226F712" w14:textId="77777777">
        <w:tc>
          <w:tcPr>
            <w:tcW w:w="9648" w:type="dxa"/>
            <w:tcBorders>
              <w:left w:val="single" w:sz="10" w:space="0" w:color="1F6F78"/>
            </w:tcBorders>
            <w:shd w:val="clear" w:color="auto" w:fill="E8F2F3"/>
            <w:tcMar>
              <w:top w:w="90" w:type="dxa"/>
              <w:left w:w="120" w:type="dxa"/>
              <w:bottom w:w="90" w:type="dxa"/>
              <w:right w:w="120" w:type="dxa"/>
            </w:tcMar>
            <w:vAlign w:val="center"/>
          </w:tcPr>
          <w:p w14:paraId="1AFB34D8" w14:textId="77777777" w:rsidR="00E804CA" w:rsidRPr="00841385" w:rsidRDefault="00873725">
            <w:pPr>
              <w:spacing w:after="0"/>
              <w:rPr>
                <w:lang w:val="et-EE"/>
              </w:rPr>
            </w:pPr>
            <w:r w:rsidRPr="00841385">
              <w:rPr>
                <w:rFonts w:eastAsia="Arial"/>
                <w:b/>
                <w:color w:val="1F6F78"/>
                <w:sz w:val="20"/>
                <w:lang w:val="et-EE"/>
              </w:rPr>
              <w:t xml:space="preserve">ÜLESANNE  </w:t>
            </w:r>
            <w:r w:rsidRPr="00841385">
              <w:rPr>
                <w:rFonts w:eastAsia="Arial"/>
                <w:sz w:val="20"/>
                <w:lang w:val="et-EE"/>
              </w:rPr>
              <w:t>Valitavad esemed on ekraanil. Vali neist enda olukorra jaoks kümme kõige olulisemat ja kirjuta need allolevasse tabelisse. Põhjenda valikut laudkonnas.</w:t>
            </w:r>
          </w:p>
        </w:tc>
      </w:tr>
    </w:tbl>
    <w:p w14:paraId="1BE134A6" w14:textId="77777777" w:rsidR="00E804CA" w:rsidRPr="00841385" w:rsidRDefault="00E804CA">
      <w:pPr>
        <w:spacing w:after="60"/>
        <w:rPr>
          <w:lang w:val="et-EE"/>
        </w:rPr>
      </w:pPr>
    </w:p>
    <w:p w14:paraId="29AD863E" w14:textId="336D2E3E" w:rsidR="00E804CA" w:rsidRPr="00841385" w:rsidRDefault="00873725">
      <w:pPr>
        <w:spacing w:after="80"/>
        <w:rPr>
          <w:lang w:val="et-EE"/>
        </w:rPr>
      </w:pPr>
      <w:r w:rsidRPr="00841385">
        <w:rPr>
          <w:rFonts w:eastAsia="Arial"/>
          <w:b/>
          <w:color w:val="173B45"/>
          <w:sz w:val="22"/>
          <w:lang w:val="et-EE"/>
        </w:rPr>
        <w:t>Piiratud valik: kui saad võtta ainult 10 asja</w:t>
      </w:r>
    </w:p>
    <w:tbl>
      <w:tblPr>
        <w:tblW w:w="9648" w:type="dxa"/>
        <w:tblInd w:w="120" w:type="dxa"/>
        <w:tblLayout w:type="fixed"/>
        <w:tblLook w:val="04A0" w:firstRow="1" w:lastRow="0" w:firstColumn="1" w:lastColumn="0" w:noHBand="0" w:noVBand="1"/>
      </w:tblPr>
      <w:tblGrid>
        <w:gridCol w:w="4824"/>
        <w:gridCol w:w="4824"/>
      </w:tblGrid>
      <w:tr w:rsidR="00E804CA" w:rsidRPr="00841385" w14:paraId="428549A4" w14:textId="77777777">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0103CC5F" w14:textId="77777777" w:rsidR="00E804CA" w:rsidRPr="00841385" w:rsidRDefault="00873725">
            <w:pPr>
              <w:spacing w:after="160"/>
              <w:rPr>
                <w:lang w:val="et-EE"/>
              </w:rPr>
            </w:pPr>
            <w:r w:rsidRPr="00841385">
              <w:rPr>
                <w:rFonts w:eastAsia="Arial"/>
                <w:b/>
                <w:color w:val="1F6F78"/>
                <w:sz w:val="18"/>
                <w:lang w:val="et-EE"/>
              </w:rPr>
              <w:t xml:space="preserve">1.  </w:t>
            </w:r>
          </w:p>
        </w:tc>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09C415CF" w14:textId="77777777" w:rsidR="00E804CA" w:rsidRPr="00841385" w:rsidRDefault="00873725">
            <w:pPr>
              <w:spacing w:after="160"/>
              <w:rPr>
                <w:lang w:val="et-EE"/>
              </w:rPr>
            </w:pPr>
            <w:r w:rsidRPr="00841385">
              <w:rPr>
                <w:rFonts w:eastAsia="Arial"/>
                <w:b/>
                <w:color w:val="1F6F78"/>
                <w:sz w:val="18"/>
                <w:lang w:val="et-EE"/>
              </w:rPr>
              <w:t xml:space="preserve">6.  </w:t>
            </w:r>
          </w:p>
        </w:tc>
      </w:tr>
      <w:tr w:rsidR="00E804CA" w:rsidRPr="00841385" w14:paraId="33DA26DF" w14:textId="77777777">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0E66FAB3" w14:textId="77777777" w:rsidR="00E804CA" w:rsidRPr="00841385" w:rsidRDefault="00873725">
            <w:pPr>
              <w:spacing w:after="160"/>
              <w:rPr>
                <w:lang w:val="et-EE"/>
              </w:rPr>
            </w:pPr>
            <w:r w:rsidRPr="00841385">
              <w:rPr>
                <w:rFonts w:eastAsia="Arial"/>
                <w:b/>
                <w:color w:val="1F6F78"/>
                <w:sz w:val="18"/>
                <w:lang w:val="et-EE"/>
              </w:rPr>
              <w:t xml:space="preserve">2.  </w:t>
            </w:r>
          </w:p>
        </w:tc>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1FAC6638" w14:textId="77777777" w:rsidR="00E804CA" w:rsidRPr="00841385" w:rsidRDefault="00873725">
            <w:pPr>
              <w:spacing w:after="160"/>
              <w:rPr>
                <w:lang w:val="et-EE"/>
              </w:rPr>
            </w:pPr>
            <w:r w:rsidRPr="00841385">
              <w:rPr>
                <w:rFonts w:eastAsia="Arial"/>
                <w:b/>
                <w:color w:val="1F6F78"/>
                <w:sz w:val="18"/>
                <w:lang w:val="et-EE"/>
              </w:rPr>
              <w:t xml:space="preserve">7.  </w:t>
            </w:r>
          </w:p>
        </w:tc>
      </w:tr>
      <w:tr w:rsidR="00E804CA" w:rsidRPr="00841385" w14:paraId="793E6B8A" w14:textId="77777777">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5311F926" w14:textId="77777777" w:rsidR="00E804CA" w:rsidRPr="00841385" w:rsidRDefault="00873725">
            <w:pPr>
              <w:spacing w:after="160"/>
              <w:rPr>
                <w:lang w:val="et-EE"/>
              </w:rPr>
            </w:pPr>
            <w:r w:rsidRPr="00841385">
              <w:rPr>
                <w:rFonts w:eastAsia="Arial"/>
                <w:b/>
                <w:color w:val="1F6F78"/>
                <w:sz w:val="18"/>
                <w:lang w:val="et-EE"/>
              </w:rPr>
              <w:t xml:space="preserve">3.  </w:t>
            </w:r>
          </w:p>
        </w:tc>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73901339" w14:textId="77777777" w:rsidR="00E804CA" w:rsidRPr="00841385" w:rsidRDefault="00873725">
            <w:pPr>
              <w:spacing w:after="160"/>
              <w:rPr>
                <w:lang w:val="et-EE"/>
              </w:rPr>
            </w:pPr>
            <w:r w:rsidRPr="00841385">
              <w:rPr>
                <w:rFonts w:eastAsia="Arial"/>
                <w:b/>
                <w:color w:val="1F6F78"/>
                <w:sz w:val="18"/>
                <w:lang w:val="et-EE"/>
              </w:rPr>
              <w:t xml:space="preserve">8.  </w:t>
            </w:r>
          </w:p>
        </w:tc>
      </w:tr>
      <w:tr w:rsidR="00E804CA" w:rsidRPr="00841385" w14:paraId="10A78F92" w14:textId="77777777">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AB07475" w14:textId="77777777" w:rsidR="00E804CA" w:rsidRPr="00841385" w:rsidRDefault="00873725">
            <w:pPr>
              <w:spacing w:after="160"/>
              <w:rPr>
                <w:lang w:val="et-EE"/>
              </w:rPr>
            </w:pPr>
            <w:r w:rsidRPr="00841385">
              <w:rPr>
                <w:rFonts w:eastAsia="Arial"/>
                <w:b/>
                <w:color w:val="1F6F78"/>
                <w:sz w:val="18"/>
                <w:lang w:val="et-EE"/>
              </w:rPr>
              <w:t xml:space="preserve">4.  </w:t>
            </w:r>
          </w:p>
        </w:tc>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0E7098EE" w14:textId="77777777" w:rsidR="00E804CA" w:rsidRPr="00841385" w:rsidRDefault="00873725">
            <w:pPr>
              <w:spacing w:after="160"/>
              <w:rPr>
                <w:lang w:val="et-EE"/>
              </w:rPr>
            </w:pPr>
            <w:r w:rsidRPr="00841385">
              <w:rPr>
                <w:rFonts w:eastAsia="Arial"/>
                <w:b/>
                <w:color w:val="1F6F78"/>
                <w:sz w:val="18"/>
                <w:lang w:val="et-EE"/>
              </w:rPr>
              <w:t xml:space="preserve">9.  </w:t>
            </w:r>
          </w:p>
        </w:tc>
      </w:tr>
      <w:tr w:rsidR="00E804CA" w:rsidRPr="00841385" w14:paraId="5310080D" w14:textId="77777777">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073B94DB" w14:textId="77777777" w:rsidR="00E804CA" w:rsidRPr="00841385" w:rsidRDefault="00873725">
            <w:pPr>
              <w:spacing w:after="160"/>
              <w:rPr>
                <w:lang w:val="et-EE"/>
              </w:rPr>
            </w:pPr>
            <w:r w:rsidRPr="00841385">
              <w:rPr>
                <w:rFonts w:eastAsia="Arial"/>
                <w:b/>
                <w:color w:val="1F6F78"/>
                <w:sz w:val="18"/>
                <w:lang w:val="et-EE"/>
              </w:rPr>
              <w:t xml:space="preserve">5.  </w:t>
            </w:r>
          </w:p>
        </w:tc>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13CA4D9C" w14:textId="77777777" w:rsidR="00E804CA" w:rsidRPr="00841385" w:rsidRDefault="00873725">
            <w:pPr>
              <w:spacing w:after="160"/>
              <w:rPr>
                <w:lang w:val="et-EE"/>
              </w:rPr>
            </w:pPr>
            <w:r w:rsidRPr="00841385">
              <w:rPr>
                <w:rFonts w:eastAsia="Arial"/>
                <w:b/>
                <w:color w:val="1F6F78"/>
                <w:sz w:val="18"/>
                <w:lang w:val="et-EE"/>
              </w:rPr>
              <w:t xml:space="preserve">10.  </w:t>
            </w:r>
          </w:p>
        </w:tc>
      </w:tr>
    </w:tbl>
    <w:p w14:paraId="2911C546" w14:textId="77777777" w:rsidR="00E804CA" w:rsidRPr="00841385" w:rsidRDefault="00E804CA">
      <w:pPr>
        <w:spacing w:after="60"/>
        <w:rPr>
          <w:lang w:val="et-EE"/>
        </w:rPr>
      </w:pPr>
    </w:p>
    <w:tbl>
      <w:tblPr>
        <w:tblW w:w="9648" w:type="dxa"/>
        <w:tblInd w:w="120" w:type="dxa"/>
        <w:tblLayout w:type="fixed"/>
        <w:tblLook w:val="04A0" w:firstRow="1" w:lastRow="0" w:firstColumn="1" w:lastColumn="0" w:noHBand="0" w:noVBand="1"/>
      </w:tblPr>
      <w:tblGrid>
        <w:gridCol w:w="9648"/>
      </w:tblGrid>
      <w:tr w:rsidR="00E804CA" w:rsidRPr="00841385" w14:paraId="3DCFDF8E" w14:textId="77777777">
        <w:tc>
          <w:tcPr>
            <w:tcW w:w="9648" w:type="dxa"/>
            <w:tcBorders>
              <w:bottom w:val="single" w:sz="5" w:space="0" w:color="D5DEDF"/>
            </w:tcBorders>
            <w:tcMar>
              <w:top w:w="90" w:type="dxa"/>
              <w:left w:w="120" w:type="dxa"/>
              <w:bottom w:w="90" w:type="dxa"/>
              <w:right w:w="120" w:type="dxa"/>
            </w:tcMar>
            <w:vAlign w:val="center"/>
          </w:tcPr>
          <w:p w14:paraId="35C9BA45" w14:textId="42FC163C" w:rsidR="00E804CA" w:rsidRDefault="00FA3E01">
            <w:pPr>
              <w:spacing w:after="40"/>
              <w:rPr>
                <w:rFonts w:eastAsia="Arial"/>
                <w:b/>
                <w:color w:val="3F4A4D"/>
                <w:sz w:val="19"/>
                <w:lang w:val="et-EE"/>
              </w:rPr>
            </w:pPr>
            <w:r>
              <w:rPr>
                <w:rFonts w:eastAsia="Arial"/>
                <w:b/>
                <w:color w:val="3F4A4D"/>
                <w:sz w:val="19"/>
                <w:lang w:val="et-EE"/>
              </w:rPr>
              <w:t>Mida kasutada ja k</w:t>
            </w:r>
            <w:r w:rsidR="00873725" w:rsidRPr="00841385">
              <w:rPr>
                <w:rFonts w:eastAsia="Arial"/>
                <w:b/>
                <w:color w:val="3F4A4D"/>
                <w:sz w:val="19"/>
                <w:lang w:val="et-EE"/>
              </w:rPr>
              <w:t>us kott asub?</w:t>
            </w:r>
          </w:p>
          <w:p w14:paraId="29C9CD25" w14:textId="77777777" w:rsidR="00FA3E01" w:rsidRPr="00841385" w:rsidRDefault="00FA3E01">
            <w:pPr>
              <w:spacing w:after="40"/>
              <w:rPr>
                <w:lang w:val="et-EE"/>
              </w:rPr>
            </w:pPr>
          </w:p>
        </w:tc>
      </w:tr>
      <w:tr w:rsidR="00E804CA" w:rsidRPr="00841385" w14:paraId="678A438B" w14:textId="77777777">
        <w:tc>
          <w:tcPr>
            <w:tcW w:w="9648" w:type="dxa"/>
            <w:tcBorders>
              <w:bottom w:val="single" w:sz="5" w:space="0" w:color="D5DEDF"/>
            </w:tcBorders>
            <w:tcMar>
              <w:top w:w="90" w:type="dxa"/>
              <w:left w:w="120" w:type="dxa"/>
              <w:bottom w:w="90" w:type="dxa"/>
              <w:right w:w="120" w:type="dxa"/>
            </w:tcMar>
            <w:vAlign w:val="center"/>
          </w:tcPr>
          <w:p w14:paraId="5331E9CD" w14:textId="77777777" w:rsidR="00E804CA" w:rsidRDefault="00873725">
            <w:pPr>
              <w:spacing w:after="40"/>
              <w:rPr>
                <w:rFonts w:eastAsia="Arial"/>
                <w:b/>
                <w:color w:val="3F4A4D"/>
                <w:sz w:val="19"/>
                <w:lang w:val="et-EE"/>
              </w:rPr>
            </w:pPr>
            <w:r w:rsidRPr="00841385">
              <w:rPr>
                <w:rFonts w:eastAsia="Arial"/>
                <w:b/>
                <w:color w:val="3F4A4D"/>
                <w:sz w:val="19"/>
                <w:lang w:val="et-EE"/>
              </w:rPr>
              <w:t>Kes vastutab laste, loomade, dokumentide ja ravimite eest?</w:t>
            </w:r>
          </w:p>
          <w:p w14:paraId="6AC01FA1" w14:textId="77777777" w:rsidR="00FA3E01" w:rsidRPr="00841385" w:rsidRDefault="00FA3E01">
            <w:pPr>
              <w:spacing w:after="40"/>
              <w:rPr>
                <w:lang w:val="et-EE"/>
              </w:rPr>
            </w:pPr>
          </w:p>
        </w:tc>
      </w:tr>
      <w:tr w:rsidR="00E804CA" w:rsidRPr="00841385" w14:paraId="57260CC0" w14:textId="77777777">
        <w:tc>
          <w:tcPr>
            <w:tcW w:w="9648" w:type="dxa"/>
            <w:tcBorders>
              <w:bottom w:val="single" w:sz="5" w:space="0" w:color="D5DEDF"/>
            </w:tcBorders>
            <w:tcMar>
              <w:top w:w="90" w:type="dxa"/>
              <w:left w:w="120" w:type="dxa"/>
              <w:bottom w:w="90" w:type="dxa"/>
              <w:right w:w="120" w:type="dxa"/>
            </w:tcMar>
            <w:vAlign w:val="center"/>
          </w:tcPr>
          <w:p w14:paraId="3046558C" w14:textId="77777777" w:rsidR="00E804CA" w:rsidRDefault="00873725">
            <w:pPr>
              <w:spacing w:after="40"/>
              <w:rPr>
                <w:rFonts w:eastAsia="Arial"/>
                <w:b/>
                <w:color w:val="3F4A4D"/>
                <w:sz w:val="19"/>
                <w:lang w:val="et-EE"/>
              </w:rPr>
            </w:pPr>
            <w:r w:rsidRPr="00841385">
              <w:rPr>
                <w:rFonts w:eastAsia="Arial"/>
                <w:b/>
                <w:color w:val="3F4A4D"/>
                <w:sz w:val="19"/>
                <w:lang w:val="et-EE"/>
              </w:rPr>
              <w:t>Kui kaua kulub meil lahkumiseks?</w:t>
            </w:r>
          </w:p>
          <w:p w14:paraId="3E4E2674" w14:textId="3CE33BBC" w:rsidR="00FA3E01" w:rsidRPr="00841385" w:rsidRDefault="00FA3E01">
            <w:pPr>
              <w:spacing w:after="40"/>
              <w:rPr>
                <w:lang w:val="et-EE"/>
              </w:rPr>
            </w:pPr>
          </w:p>
        </w:tc>
      </w:tr>
    </w:tbl>
    <w:p w14:paraId="69C40F11" w14:textId="77777777" w:rsidR="00E804CA" w:rsidRPr="00841385" w:rsidRDefault="00E804CA">
      <w:pPr>
        <w:spacing w:after="40"/>
        <w:rPr>
          <w:lang w:val="et-EE"/>
        </w:rPr>
      </w:pPr>
    </w:p>
    <w:tbl>
      <w:tblPr>
        <w:tblW w:w="9648" w:type="dxa"/>
        <w:tblInd w:w="120" w:type="dxa"/>
        <w:tblLayout w:type="fixed"/>
        <w:tblLook w:val="04A0" w:firstRow="1" w:lastRow="0" w:firstColumn="1" w:lastColumn="0" w:noHBand="0" w:noVBand="1"/>
      </w:tblPr>
      <w:tblGrid>
        <w:gridCol w:w="9648"/>
      </w:tblGrid>
      <w:tr w:rsidR="00E804CA" w:rsidRPr="00841385" w14:paraId="39A01D01" w14:textId="77777777">
        <w:tc>
          <w:tcPr>
            <w:tcW w:w="9648" w:type="dxa"/>
            <w:tcBorders>
              <w:left w:val="single" w:sz="10" w:space="0" w:color="D26A3A"/>
            </w:tcBorders>
            <w:shd w:val="clear" w:color="auto" w:fill="F8ECE5"/>
            <w:tcMar>
              <w:top w:w="90" w:type="dxa"/>
              <w:left w:w="120" w:type="dxa"/>
              <w:bottom w:w="90" w:type="dxa"/>
              <w:right w:w="120" w:type="dxa"/>
            </w:tcMar>
            <w:vAlign w:val="center"/>
          </w:tcPr>
          <w:p w14:paraId="2182FFE8" w14:textId="77777777" w:rsidR="00E804CA" w:rsidRPr="00841385" w:rsidRDefault="00873725">
            <w:pPr>
              <w:spacing w:after="0"/>
              <w:rPr>
                <w:lang w:val="et-EE"/>
              </w:rPr>
            </w:pPr>
            <w:r w:rsidRPr="00841385">
              <w:rPr>
                <w:rFonts w:eastAsia="Arial"/>
                <w:b/>
                <w:color w:val="D26A3A"/>
                <w:sz w:val="20"/>
                <w:lang w:val="et-EE"/>
              </w:rPr>
              <w:t xml:space="preserve">KONTROLL  </w:t>
            </w:r>
            <w:r w:rsidRPr="00841385">
              <w:rPr>
                <w:rFonts w:eastAsia="Arial"/>
                <w:sz w:val="20"/>
                <w:lang w:val="et-EE"/>
              </w:rPr>
              <w:t>Kas kott on päriselt kantav? Kas saaksid sellega liikuda trepist, ühistranspordis või jalgsi?</w:t>
            </w:r>
          </w:p>
        </w:tc>
      </w:tr>
    </w:tbl>
    <w:p w14:paraId="4E859245" w14:textId="77777777" w:rsidR="00E804CA" w:rsidRPr="00841385" w:rsidRDefault="00E804CA">
      <w:pPr>
        <w:spacing w:after="60"/>
        <w:rPr>
          <w:lang w:val="et-EE"/>
        </w:rPr>
      </w:pPr>
    </w:p>
    <w:p w14:paraId="754931E9" w14:textId="77777777" w:rsidR="00E804CA" w:rsidRPr="00841385" w:rsidRDefault="00873725">
      <w:pPr>
        <w:rPr>
          <w:lang w:val="et-EE"/>
        </w:rPr>
      </w:pPr>
      <w:r w:rsidRPr="00841385">
        <w:rPr>
          <w:lang w:val="et-EE"/>
        </w:rPr>
        <w:br w:type="page"/>
      </w:r>
    </w:p>
    <w:p w14:paraId="140CB77A" w14:textId="77777777" w:rsidR="00E804CA" w:rsidRPr="00841385" w:rsidRDefault="00873725">
      <w:pPr>
        <w:keepNext/>
        <w:spacing w:after="60"/>
        <w:rPr>
          <w:lang w:val="et-EE"/>
        </w:rPr>
      </w:pPr>
      <w:r w:rsidRPr="00841385">
        <w:rPr>
          <w:rFonts w:eastAsia="Arial"/>
          <w:b/>
          <w:color w:val="173B45"/>
          <w:sz w:val="30"/>
          <w:lang w:val="et-EE"/>
        </w:rPr>
        <w:lastRenderedPageBreak/>
        <w:t xml:space="preserve"> 14  Kogukond: keda märgata ja kuidas aidata?</w:t>
      </w:r>
    </w:p>
    <w:p w14:paraId="46E7724D" w14:textId="77777777" w:rsidR="00E804CA" w:rsidRPr="00841385" w:rsidRDefault="00873725">
      <w:pPr>
        <w:spacing w:after="160"/>
        <w:rPr>
          <w:lang w:val="et-EE"/>
        </w:rPr>
      </w:pPr>
      <w:r w:rsidRPr="00841385">
        <w:rPr>
          <w:rFonts w:eastAsia="Arial"/>
          <w:color w:val="3F4A4D"/>
          <w:sz w:val="19"/>
          <w:lang w:val="et-EE"/>
        </w:rPr>
        <w:t>Kõigi eest ei saa kõike ära teha. Aga kedagi ei tohiks unustada.</w:t>
      </w:r>
    </w:p>
    <w:tbl>
      <w:tblPr>
        <w:tblW w:w="9648" w:type="dxa"/>
        <w:tblInd w:w="120" w:type="dxa"/>
        <w:tblLayout w:type="fixed"/>
        <w:tblLook w:val="04A0" w:firstRow="1" w:lastRow="0" w:firstColumn="1" w:lastColumn="0" w:noHBand="0" w:noVBand="1"/>
      </w:tblPr>
      <w:tblGrid>
        <w:gridCol w:w="3456"/>
        <w:gridCol w:w="2880"/>
        <w:gridCol w:w="3312"/>
      </w:tblGrid>
      <w:tr w:rsidR="00E804CA" w:rsidRPr="00841385" w14:paraId="75E5E51A" w14:textId="77777777">
        <w:tc>
          <w:tcPr>
            <w:tcW w:w="3456"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3818C98B" w14:textId="77777777" w:rsidR="00E804CA" w:rsidRPr="00841385" w:rsidRDefault="00873725">
            <w:pPr>
              <w:spacing w:after="0"/>
              <w:jc w:val="center"/>
              <w:rPr>
                <w:lang w:val="et-EE"/>
              </w:rPr>
            </w:pPr>
            <w:r w:rsidRPr="00841385">
              <w:rPr>
                <w:rFonts w:eastAsia="Arial"/>
                <w:b/>
                <w:color w:val="FFFFFF"/>
                <w:sz w:val="18"/>
                <w:lang w:val="et-EE"/>
              </w:rPr>
              <w:t>Inimene / koht</w:t>
            </w:r>
          </w:p>
        </w:tc>
        <w:tc>
          <w:tcPr>
            <w:tcW w:w="2880"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29F89D9C" w14:textId="77777777" w:rsidR="00E804CA" w:rsidRPr="00841385" w:rsidRDefault="00873725">
            <w:pPr>
              <w:spacing w:after="0"/>
              <w:jc w:val="center"/>
              <w:rPr>
                <w:lang w:val="et-EE"/>
              </w:rPr>
            </w:pPr>
            <w:r w:rsidRPr="00841385">
              <w:rPr>
                <w:rFonts w:eastAsia="Arial"/>
                <w:b/>
                <w:color w:val="FFFFFF"/>
                <w:sz w:val="18"/>
                <w:lang w:val="et-EE"/>
              </w:rPr>
              <w:t>Võib vajada</w:t>
            </w:r>
          </w:p>
        </w:tc>
        <w:tc>
          <w:tcPr>
            <w:tcW w:w="3312"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41C3216B" w14:textId="77777777" w:rsidR="00E804CA" w:rsidRPr="00841385" w:rsidRDefault="00873725">
            <w:pPr>
              <w:spacing w:after="0"/>
              <w:jc w:val="center"/>
              <w:rPr>
                <w:lang w:val="et-EE"/>
              </w:rPr>
            </w:pPr>
            <w:r w:rsidRPr="00841385">
              <w:rPr>
                <w:rFonts w:eastAsia="Arial"/>
                <w:b/>
                <w:color w:val="FFFFFF"/>
                <w:sz w:val="18"/>
                <w:lang w:val="et-EE"/>
              </w:rPr>
              <w:t>Kontakt või tegevus</w:t>
            </w:r>
          </w:p>
        </w:tc>
      </w:tr>
      <w:tr w:rsidR="00E804CA" w:rsidRPr="00841385" w14:paraId="798B92A1" w14:textId="77777777">
        <w:tc>
          <w:tcPr>
            <w:tcW w:w="345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0F93117B" w14:textId="77777777" w:rsidR="00E804CA" w:rsidRPr="00841385" w:rsidRDefault="00873725">
            <w:pPr>
              <w:spacing w:after="0"/>
              <w:rPr>
                <w:lang w:val="et-EE"/>
              </w:rPr>
            </w:pPr>
            <w:r w:rsidRPr="00841385">
              <w:rPr>
                <w:rFonts w:eastAsia="Arial"/>
                <w:sz w:val="16"/>
                <w:lang w:val="et-EE"/>
              </w:rPr>
              <w:t>Üksi elav eakas</w:t>
            </w:r>
          </w:p>
        </w:tc>
        <w:tc>
          <w:tcPr>
            <w:tcW w:w="288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1812590D" w14:textId="77777777" w:rsidR="00E804CA" w:rsidRPr="00841385" w:rsidRDefault="00E804CA">
            <w:pPr>
              <w:spacing w:after="0"/>
              <w:rPr>
                <w:lang w:val="et-EE"/>
              </w:rPr>
            </w:pPr>
          </w:p>
        </w:tc>
        <w:tc>
          <w:tcPr>
            <w:tcW w:w="331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12EF1880" w14:textId="77777777" w:rsidR="00E804CA" w:rsidRPr="00841385" w:rsidRDefault="00E804CA">
            <w:pPr>
              <w:spacing w:after="0"/>
              <w:rPr>
                <w:lang w:val="et-EE"/>
              </w:rPr>
            </w:pPr>
          </w:p>
        </w:tc>
      </w:tr>
      <w:tr w:rsidR="00E804CA" w:rsidRPr="00841385" w14:paraId="28F10783" w14:textId="77777777">
        <w:tc>
          <w:tcPr>
            <w:tcW w:w="345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7A852A2A" w14:textId="77777777" w:rsidR="00E804CA" w:rsidRPr="00841385" w:rsidRDefault="00873725">
            <w:pPr>
              <w:spacing w:after="0"/>
              <w:rPr>
                <w:lang w:val="et-EE"/>
              </w:rPr>
            </w:pPr>
            <w:r w:rsidRPr="00841385">
              <w:rPr>
                <w:rFonts w:eastAsia="Arial"/>
                <w:sz w:val="16"/>
                <w:lang w:val="et-EE"/>
              </w:rPr>
              <w:t>Liikumisraskusega inimene</w:t>
            </w:r>
          </w:p>
        </w:tc>
        <w:tc>
          <w:tcPr>
            <w:tcW w:w="288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1AF7AE0" w14:textId="77777777" w:rsidR="00E804CA" w:rsidRPr="00841385" w:rsidRDefault="00E804CA">
            <w:pPr>
              <w:spacing w:after="0"/>
              <w:rPr>
                <w:lang w:val="et-EE"/>
              </w:rPr>
            </w:pPr>
          </w:p>
        </w:tc>
        <w:tc>
          <w:tcPr>
            <w:tcW w:w="331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2409D9B0" w14:textId="77777777" w:rsidR="00E804CA" w:rsidRPr="00841385" w:rsidRDefault="00E804CA">
            <w:pPr>
              <w:spacing w:after="0"/>
              <w:rPr>
                <w:lang w:val="et-EE"/>
              </w:rPr>
            </w:pPr>
          </w:p>
        </w:tc>
      </w:tr>
      <w:tr w:rsidR="00E804CA" w:rsidRPr="00841385" w14:paraId="6B81D55E" w14:textId="77777777">
        <w:tc>
          <w:tcPr>
            <w:tcW w:w="345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41B9E682" w14:textId="77777777" w:rsidR="00E804CA" w:rsidRPr="00841385" w:rsidRDefault="00873725">
            <w:pPr>
              <w:spacing w:after="0"/>
              <w:rPr>
                <w:lang w:val="et-EE"/>
              </w:rPr>
            </w:pPr>
            <w:r w:rsidRPr="00841385">
              <w:rPr>
                <w:rFonts w:eastAsia="Arial"/>
                <w:sz w:val="16"/>
                <w:lang w:val="et-EE"/>
              </w:rPr>
              <w:t>Väikelapsega pere</w:t>
            </w:r>
          </w:p>
        </w:tc>
        <w:tc>
          <w:tcPr>
            <w:tcW w:w="288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13CCF2BB" w14:textId="77777777" w:rsidR="00E804CA" w:rsidRPr="00841385" w:rsidRDefault="00E804CA">
            <w:pPr>
              <w:spacing w:after="0"/>
              <w:rPr>
                <w:lang w:val="et-EE"/>
              </w:rPr>
            </w:pPr>
          </w:p>
        </w:tc>
        <w:tc>
          <w:tcPr>
            <w:tcW w:w="331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388899D2" w14:textId="77777777" w:rsidR="00E804CA" w:rsidRPr="00841385" w:rsidRDefault="00E804CA">
            <w:pPr>
              <w:spacing w:after="0"/>
              <w:rPr>
                <w:lang w:val="et-EE"/>
              </w:rPr>
            </w:pPr>
          </w:p>
        </w:tc>
      </w:tr>
      <w:tr w:rsidR="00E804CA" w:rsidRPr="00841385" w14:paraId="01622EF4" w14:textId="77777777">
        <w:tc>
          <w:tcPr>
            <w:tcW w:w="345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EE36D4F" w14:textId="77777777" w:rsidR="00E804CA" w:rsidRPr="00841385" w:rsidRDefault="00873725">
            <w:pPr>
              <w:spacing w:after="0"/>
              <w:rPr>
                <w:lang w:val="et-EE"/>
              </w:rPr>
            </w:pPr>
            <w:r w:rsidRPr="00841385">
              <w:rPr>
                <w:rFonts w:eastAsia="Arial"/>
                <w:sz w:val="16"/>
                <w:lang w:val="et-EE"/>
              </w:rPr>
              <w:t>Meditsiiniseadmest sõltuv inimene</w:t>
            </w:r>
          </w:p>
        </w:tc>
        <w:tc>
          <w:tcPr>
            <w:tcW w:w="288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25E55AC6" w14:textId="77777777" w:rsidR="00E804CA" w:rsidRPr="00841385" w:rsidRDefault="00E804CA">
            <w:pPr>
              <w:spacing w:after="0"/>
              <w:rPr>
                <w:lang w:val="et-EE"/>
              </w:rPr>
            </w:pPr>
          </w:p>
        </w:tc>
        <w:tc>
          <w:tcPr>
            <w:tcW w:w="331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AD82722" w14:textId="77777777" w:rsidR="00E804CA" w:rsidRPr="00841385" w:rsidRDefault="00E804CA">
            <w:pPr>
              <w:spacing w:after="0"/>
              <w:rPr>
                <w:lang w:val="et-EE"/>
              </w:rPr>
            </w:pPr>
          </w:p>
        </w:tc>
      </w:tr>
      <w:tr w:rsidR="00E804CA" w:rsidRPr="00841385" w14:paraId="366D794E" w14:textId="77777777">
        <w:tc>
          <w:tcPr>
            <w:tcW w:w="345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2EAFF3D3" w14:textId="77777777" w:rsidR="00E804CA" w:rsidRPr="00841385" w:rsidRDefault="00873725">
            <w:pPr>
              <w:spacing w:after="0"/>
              <w:rPr>
                <w:lang w:val="et-EE"/>
              </w:rPr>
            </w:pPr>
            <w:r w:rsidRPr="00841385">
              <w:rPr>
                <w:rFonts w:eastAsia="Arial"/>
                <w:sz w:val="16"/>
                <w:lang w:val="et-EE"/>
              </w:rPr>
              <w:t>Transpordita inimene</w:t>
            </w:r>
          </w:p>
        </w:tc>
        <w:tc>
          <w:tcPr>
            <w:tcW w:w="288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2F29AD70" w14:textId="77777777" w:rsidR="00E804CA" w:rsidRPr="00841385" w:rsidRDefault="00E804CA">
            <w:pPr>
              <w:spacing w:after="0"/>
              <w:rPr>
                <w:lang w:val="et-EE"/>
              </w:rPr>
            </w:pPr>
          </w:p>
        </w:tc>
        <w:tc>
          <w:tcPr>
            <w:tcW w:w="331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CEF611D" w14:textId="77777777" w:rsidR="00E804CA" w:rsidRPr="00841385" w:rsidRDefault="00E804CA">
            <w:pPr>
              <w:spacing w:after="0"/>
              <w:rPr>
                <w:lang w:val="et-EE"/>
              </w:rPr>
            </w:pPr>
          </w:p>
        </w:tc>
      </w:tr>
      <w:tr w:rsidR="00E804CA" w:rsidRPr="00841385" w14:paraId="63617C90" w14:textId="77777777">
        <w:tc>
          <w:tcPr>
            <w:tcW w:w="345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20D36673" w14:textId="77777777" w:rsidR="00E804CA" w:rsidRPr="00841385" w:rsidRDefault="00873725">
            <w:pPr>
              <w:spacing w:after="0"/>
              <w:rPr>
                <w:lang w:val="et-EE"/>
              </w:rPr>
            </w:pPr>
            <w:r w:rsidRPr="00841385">
              <w:rPr>
                <w:rFonts w:eastAsia="Arial"/>
                <w:sz w:val="16"/>
                <w:lang w:val="et-EE"/>
              </w:rPr>
              <w:t>Muu</w:t>
            </w:r>
          </w:p>
        </w:tc>
        <w:tc>
          <w:tcPr>
            <w:tcW w:w="288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90E1DB2" w14:textId="77777777" w:rsidR="00E804CA" w:rsidRPr="00841385" w:rsidRDefault="00E804CA">
            <w:pPr>
              <w:spacing w:after="0"/>
              <w:rPr>
                <w:lang w:val="et-EE"/>
              </w:rPr>
            </w:pPr>
          </w:p>
        </w:tc>
        <w:tc>
          <w:tcPr>
            <w:tcW w:w="331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5D962049" w14:textId="77777777" w:rsidR="00E804CA" w:rsidRPr="00841385" w:rsidRDefault="00E804CA">
            <w:pPr>
              <w:spacing w:after="0"/>
              <w:rPr>
                <w:lang w:val="et-EE"/>
              </w:rPr>
            </w:pPr>
          </w:p>
        </w:tc>
      </w:tr>
    </w:tbl>
    <w:p w14:paraId="2DF49DAB" w14:textId="77777777" w:rsidR="00E804CA" w:rsidRPr="00841385" w:rsidRDefault="00E804CA">
      <w:pPr>
        <w:spacing w:after="60"/>
        <w:rPr>
          <w:lang w:val="et-EE"/>
        </w:rPr>
      </w:pPr>
    </w:p>
    <w:p w14:paraId="1C517E8B" w14:textId="77777777" w:rsidR="00E804CA" w:rsidRPr="00841385" w:rsidRDefault="00873725">
      <w:pPr>
        <w:spacing w:after="80"/>
        <w:rPr>
          <w:lang w:val="et-EE"/>
        </w:rPr>
      </w:pPr>
      <w:r w:rsidRPr="00841385">
        <w:rPr>
          <w:rFonts w:eastAsia="Arial"/>
          <w:b/>
          <w:color w:val="173B45"/>
          <w:sz w:val="22"/>
          <w:lang w:val="et-EE"/>
        </w:rPr>
        <w:t>Minu kogukonna ressursid</w:t>
      </w:r>
    </w:p>
    <w:tbl>
      <w:tblPr>
        <w:tblW w:w="9648" w:type="dxa"/>
        <w:tblInd w:w="120" w:type="dxa"/>
        <w:tblLayout w:type="fixed"/>
        <w:tblLook w:val="04A0" w:firstRow="1" w:lastRow="0" w:firstColumn="1" w:lastColumn="0" w:noHBand="0" w:noVBand="1"/>
      </w:tblPr>
      <w:tblGrid>
        <w:gridCol w:w="4824"/>
        <w:gridCol w:w="4824"/>
      </w:tblGrid>
      <w:tr w:rsidR="00E804CA" w:rsidRPr="00841385" w14:paraId="48407E97" w14:textId="77777777">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7D7050AA" w14:textId="77777777" w:rsidR="00E804CA" w:rsidRPr="00841385" w:rsidRDefault="00873725">
            <w:pPr>
              <w:spacing w:after="0"/>
              <w:rPr>
                <w:lang w:val="et-EE"/>
              </w:rPr>
            </w:pPr>
            <w:r w:rsidRPr="00841385">
              <w:rPr>
                <w:rFonts w:eastAsia="Arial"/>
                <w:color w:val="1F6F78"/>
                <w:sz w:val="19"/>
                <w:lang w:val="et-EE"/>
              </w:rPr>
              <w:t xml:space="preserve">☐  </w:t>
            </w:r>
            <w:r w:rsidRPr="00841385">
              <w:rPr>
                <w:rFonts w:eastAsia="Arial"/>
                <w:sz w:val="17"/>
                <w:lang w:val="et-EE"/>
              </w:rPr>
              <w:t>Info jagamine</w:t>
            </w:r>
          </w:p>
        </w:tc>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58D39679" w14:textId="77777777" w:rsidR="00E804CA" w:rsidRPr="00841385" w:rsidRDefault="00873725">
            <w:pPr>
              <w:spacing w:after="0"/>
              <w:rPr>
                <w:lang w:val="et-EE"/>
              </w:rPr>
            </w:pPr>
            <w:r w:rsidRPr="00841385">
              <w:rPr>
                <w:rFonts w:eastAsia="Arial"/>
                <w:color w:val="1F6F78"/>
                <w:sz w:val="19"/>
                <w:lang w:val="et-EE"/>
              </w:rPr>
              <w:t xml:space="preserve">☐  </w:t>
            </w:r>
            <w:r w:rsidRPr="00841385">
              <w:rPr>
                <w:rFonts w:eastAsia="Arial"/>
                <w:sz w:val="17"/>
                <w:lang w:val="et-EE"/>
              </w:rPr>
              <w:t>Transport</w:t>
            </w:r>
          </w:p>
        </w:tc>
      </w:tr>
      <w:tr w:rsidR="00E804CA" w:rsidRPr="00841385" w14:paraId="64CF09A2" w14:textId="77777777">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D455080" w14:textId="77777777" w:rsidR="00E804CA" w:rsidRPr="00841385" w:rsidRDefault="00873725">
            <w:pPr>
              <w:spacing w:after="0"/>
              <w:rPr>
                <w:lang w:val="et-EE"/>
              </w:rPr>
            </w:pPr>
            <w:r w:rsidRPr="00841385">
              <w:rPr>
                <w:rFonts w:eastAsia="Arial"/>
                <w:color w:val="1F6F78"/>
                <w:sz w:val="19"/>
                <w:lang w:val="et-EE"/>
              </w:rPr>
              <w:t xml:space="preserve">☐  </w:t>
            </w:r>
            <w:r w:rsidRPr="00841385">
              <w:rPr>
                <w:rFonts w:eastAsia="Arial"/>
                <w:sz w:val="17"/>
                <w:lang w:val="et-EE"/>
              </w:rPr>
              <w:t>Tööriistad</w:t>
            </w:r>
          </w:p>
        </w:tc>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172E430D" w14:textId="77777777" w:rsidR="00E804CA" w:rsidRPr="00841385" w:rsidRDefault="00873725">
            <w:pPr>
              <w:spacing w:after="0"/>
              <w:rPr>
                <w:lang w:val="et-EE"/>
              </w:rPr>
            </w:pPr>
            <w:r w:rsidRPr="00841385">
              <w:rPr>
                <w:rFonts w:eastAsia="Arial"/>
                <w:color w:val="1F6F78"/>
                <w:sz w:val="19"/>
                <w:lang w:val="et-EE"/>
              </w:rPr>
              <w:t xml:space="preserve">☐  </w:t>
            </w:r>
            <w:r w:rsidRPr="00841385">
              <w:rPr>
                <w:rFonts w:eastAsia="Arial"/>
                <w:sz w:val="17"/>
                <w:lang w:val="et-EE"/>
              </w:rPr>
              <w:t>Vee toomine</w:t>
            </w:r>
          </w:p>
        </w:tc>
      </w:tr>
      <w:tr w:rsidR="00E804CA" w:rsidRPr="00841385" w14:paraId="3C8D0755" w14:textId="77777777">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75B189BA" w14:textId="77777777" w:rsidR="00E804CA" w:rsidRPr="00841385" w:rsidRDefault="00873725">
            <w:pPr>
              <w:spacing w:after="0"/>
              <w:rPr>
                <w:lang w:val="et-EE"/>
              </w:rPr>
            </w:pPr>
            <w:r w:rsidRPr="00841385">
              <w:rPr>
                <w:rFonts w:eastAsia="Arial"/>
                <w:color w:val="1F6F78"/>
                <w:sz w:val="19"/>
                <w:lang w:val="et-EE"/>
              </w:rPr>
              <w:t xml:space="preserve">☐  </w:t>
            </w:r>
            <w:r w:rsidRPr="00841385">
              <w:rPr>
                <w:rFonts w:eastAsia="Arial"/>
                <w:sz w:val="17"/>
                <w:lang w:val="et-EE"/>
              </w:rPr>
              <w:t>Telefoni laadimine</w:t>
            </w:r>
          </w:p>
        </w:tc>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36FDAAC5" w14:textId="77777777" w:rsidR="00E804CA" w:rsidRPr="00841385" w:rsidRDefault="00873725">
            <w:pPr>
              <w:spacing w:after="0"/>
              <w:rPr>
                <w:lang w:val="et-EE"/>
              </w:rPr>
            </w:pPr>
            <w:r w:rsidRPr="00841385">
              <w:rPr>
                <w:rFonts w:eastAsia="Arial"/>
                <w:color w:val="1F6F78"/>
                <w:sz w:val="19"/>
                <w:lang w:val="et-EE"/>
              </w:rPr>
              <w:t xml:space="preserve">☐  </w:t>
            </w:r>
            <w:r w:rsidRPr="00841385">
              <w:rPr>
                <w:rFonts w:eastAsia="Arial"/>
                <w:sz w:val="17"/>
                <w:lang w:val="et-EE"/>
              </w:rPr>
              <w:t>Tõlkeabi</w:t>
            </w:r>
          </w:p>
        </w:tc>
      </w:tr>
      <w:tr w:rsidR="00E804CA" w:rsidRPr="00841385" w14:paraId="34031C12" w14:textId="77777777">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095F1176" w14:textId="77777777" w:rsidR="00E804CA" w:rsidRPr="00841385" w:rsidRDefault="00873725">
            <w:pPr>
              <w:spacing w:after="0"/>
              <w:rPr>
                <w:lang w:val="et-EE"/>
              </w:rPr>
            </w:pPr>
            <w:r w:rsidRPr="00841385">
              <w:rPr>
                <w:rFonts w:eastAsia="Arial"/>
                <w:color w:val="1F6F78"/>
                <w:sz w:val="19"/>
                <w:lang w:val="et-EE"/>
              </w:rPr>
              <w:t xml:space="preserve">☐  </w:t>
            </w:r>
            <w:r w:rsidRPr="00841385">
              <w:rPr>
                <w:rFonts w:eastAsia="Arial"/>
                <w:sz w:val="17"/>
                <w:lang w:val="et-EE"/>
              </w:rPr>
              <w:t>Esmaabi oskus</w:t>
            </w:r>
          </w:p>
        </w:tc>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1F2D9D95" w14:textId="77777777" w:rsidR="00E804CA" w:rsidRPr="00841385" w:rsidRDefault="00873725">
            <w:pPr>
              <w:spacing w:after="0"/>
              <w:rPr>
                <w:lang w:val="et-EE"/>
              </w:rPr>
            </w:pPr>
            <w:r w:rsidRPr="00841385">
              <w:rPr>
                <w:rFonts w:eastAsia="Arial"/>
                <w:color w:val="1F6F78"/>
                <w:sz w:val="19"/>
                <w:lang w:val="et-EE"/>
              </w:rPr>
              <w:t xml:space="preserve">☐  </w:t>
            </w:r>
            <w:r w:rsidRPr="00841385">
              <w:rPr>
                <w:rFonts w:eastAsia="Arial"/>
                <w:sz w:val="17"/>
                <w:lang w:val="et-EE"/>
              </w:rPr>
              <w:t>Turvaline ruum</w:t>
            </w:r>
          </w:p>
        </w:tc>
      </w:tr>
    </w:tbl>
    <w:p w14:paraId="7658A831" w14:textId="77777777" w:rsidR="00E804CA" w:rsidRPr="00841385" w:rsidRDefault="00E804CA">
      <w:pPr>
        <w:spacing w:after="60"/>
        <w:rPr>
          <w:lang w:val="et-EE"/>
        </w:rPr>
      </w:pPr>
    </w:p>
    <w:tbl>
      <w:tblPr>
        <w:tblW w:w="9648" w:type="dxa"/>
        <w:tblInd w:w="120" w:type="dxa"/>
        <w:tblLayout w:type="fixed"/>
        <w:tblLook w:val="04A0" w:firstRow="1" w:lastRow="0" w:firstColumn="1" w:lastColumn="0" w:noHBand="0" w:noVBand="1"/>
      </w:tblPr>
      <w:tblGrid>
        <w:gridCol w:w="9648"/>
      </w:tblGrid>
      <w:tr w:rsidR="00E804CA" w:rsidRPr="00841385" w14:paraId="3189B171" w14:textId="77777777">
        <w:tc>
          <w:tcPr>
            <w:tcW w:w="9648" w:type="dxa"/>
            <w:tcBorders>
              <w:bottom w:val="single" w:sz="5" w:space="0" w:color="D5DEDF"/>
            </w:tcBorders>
            <w:tcMar>
              <w:top w:w="90" w:type="dxa"/>
              <w:left w:w="120" w:type="dxa"/>
              <w:bottom w:w="90" w:type="dxa"/>
              <w:right w:w="120" w:type="dxa"/>
            </w:tcMar>
            <w:vAlign w:val="center"/>
          </w:tcPr>
          <w:p w14:paraId="42394ED8" w14:textId="77777777" w:rsidR="00E804CA" w:rsidRPr="00841385" w:rsidRDefault="00873725">
            <w:pPr>
              <w:spacing w:after="40"/>
              <w:rPr>
                <w:lang w:val="et-EE"/>
              </w:rPr>
            </w:pPr>
            <w:r w:rsidRPr="00841385">
              <w:rPr>
                <w:rFonts w:eastAsia="Arial"/>
                <w:b/>
                <w:color w:val="3F4A4D"/>
                <w:sz w:val="19"/>
                <w:lang w:val="et-EE"/>
              </w:rPr>
              <w:t>Kes saab ise hakkama, kui talle anda õige info?</w:t>
            </w:r>
          </w:p>
          <w:p w14:paraId="2B9295CD" w14:textId="77777777" w:rsidR="00E804CA" w:rsidRPr="00841385" w:rsidRDefault="00E804CA">
            <w:pPr>
              <w:spacing w:after="80"/>
              <w:rPr>
                <w:lang w:val="et-EE"/>
              </w:rPr>
            </w:pPr>
          </w:p>
        </w:tc>
      </w:tr>
      <w:tr w:rsidR="00E804CA" w:rsidRPr="00841385" w14:paraId="1A706719" w14:textId="77777777">
        <w:tc>
          <w:tcPr>
            <w:tcW w:w="9648" w:type="dxa"/>
            <w:tcBorders>
              <w:bottom w:val="single" w:sz="5" w:space="0" w:color="D5DEDF"/>
            </w:tcBorders>
            <w:tcMar>
              <w:top w:w="90" w:type="dxa"/>
              <w:left w:w="120" w:type="dxa"/>
              <w:bottom w:w="90" w:type="dxa"/>
              <w:right w:w="120" w:type="dxa"/>
            </w:tcMar>
            <w:vAlign w:val="center"/>
          </w:tcPr>
          <w:p w14:paraId="0A68F8F9" w14:textId="77777777" w:rsidR="00E804CA" w:rsidRPr="00841385" w:rsidRDefault="00873725">
            <w:pPr>
              <w:spacing w:after="40"/>
              <w:rPr>
                <w:lang w:val="et-EE"/>
              </w:rPr>
            </w:pPr>
            <w:r w:rsidRPr="00841385">
              <w:rPr>
                <w:rFonts w:eastAsia="Arial"/>
                <w:b/>
                <w:color w:val="3F4A4D"/>
                <w:sz w:val="19"/>
                <w:lang w:val="et-EE"/>
              </w:rPr>
              <w:t>Kes vajab väikest abi või ühendamist ressursiga?</w:t>
            </w:r>
          </w:p>
          <w:p w14:paraId="78240F6B" w14:textId="77777777" w:rsidR="00E804CA" w:rsidRPr="00841385" w:rsidRDefault="00E804CA">
            <w:pPr>
              <w:spacing w:after="80"/>
              <w:rPr>
                <w:lang w:val="et-EE"/>
              </w:rPr>
            </w:pPr>
          </w:p>
        </w:tc>
      </w:tr>
      <w:tr w:rsidR="00E804CA" w:rsidRPr="00841385" w14:paraId="35C63117" w14:textId="77777777">
        <w:tc>
          <w:tcPr>
            <w:tcW w:w="9648" w:type="dxa"/>
            <w:tcBorders>
              <w:bottom w:val="single" w:sz="5" w:space="0" w:color="D5DEDF"/>
            </w:tcBorders>
            <w:tcMar>
              <w:top w:w="90" w:type="dxa"/>
              <w:left w:w="120" w:type="dxa"/>
              <w:bottom w:w="90" w:type="dxa"/>
              <w:right w:w="120" w:type="dxa"/>
            </w:tcMar>
            <w:vAlign w:val="center"/>
          </w:tcPr>
          <w:p w14:paraId="652FDADC" w14:textId="77777777" w:rsidR="00E804CA" w:rsidRPr="00841385" w:rsidRDefault="00873725">
            <w:pPr>
              <w:spacing w:after="40"/>
              <w:rPr>
                <w:lang w:val="et-EE"/>
              </w:rPr>
            </w:pPr>
            <w:r w:rsidRPr="00841385">
              <w:rPr>
                <w:rFonts w:eastAsia="Arial"/>
                <w:b/>
                <w:color w:val="3F4A4D"/>
                <w:sz w:val="19"/>
                <w:lang w:val="et-EE"/>
              </w:rPr>
              <w:t>Kes vajab ametlikku abi esmajärjekorras?</w:t>
            </w:r>
          </w:p>
          <w:p w14:paraId="77EC0D46" w14:textId="77777777" w:rsidR="00E804CA" w:rsidRPr="00841385" w:rsidRDefault="00E804CA">
            <w:pPr>
              <w:spacing w:after="80"/>
              <w:rPr>
                <w:lang w:val="et-EE"/>
              </w:rPr>
            </w:pPr>
          </w:p>
        </w:tc>
      </w:tr>
    </w:tbl>
    <w:p w14:paraId="0F56002C" w14:textId="77777777" w:rsidR="00E804CA" w:rsidRPr="00841385" w:rsidRDefault="00E804CA">
      <w:pPr>
        <w:spacing w:after="40"/>
        <w:rPr>
          <w:lang w:val="et-EE"/>
        </w:rPr>
      </w:pPr>
    </w:p>
    <w:p w14:paraId="71515007" w14:textId="4166543A" w:rsidR="00E804CA" w:rsidRPr="00841385" w:rsidRDefault="00E960F1">
      <w:pPr>
        <w:rPr>
          <w:lang w:val="et-EE"/>
        </w:rPr>
      </w:pPr>
      <w:r w:rsidRPr="00841385">
        <w:rPr>
          <w:lang w:val="et-EE"/>
        </w:rPr>
        <w:t xml:space="preserve"> </w:t>
      </w:r>
      <w:r w:rsidR="00873725" w:rsidRPr="00841385">
        <w:rPr>
          <w:lang w:val="et-EE"/>
        </w:rPr>
        <w:br w:type="page"/>
      </w:r>
    </w:p>
    <w:p w14:paraId="577817A6" w14:textId="77777777" w:rsidR="00E804CA" w:rsidRPr="00841385" w:rsidRDefault="00873725">
      <w:pPr>
        <w:keepNext/>
        <w:spacing w:after="60"/>
        <w:rPr>
          <w:lang w:val="et-EE"/>
        </w:rPr>
      </w:pPr>
      <w:r w:rsidRPr="00841385">
        <w:rPr>
          <w:rFonts w:eastAsia="Arial"/>
          <w:b/>
          <w:color w:val="173B45"/>
          <w:sz w:val="30"/>
          <w:lang w:val="et-EE"/>
        </w:rPr>
        <w:lastRenderedPageBreak/>
        <w:t xml:space="preserve"> 15  Kogukonnajuhi kriisikaart</w:t>
      </w:r>
    </w:p>
    <w:p w14:paraId="353025EE" w14:textId="77777777" w:rsidR="00E804CA" w:rsidRPr="00841385" w:rsidRDefault="00873725">
      <w:pPr>
        <w:spacing w:after="160"/>
        <w:rPr>
          <w:lang w:val="et-EE"/>
        </w:rPr>
      </w:pPr>
      <w:r w:rsidRPr="00841385">
        <w:rPr>
          <w:rFonts w:eastAsia="Arial"/>
          <w:color w:val="3F4A4D"/>
          <w:sz w:val="19"/>
          <w:lang w:val="et-EE"/>
        </w:rPr>
        <w:t>Tööriist ühistu esimehele, asumijuhile või teisele eestvedajale: koonda info nii, et seda saab jagada ka teavitustahvlil.</w:t>
      </w:r>
    </w:p>
    <w:tbl>
      <w:tblPr>
        <w:tblW w:w="9648" w:type="dxa"/>
        <w:tblInd w:w="120" w:type="dxa"/>
        <w:tblLayout w:type="fixed"/>
        <w:tblLook w:val="04A0" w:firstRow="1" w:lastRow="0" w:firstColumn="1" w:lastColumn="0" w:noHBand="0" w:noVBand="1"/>
      </w:tblPr>
      <w:tblGrid>
        <w:gridCol w:w="9648"/>
      </w:tblGrid>
      <w:tr w:rsidR="00E804CA" w:rsidRPr="00841385" w14:paraId="15691F70" w14:textId="77777777">
        <w:tc>
          <w:tcPr>
            <w:tcW w:w="9648" w:type="dxa"/>
            <w:tcBorders>
              <w:bottom w:val="single" w:sz="5" w:space="0" w:color="D5DEDF"/>
            </w:tcBorders>
            <w:tcMar>
              <w:top w:w="90" w:type="dxa"/>
              <w:left w:w="120" w:type="dxa"/>
              <w:bottom w:w="90" w:type="dxa"/>
              <w:right w:w="120" w:type="dxa"/>
            </w:tcMar>
            <w:vAlign w:val="center"/>
          </w:tcPr>
          <w:p w14:paraId="132BE126" w14:textId="77777777" w:rsidR="00E804CA" w:rsidRPr="00841385" w:rsidRDefault="00873725">
            <w:pPr>
              <w:spacing w:after="40"/>
              <w:rPr>
                <w:lang w:val="et-EE"/>
              </w:rPr>
            </w:pPr>
            <w:r w:rsidRPr="00841385">
              <w:rPr>
                <w:rFonts w:eastAsia="Arial"/>
                <w:b/>
                <w:color w:val="3F4A4D"/>
                <w:sz w:val="19"/>
                <w:lang w:val="et-EE"/>
              </w:rPr>
              <w:t>Hoone / piirkond</w:t>
            </w:r>
          </w:p>
        </w:tc>
      </w:tr>
      <w:tr w:rsidR="00E804CA" w:rsidRPr="00841385" w14:paraId="60F3E78F" w14:textId="77777777">
        <w:tc>
          <w:tcPr>
            <w:tcW w:w="9648" w:type="dxa"/>
            <w:tcBorders>
              <w:bottom w:val="single" w:sz="5" w:space="0" w:color="D5DEDF"/>
            </w:tcBorders>
            <w:tcMar>
              <w:top w:w="90" w:type="dxa"/>
              <w:left w:w="120" w:type="dxa"/>
              <w:bottom w:w="90" w:type="dxa"/>
              <w:right w:w="120" w:type="dxa"/>
            </w:tcMar>
            <w:vAlign w:val="center"/>
          </w:tcPr>
          <w:p w14:paraId="7CE7BABD" w14:textId="77777777" w:rsidR="00E804CA" w:rsidRPr="00841385" w:rsidRDefault="00873725">
            <w:pPr>
              <w:spacing w:after="40"/>
              <w:rPr>
                <w:lang w:val="et-EE"/>
              </w:rPr>
            </w:pPr>
            <w:r w:rsidRPr="00841385">
              <w:rPr>
                <w:rFonts w:eastAsia="Arial"/>
                <w:b/>
                <w:color w:val="3F4A4D"/>
                <w:sz w:val="19"/>
                <w:lang w:val="et-EE"/>
              </w:rPr>
              <w:t>Kaardi või skeemi asukoht</w:t>
            </w:r>
          </w:p>
        </w:tc>
      </w:tr>
      <w:tr w:rsidR="00E804CA" w:rsidRPr="00841385" w14:paraId="19172B55" w14:textId="77777777">
        <w:tc>
          <w:tcPr>
            <w:tcW w:w="9648" w:type="dxa"/>
            <w:tcBorders>
              <w:bottom w:val="single" w:sz="5" w:space="0" w:color="D5DEDF"/>
            </w:tcBorders>
            <w:tcMar>
              <w:top w:w="90" w:type="dxa"/>
              <w:left w:w="120" w:type="dxa"/>
              <w:bottom w:w="90" w:type="dxa"/>
              <w:right w:w="120" w:type="dxa"/>
            </w:tcMar>
            <w:vAlign w:val="center"/>
          </w:tcPr>
          <w:p w14:paraId="08073F61" w14:textId="77777777" w:rsidR="00E804CA" w:rsidRPr="00841385" w:rsidRDefault="00873725">
            <w:pPr>
              <w:spacing w:after="40"/>
              <w:rPr>
                <w:lang w:val="et-EE"/>
              </w:rPr>
            </w:pPr>
            <w:r w:rsidRPr="00841385">
              <w:rPr>
                <w:rFonts w:eastAsia="Arial"/>
                <w:b/>
                <w:color w:val="3F4A4D"/>
                <w:sz w:val="19"/>
                <w:lang w:val="et-EE"/>
              </w:rPr>
              <w:t>Vastutaja ja asendaja</w:t>
            </w:r>
          </w:p>
        </w:tc>
      </w:tr>
    </w:tbl>
    <w:p w14:paraId="28E60D1C" w14:textId="77777777" w:rsidR="00E804CA" w:rsidRPr="00841385" w:rsidRDefault="00E804CA">
      <w:pPr>
        <w:spacing w:after="40"/>
        <w:rPr>
          <w:lang w:val="et-EE"/>
        </w:rPr>
      </w:pPr>
    </w:p>
    <w:p w14:paraId="1C91AB9D" w14:textId="77777777" w:rsidR="00E804CA" w:rsidRPr="00841385" w:rsidRDefault="00873725">
      <w:pPr>
        <w:spacing w:after="80"/>
        <w:rPr>
          <w:lang w:val="et-EE"/>
        </w:rPr>
      </w:pPr>
      <w:r w:rsidRPr="00841385">
        <w:rPr>
          <w:rFonts w:eastAsia="Arial"/>
          <w:b/>
          <w:color w:val="173B45"/>
          <w:sz w:val="22"/>
          <w:lang w:val="et-EE"/>
        </w:rPr>
        <w:t>Oluline taristu ja ressursid</w:t>
      </w:r>
    </w:p>
    <w:tbl>
      <w:tblPr>
        <w:tblW w:w="9648" w:type="dxa"/>
        <w:tblInd w:w="120" w:type="dxa"/>
        <w:tblLayout w:type="fixed"/>
        <w:tblLook w:val="04A0" w:firstRow="1" w:lastRow="0" w:firstColumn="1" w:lastColumn="0" w:noHBand="0" w:noVBand="1"/>
      </w:tblPr>
      <w:tblGrid>
        <w:gridCol w:w="1800"/>
        <w:gridCol w:w="2520"/>
        <w:gridCol w:w="2520"/>
        <w:gridCol w:w="2808"/>
      </w:tblGrid>
      <w:tr w:rsidR="00E804CA" w:rsidRPr="00841385" w14:paraId="289CF380" w14:textId="77777777">
        <w:tc>
          <w:tcPr>
            <w:tcW w:w="1800"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1B71619B" w14:textId="77777777" w:rsidR="00E804CA" w:rsidRPr="00841385" w:rsidRDefault="00873725">
            <w:pPr>
              <w:spacing w:after="0"/>
              <w:jc w:val="center"/>
              <w:rPr>
                <w:lang w:val="et-EE"/>
              </w:rPr>
            </w:pPr>
            <w:r w:rsidRPr="00841385">
              <w:rPr>
                <w:rFonts w:eastAsia="Arial"/>
                <w:b/>
                <w:color w:val="FFFFFF"/>
                <w:sz w:val="17"/>
                <w:lang w:val="et-EE"/>
              </w:rPr>
              <w:t>Mis?</w:t>
            </w:r>
          </w:p>
        </w:tc>
        <w:tc>
          <w:tcPr>
            <w:tcW w:w="2520"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67BA3A4B" w14:textId="77777777" w:rsidR="00E804CA" w:rsidRPr="00841385" w:rsidRDefault="00873725">
            <w:pPr>
              <w:spacing w:after="0"/>
              <w:jc w:val="center"/>
              <w:rPr>
                <w:lang w:val="et-EE"/>
              </w:rPr>
            </w:pPr>
            <w:r w:rsidRPr="00841385">
              <w:rPr>
                <w:rFonts w:eastAsia="Arial"/>
                <w:b/>
                <w:color w:val="FFFFFF"/>
                <w:sz w:val="17"/>
                <w:lang w:val="et-EE"/>
              </w:rPr>
              <w:t>Täpne asukoht</w:t>
            </w:r>
          </w:p>
        </w:tc>
        <w:tc>
          <w:tcPr>
            <w:tcW w:w="2520"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6E5B37EB" w14:textId="77777777" w:rsidR="00E804CA" w:rsidRPr="00841385" w:rsidRDefault="00873725">
            <w:pPr>
              <w:spacing w:after="0"/>
              <w:jc w:val="center"/>
              <w:rPr>
                <w:lang w:val="et-EE"/>
              </w:rPr>
            </w:pPr>
            <w:r w:rsidRPr="00841385">
              <w:rPr>
                <w:rFonts w:eastAsia="Arial"/>
                <w:b/>
                <w:color w:val="FFFFFF"/>
                <w:sz w:val="17"/>
                <w:lang w:val="et-EE"/>
              </w:rPr>
              <w:t>Mida sealt saab?</w:t>
            </w:r>
          </w:p>
        </w:tc>
        <w:tc>
          <w:tcPr>
            <w:tcW w:w="2808"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3C7D290F" w14:textId="77777777" w:rsidR="00E804CA" w:rsidRPr="00841385" w:rsidRDefault="00873725">
            <w:pPr>
              <w:spacing w:after="0"/>
              <w:jc w:val="center"/>
              <w:rPr>
                <w:lang w:val="et-EE"/>
              </w:rPr>
            </w:pPr>
            <w:r w:rsidRPr="00841385">
              <w:rPr>
                <w:rFonts w:eastAsia="Arial"/>
                <w:b/>
                <w:color w:val="FFFFFF"/>
                <w:sz w:val="17"/>
                <w:lang w:val="et-EE"/>
              </w:rPr>
              <w:t>Kellele mõeldud / ligipääs</w:t>
            </w:r>
          </w:p>
        </w:tc>
      </w:tr>
      <w:tr w:rsidR="00E804CA" w:rsidRPr="00841385" w14:paraId="28381510" w14:textId="77777777">
        <w:tc>
          <w:tcPr>
            <w:tcW w:w="180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2836412E" w14:textId="77777777" w:rsidR="00E804CA" w:rsidRPr="00841385" w:rsidRDefault="00873725">
            <w:pPr>
              <w:spacing w:after="0"/>
              <w:rPr>
                <w:lang w:val="et-EE"/>
              </w:rPr>
            </w:pPr>
            <w:r w:rsidRPr="00841385">
              <w:rPr>
                <w:rFonts w:eastAsia="Arial"/>
                <w:sz w:val="15"/>
                <w:lang w:val="et-EE"/>
              </w:rPr>
              <w:t>Vesi</w:t>
            </w:r>
          </w:p>
        </w:tc>
        <w:tc>
          <w:tcPr>
            <w:tcW w:w="252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446F46B8" w14:textId="77777777" w:rsidR="00E804CA" w:rsidRPr="00841385" w:rsidRDefault="00E804CA">
            <w:pPr>
              <w:spacing w:after="0"/>
              <w:rPr>
                <w:lang w:val="et-EE"/>
              </w:rPr>
            </w:pPr>
          </w:p>
        </w:tc>
        <w:tc>
          <w:tcPr>
            <w:tcW w:w="252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7BF8E5D8" w14:textId="77777777" w:rsidR="00E804CA" w:rsidRPr="00841385" w:rsidRDefault="00E804CA">
            <w:pPr>
              <w:spacing w:after="0"/>
              <w:rPr>
                <w:lang w:val="et-EE"/>
              </w:rPr>
            </w:pPr>
          </w:p>
        </w:tc>
        <w:tc>
          <w:tcPr>
            <w:tcW w:w="2808"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169689FB" w14:textId="77777777" w:rsidR="00E804CA" w:rsidRPr="00841385" w:rsidRDefault="00E804CA">
            <w:pPr>
              <w:spacing w:after="0"/>
              <w:rPr>
                <w:lang w:val="et-EE"/>
              </w:rPr>
            </w:pPr>
          </w:p>
        </w:tc>
      </w:tr>
      <w:tr w:rsidR="00E804CA" w:rsidRPr="00841385" w14:paraId="27DC0736" w14:textId="77777777">
        <w:tc>
          <w:tcPr>
            <w:tcW w:w="180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0A8CC71B" w14:textId="77777777" w:rsidR="00E804CA" w:rsidRPr="00841385" w:rsidRDefault="00873725">
            <w:pPr>
              <w:spacing w:after="0"/>
              <w:rPr>
                <w:lang w:val="et-EE"/>
              </w:rPr>
            </w:pPr>
            <w:r w:rsidRPr="00841385">
              <w:rPr>
                <w:rFonts w:eastAsia="Arial"/>
                <w:sz w:val="15"/>
                <w:lang w:val="et-EE"/>
              </w:rPr>
              <w:t>Varjumine</w:t>
            </w:r>
          </w:p>
        </w:tc>
        <w:tc>
          <w:tcPr>
            <w:tcW w:w="252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55BF0470" w14:textId="77777777" w:rsidR="00E804CA" w:rsidRPr="00841385" w:rsidRDefault="00E804CA">
            <w:pPr>
              <w:spacing w:after="0"/>
              <w:rPr>
                <w:lang w:val="et-EE"/>
              </w:rPr>
            </w:pPr>
          </w:p>
        </w:tc>
        <w:tc>
          <w:tcPr>
            <w:tcW w:w="252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1C1A2E48" w14:textId="77777777" w:rsidR="00E804CA" w:rsidRPr="00841385" w:rsidRDefault="00E804CA">
            <w:pPr>
              <w:spacing w:after="0"/>
              <w:rPr>
                <w:lang w:val="et-EE"/>
              </w:rPr>
            </w:pPr>
          </w:p>
        </w:tc>
        <w:tc>
          <w:tcPr>
            <w:tcW w:w="2808"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336E41B8" w14:textId="77777777" w:rsidR="00E804CA" w:rsidRPr="00841385" w:rsidRDefault="00E804CA">
            <w:pPr>
              <w:spacing w:after="0"/>
              <w:rPr>
                <w:lang w:val="et-EE"/>
              </w:rPr>
            </w:pPr>
          </w:p>
        </w:tc>
      </w:tr>
      <w:tr w:rsidR="00E804CA" w:rsidRPr="00841385" w14:paraId="09F0E71C" w14:textId="77777777">
        <w:tc>
          <w:tcPr>
            <w:tcW w:w="180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3F0D7484" w14:textId="77777777" w:rsidR="00E804CA" w:rsidRPr="00841385" w:rsidRDefault="00873725">
            <w:pPr>
              <w:spacing w:after="0"/>
              <w:rPr>
                <w:lang w:val="et-EE"/>
              </w:rPr>
            </w:pPr>
            <w:r w:rsidRPr="00841385">
              <w:rPr>
                <w:rFonts w:eastAsia="Arial"/>
                <w:sz w:val="15"/>
                <w:lang w:val="et-EE"/>
              </w:rPr>
              <w:t>Info / teavitustahvel</w:t>
            </w:r>
          </w:p>
        </w:tc>
        <w:tc>
          <w:tcPr>
            <w:tcW w:w="252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023BB3E3" w14:textId="77777777" w:rsidR="00E804CA" w:rsidRPr="00841385" w:rsidRDefault="00E804CA">
            <w:pPr>
              <w:spacing w:after="0"/>
              <w:rPr>
                <w:lang w:val="et-EE"/>
              </w:rPr>
            </w:pPr>
          </w:p>
        </w:tc>
        <w:tc>
          <w:tcPr>
            <w:tcW w:w="252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4770CD54" w14:textId="77777777" w:rsidR="00E804CA" w:rsidRPr="00841385" w:rsidRDefault="00E804CA">
            <w:pPr>
              <w:spacing w:after="0"/>
              <w:rPr>
                <w:lang w:val="et-EE"/>
              </w:rPr>
            </w:pPr>
          </w:p>
        </w:tc>
        <w:tc>
          <w:tcPr>
            <w:tcW w:w="2808"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4D81DC65" w14:textId="77777777" w:rsidR="00E804CA" w:rsidRPr="00841385" w:rsidRDefault="00E804CA">
            <w:pPr>
              <w:spacing w:after="0"/>
              <w:rPr>
                <w:lang w:val="et-EE"/>
              </w:rPr>
            </w:pPr>
          </w:p>
        </w:tc>
      </w:tr>
      <w:tr w:rsidR="00E804CA" w:rsidRPr="00841385" w14:paraId="0D8FD758" w14:textId="77777777">
        <w:tc>
          <w:tcPr>
            <w:tcW w:w="180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79DEDD88" w14:textId="77777777" w:rsidR="00E804CA" w:rsidRPr="00841385" w:rsidRDefault="00873725">
            <w:pPr>
              <w:spacing w:after="0"/>
              <w:rPr>
                <w:lang w:val="et-EE"/>
              </w:rPr>
            </w:pPr>
            <w:r w:rsidRPr="00841385">
              <w:rPr>
                <w:rFonts w:eastAsia="Arial"/>
                <w:sz w:val="15"/>
                <w:lang w:val="et-EE"/>
              </w:rPr>
              <w:t>Laadimine / varutoide</w:t>
            </w:r>
          </w:p>
        </w:tc>
        <w:tc>
          <w:tcPr>
            <w:tcW w:w="252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75E5ABBB" w14:textId="77777777" w:rsidR="00E804CA" w:rsidRPr="00841385" w:rsidRDefault="00E804CA">
            <w:pPr>
              <w:spacing w:after="0"/>
              <w:rPr>
                <w:lang w:val="et-EE"/>
              </w:rPr>
            </w:pPr>
          </w:p>
        </w:tc>
        <w:tc>
          <w:tcPr>
            <w:tcW w:w="252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06FA128F" w14:textId="77777777" w:rsidR="00E804CA" w:rsidRPr="00841385" w:rsidRDefault="00E804CA">
            <w:pPr>
              <w:spacing w:after="0"/>
              <w:rPr>
                <w:lang w:val="et-EE"/>
              </w:rPr>
            </w:pPr>
          </w:p>
        </w:tc>
        <w:tc>
          <w:tcPr>
            <w:tcW w:w="2808"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42A6A189" w14:textId="77777777" w:rsidR="00E804CA" w:rsidRPr="00841385" w:rsidRDefault="00E804CA">
            <w:pPr>
              <w:spacing w:after="0"/>
              <w:rPr>
                <w:lang w:val="et-EE"/>
              </w:rPr>
            </w:pPr>
          </w:p>
        </w:tc>
      </w:tr>
      <w:tr w:rsidR="00E804CA" w:rsidRPr="00841385" w14:paraId="0E504181" w14:textId="77777777">
        <w:tc>
          <w:tcPr>
            <w:tcW w:w="180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24504E3" w14:textId="77777777" w:rsidR="00E804CA" w:rsidRPr="00841385" w:rsidRDefault="00873725">
            <w:pPr>
              <w:spacing w:after="0"/>
              <w:rPr>
                <w:lang w:val="et-EE"/>
              </w:rPr>
            </w:pPr>
            <w:r w:rsidRPr="00841385">
              <w:rPr>
                <w:rFonts w:eastAsia="Arial"/>
                <w:sz w:val="15"/>
                <w:lang w:val="et-EE"/>
              </w:rPr>
              <w:t>Esmaabi / ravimid</w:t>
            </w:r>
          </w:p>
        </w:tc>
        <w:tc>
          <w:tcPr>
            <w:tcW w:w="252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0CD961F8" w14:textId="77777777" w:rsidR="00E804CA" w:rsidRPr="00841385" w:rsidRDefault="00E804CA">
            <w:pPr>
              <w:spacing w:after="0"/>
              <w:rPr>
                <w:lang w:val="et-EE"/>
              </w:rPr>
            </w:pPr>
          </w:p>
        </w:tc>
        <w:tc>
          <w:tcPr>
            <w:tcW w:w="252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0A9010FB" w14:textId="77777777" w:rsidR="00E804CA" w:rsidRPr="00841385" w:rsidRDefault="00E804CA">
            <w:pPr>
              <w:spacing w:after="0"/>
              <w:rPr>
                <w:lang w:val="et-EE"/>
              </w:rPr>
            </w:pPr>
          </w:p>
        </w:tc>
        <w:tc>
          <w:tcPr>
            <w:tcW w:w="2808"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53E83544" w14:textId="77777777" w:rsidR="00E804CA" w:rsidRPr="00841385" w:rsidRDefault="00E804CA">
            <w:pPr>
              <w:spacing w:after="0"/>
              <w:rPr>
                <w:lang w:val="et-EE"/>
              </w:rPr>
            </w:pPr>
          </w:p>
        </w:tc>
      </w:tr>
      <w:tr w:rsidR="00E804CA" w:rsidRPr="00841385" w14:paraId="531EF339" w14:textId="77777777">
        <w:tc>
          <w:tcPr>
            <w:tcW w:w="180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37EDB680" w14:textId="77777777" w:rsidR="00E804CA" w:rsidRPr="00841385" w:rsidRDefault="00873725">
            <w:pPr>
              <w:spacing w:after="0"/>
              <w:rPr>
                <w:lang w:val="et-EE"/>
              </w:rPr>
            </w:pPr>
            <w:r w:rsidRPr="00841385">
              <w:rPr>
                <w:rFonts w:eastAsia="Arial"/>
                <w:sz w:val="15"/>
                <w:lang w:val="et-EE"/>
              </w:rPr>
              <w:t>Transport / kogunemine</w:t>
            </w:r>
          </w:p>
        </w:tc>
        <w:tc>
          <w:tcPr>
            <w:tcW w:w="252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357F0EAA" w14:textId="77777777" w:rsidR="00E804CA" w:rsidRPr="00841385" w:rsidRDefault="00E804CA">
            <w:pPr>
              <w:spacing w:after="0"/>
              <w:rPr>
                <w:lang w:val="et-EE"/>
              </w:rPr>
            </w:pPr>
          </w:p>
        </w:tc>
        <w:tc>
          <w:tcPr>
            <w:tcW w:w="252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6625224" w14:textId="77777777" w:rsidR="00E804CA" w:rsidRPr="00841385" w:rsidRDefault="00E804CA">
            <w:pPr>
              <w:spacing w:after="0"/>
              <w:rPr>
                <w:lang w:val="et-EE"/>
              </w:rPr>
            </w:pPr>
          </w:p>
        </w:tc>
        <w:tc>
          <w:tcPr>
            <w:tcW w:w="2808"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4F62CBB" w14:textId="77777777" w:rsidR="00E804CA" w:rsidRPr="00841385" w:rsidRDefault="00E804CA">
            <w:pPr>
              <w:spacing w:after="0"/>
              <w:rPr>
                <w:lang w:val="et-EE"/>
              </w:rPr>
            </w:pPr>
          </w:p>
        </w:tc>
      </w:tr>
      <w:tr w:rsidR="00E804CA" w:rsidRPr="00841385" w14:paraId="25EEA107" w14:textId="77777777">
        <w:tc>
          <w:tcPr>
            <w:tcW w:w="180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565C41F" w14:textId="77777777" w:rsidR="00E804CA" w:rsidRPr="00841385" w:rsidRDefault="00873725">
            <w:pPr>
              <w:spacing w:after="0"/>
              <w:rPr>
                <w:lang w:val="et-EE"/>
              </w:rPr>
            </w:pPr>
            <w:r w:rsidRPr="00841385">
              <w:rPr>
                <w:rFonts w:eastAsia="Arial"/>
                <w:sz w:val="15"/>
                <w:lang w:val="et-EE"/>
              </w:rPr>
              <w:t>Muu</w:t>
            </w:r>
          </w:p>
        </w:tc>
        <w:tc>
          <w:tcPr>
            <w:tcW w:w="252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0C21C11E" w14:textId="77777777" w:rsidR="00E804CA" w:rsidRPr="00841385" w:rsidRDefault="00E804CA">
            <w:pPr>
              <w:spacing w:after="0"/>
              <w:rPr>
                <w:lang w:val="et-EE"/>
              </w:rPr>
            </w:pPr>
          </w:p>
        </w:tc>
        <w:tc>
          <w:tcPr>
            <w:tcW w:w="252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05FA45F0" w14:textId="77777777" w:rsidR="00E804CA" w:rsidRPr="00841385" w:rsidRDefault="00E804CA">
            <w:pPr>
              <w:spacing w:after="0"/>
              <w:rPr>
                <w:lang w:val="et-EE"/>
              </w:rPr>
            </w:pPr>
          </w:p>
        </w:tc>
        <w:tc>
          <w:tcPr>
            <w:tcW w:w="2808"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D59B7D7" w14:textId="77777777" w:rsidR="00E804CA" w:rsidRPr="00841385" w:rsidRDefault="00E804CA">
            <w:pPr>
              <w:spacing w:after="0"/>
              <w:rPr>
                <w:lang w:val="et-EE"/>
              </w:rPr>
            </w:pPr>
          </w:p>
        </w:tc>
      </w:tr>
    </w:tbl>
    <w:p w14:paraId="4EA44F00" w14:textId="77777777" w:rsidR="00E804CA" w:rsidRPr="00841385" w:rsidRDefault="00E804CA">
      <w:pPr>
        <w:spacing w:after="60"/>
        <w:rPr>
          <w:lang w:val="et-EE"/>
        </w:rPr>
      </w:pPr>
    </w:p>
    <w:p w14:paraId="10779B74" w14:textId="77777777" w:rsidR="00E804CA" w:rsidRPr="00841385" w:rsidRDefault="00873725">
      <w:pPr>
        <w:spacing w:after="80"/>
        <w:rPr>
          <w:lang w:val="et-EE"/>
        </w:rPr>
      </w:pPr>
      <w:r w:rsidRPr="00841385">
        <w:rPr>
          <w:rFonts w:eastAsia="Arial"/>
          <w:b/>
          <w:color w:val="173B45"/>
          <w:sz w:val="22"/>
          <w:lang w:val="et-EE"/>
        </w:rPr>
        <w:t>Teavitustahvlile panen</w:t>
      </w:r>
    </w:p>
    <w:tbl>
      <w:tblPr>
        <w:tblW w:w="9648" w:type="dxa"/>
        <w:tblInd w:w="120" w:type="dxa"/>
        <w:tblLayout w:type="fixed"/>
        <w:tblLook w:val="04A0" w:firstRow="1" w:lastRow="0" w:firstColumn="1" w:lastColumn="0" w:noHBand="0" w:noVBand="1"/>
      </w:tblPr>
      <w:tblGrid>
        <w:gridCol w:w="4824"/>
        <w:gridCol w:w="4824"/>
      </w:tblGrid>
      <w:tr w:rsidR="00E804CA" w:rsidRPr="00841385" w14:paraId="3AE10B57" w14:textId="77777777">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57936C8F" w14:textId="77777777" w:rsidR="00E804CA" w:rsidRPr="00841385" w:rsidRDefault="00873725">
            <w:pPr>
              <w:spacing w:after="0"/>
              <w:rPr>
                <w:lang w:val="et-EE"/>
              </w:rPr>
            </w:pPr>
            <w:r w:rsidRPr="00841385">
              <w:rPr>
                <w:rFonts w:eastAsia="Arial"/>
                <w:color w:val="1F6F78"/>
                <w:sz w:val="18"/>
                <w:lang w:val="et-EE"/>
              </w:rPr>
              <w:t xml:space="preserve">☐  </w:t>
            </w:r>
            <w:r w:rsidRPr="00841385">
              <w:rPr>
                <w:rFonts w:eastAsia="Arial"/>
                <w:sz w:val="16"/>
                <w:lang w:val="et-EE"/>
              </w:rPr>
              <w:t>Mis juhtus ja millal?</w:t>
            </w:r>
          </w:p>
        </w:tc>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4DB8855C" w14:textId="77777777" w:rsidR="00E804CA" w:rsidRPr="00841385" w:rsidRDefault="00873725">
            <w:pPr>
              <w:spacing w:after="0"/>
              <w:rPr>
                <w:lang w:val="et-EE"/>
              </w:rPr>
            </w:pPr>
            <w:r w:rsidRPr="00841385">
              <w:rPr>
                <w:rFonts w:eastAsia="Arial"/>
                <w:color w:val="1F6F78"/>
                <w:sz w:val="18"/>
                <w:lang w:val="et-EE"/>
              </w:rPr>
              <w:t xml:space="preserve">☐  </w:t>
            </w:r>
            <w:r w:rsidRPr="00841385">
              <w:rPr>
                <w:rFonts w:eastAsia="Arial"/>
                <w:sz w:val="16"/>
                <w:lang w:val="et-EE"/>
              </w:rPr>
              <w:t>Kontrollitud infoallikas</w:t>
            </w:r>
          </w:p>
        </w:tc>
      </w:tr>
      <w:tr w:rsidR="00E804CA" w:rsidRPr="00841385" w14:paraId="2A6FD75D" w14:textId="77777777">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67CD82D" w14:textId="77777777" w:rsidR="00E804CA" w:rsidRPr="00841385" w:rsidRDefault="00873725">
            <w:pPr>
              <w:spacing w:after="0"/>
              <w:rPr>
                <w:lang w:val="et-EE"/>
              </w:rPr>
            </w:pPr>
            <w:r w:rsidRPr="00841385">
              <w:rPr>
                <w:rFonts w:eastAsia="Arial"/>
                <w:color w:val="1F6F78"/>
                <w:sz w:val="18"/>
                <w:lang w:val="et-EE"/>
              </w:rPr>
              <w:t xml:space="preserve">☐  </w:t>
            </w:r>
            <w:r w:rsidRPr="00841385">
              <w:rPr>
                <w:rFonts w:eastAsia="Arial"/>
                <w:sz w:val="16"/>
                <w:lang w:val="et-EE"/>
              </w:rPr>
              <w:t>Mida elanikel teha?</w:t>
            </w:r>
          </w:p>
        </w:tc>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5E7E32CD" w14:textId="77777777" w:rsidR="00E804CA" w:rsidRPr="00841385" w:rsidRDefault="00873725">
            <w:pPr>
              <w:spacing w:after="0"/>
              <w:rPr>
                <w:lang w:val="et-EE"/>
              </w:rPr>
            </w:pPr>
            <w:r w:rsidRPr="00841385">
              <w:rPr>
                <w:rFonts w:eastAsia="Arial"/>
                <w:color w:val="1F6F78"/>
                <w:sz w:val="18"/>
                <w:lang w:val="et-EE"/>
              </w:rPr>
              <w:t xml:space="preserve">☐  </w:t>
            </w:r>
            <w:r w:rsidRPr="00841385">
              <w:rPr>
                <w:rFonts w:eastAsia="Arial"/>
                <w:sz w:val="16"/>
                <w:lang w:val="et-EE"/>
              </w:rPr>
              <w:t>Vee, info, laadimise ja abi asukohad</w:t>
            </w:r>
          </w:p>
        </w:tc>
      </w:tr>
      <w:tr w:rsidR="00E804CA" w:rsidRPr="00841385" w14:paraId="1207825D" w14:textId="77777777">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1FA5CC0D" w14:textId="77777777" w:rsidR="00E804CA" w:rsidRPr="00841385" w:rsidRDefault="00873725">
            <w:pPr>
              <w:spacing w:after="0"/>
              <w:rPr>
                <w:lang w:val="et-EE"/>
              </w:rPr>
            </w:pPr>
            <w:r w:rsidRPr="00841385">
              <w:rPr>
                <w:rFonts w:eastAsia="Arial"/>
                <w:color w:val="1F6F78"/>
                <w:sz w:val="18"/>
                <w:lang w:val="et-EE"/>
              </w:rPr>
              <w:t xml:space="preserve">☐  </w:t>
            </w:r>
            <w:r w:rsidRPr="00841385">
              <w:rPr>
                <w:rFonts w:eastAsia="Arial"/>
                <w:sz w:val="16"/>
                <w:lang w:val="et-EE"/>
              </w:rPr>
              <w:t>Kellele on abi esmajärjekorras?</w:t>
            </w:r>
          </w:p>
        </w:tc>
        <w:tc>
          <w:tcPr>
            <w:tcW w:w="482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3691CA37" w14:textId="77777777" w:rsidR="00E804CA" w:rsidRPr="00841385" w:rsidRDefault="00873725">
            <w:pPr>
              <w:spacing w:after="0"/>
              <w:rPr>
                <w:lang w:val="et-EE"/>
              </w:rPr>
            </w:pPr>
            <w:r w:rsidRPr="00841385">
              <w:rPr>
                <w:rFonts w:eastAsia="Arial"/>
                <w:color w:val="1F6F78"/>
                <w:sz w:val="18"/>
                <w:lang w:val="et-EE"/>
              </w:rPr>
              <w:t xml:space="preserve">☐  </w:t>
            </w:r>
            <w:r w:rsidRPr="00841385">
              <w:rPr>
                <w:rFonts w:eastAsia="Arial"/>
                <w:sz w:val="16"/>
                <w:lang w:val="et-EE"/>
              </w:rPr>
              <w:t>Järgmise uuenduse aeg ja kontakt</w:t>
            </w:r>
          </w:p>
        </w:tc>
      </w:tr>
    </w:tbl>
    <w:p w14:paraId="4520F038" w14:textId="77777777" w:rsidR="00E804CA" w:rsidRPr="00841385" w:rsidRDefault="00E804CA">
      <w:pPr>
        <w:spacing w:after="60"/>
        <w:rPr>
          <w:lang w:val="et-EE"/>
        </w:rPr>
      </w:pPr>
    </w:p>
    <w:tbl>
      <w:tblPr>
        <w:tblW w:w="9648" w:type="dxa"/>
        <w:tblInd w:w="120" w:type="dxa"/>
        <w:tblLayout w:type="fixed"/>
        <w:tblLook w:val="04A0" w:firstRow="1" w:lastRow="0" w:firstColumn="1" w:lastColumn="0" w:noHBand="0" w:noVBand="1"/>
      </w:tblPr>
      <w:tblGrid>
        <w:gridCol w:w="9648"/>
      </w:tblGrid>
      <w:tr w:rsidR="00E804CA" w:rsidRPr="00841385" w14:paraId="3F9063D1" w14:textId="77777777">
        <w:tc>
          <w:tcPr>
            <w:tcW w:w="9648" w:type="dxa"/>
            <w:tcBorders>
              <w:bottom w:val="single" w:sz="5" w:space="0" w:color="D5DEDF"/>
            </w:tcBorders>
            <w:tcMar>
              <w:top w:w="90" w:type="dxa"/>
              <w:left w:w="120" w:type="dxa"/>
              <w:bottom w:w="90" w:type="dxa"/>
              <w:right w:w="120" w:type="dxa"/>
            </w:tcMar>
            <w:vAlign w:val="center"/>
          </w:tcPr>
          <w:p w14:paraId="33F93EEA" w14:textId="77777777" w:rsidR="00E804CA" w:rsidRDefault="00873725">
            <w:pPr>
              <w:spacing w:after="40"/>
              <w:rPr>
                <w:rFonts w:eastAsia="Arial"/>
                <w:b/>
                <w:color w:val="3F4A4D"/>
                <w:sz w:val="19"/>
                <w:lang w:val="et-EE"/>
              </w:rPr>
            </w:pPr>
            <w:r w:rsidRPr="00841385">
              <w:rPr>
                <w:rFonts w:eastAsia="Arial"/>
                <w:b/>
                <w:color w:val="3F4A4D"/>
                <w:sz w:val="19"/>
                <w:lang w:val="et-EE"/>
              </w:rPr>
              <w:t>Kuidas jõuab info nendeni, kes teavitustahvlit või telefoni ei näe?</w:t>
            </w:r>
          </w:p>
          <w:p w14:paraId="1BAC644B" w14:textId="77777777" w:rsidR="00051719" w:rsidRPr="00841385" w:rsidRDefault="00051719">
            <w:pPr>
              <w:spacing w:after="40"/>
              <w:rPr>
                <w:lang w:val="et-EE"/>
              </w:rPr>
            </w:pPr>
          </w:p>
        </w:tc>
      </w:tr>
    </w:tbl>
    <w:p w14:paraId="21522936" w14:textId="77777777" w:rsidR="00E804CA" w:rsidRPr="00841385" w:rsidRDefault="00E804CA">
      <w:pPr>
        <w:spacing w:after="40"/>
        <w:rPr>
          <w:lang w:val="et-EE"/>
        </w:rPr>
      </w:pPr>
    </w:p>
    <w:p w14:paraId="5B19C42E" w14:textId="77777777" w:rsidR="006D439D" w:rsidRDefault="006D439D">
      <w:pPr>
        <w:rPr>
          <w:lang w:val="et-EE"/>
        </w:rPr>
        <w:sectPr w:rsidR="006D439D" w:rsidSect="00034616">
          <w:headerReference w:type="default" r:id="rId9"/>
          <w:footerReference w:type="default" r:id="rId10"/>
          <w:pgSz w:w="11906" w:h="16838"/>
          <w:pgMar w:top="907" w:right="1020" w:bottom="850" w:left="1020" w:header="454" w:footer="454" w:gutter="0"/>
          <w:cols w:space="720"/>
          <w:titlePg/>
          <w:docGrid w:linePitch="360"/>
        </w:sectPr>
      </w:pPr>
    </w:p>
    <w:p w14:paraId="16D26C2A" w14:textId="77777777" w:rsidR="006D439D" w:rsidRDefault="006D439D" w:rsidP="006D439D">
      <w:pPr>
        <w:spacing w:after="40" w:line="240" w:lineRule="auto"/>
      </w:pPr>
      <w:r>
        <w:rPr>
          <w:b/>
          <w:color w:val="173B45"/>
          <w:sz w:val="33"/>
        </w:rPr>
        <w:lastRenderedPageBreak/>
        <w:t>Tallinna korteriühistu kriisivalmiduse toetus</w:t>
      </w:r>
    </w:p>
    <w:p w14:paraId="218C45E6" w14:textId="77777777" w:rsidR="006D439D" w:rsidRDefault="006D439D" w:rsidP="006D439D">
      <w:pPr>
        <w:spacing w:after="80" w:line="259" w:lineRule="auto"/>
      </w:pPr>
      <w:r>
        <w:rPr>
          <w:color w:val="3F4A4D"/>
          <w:sz w:val="19"/>
        </w:rPr>
        <w:t>Tallinn toetab sobivaid korteriühistuid ühise varjumiskoha ja kriisivalmiduse parandamisel. Koolitusel koostatud maja plaan võib olla esimene samm rahastatava tegevuskava poole.</w:t>
      </w:r>
    </w:p>
    <w:p w14:paraId="1D625CB4" w14:textId="77777777" w:rsidR="006D439D" w:rsidRDefault="006D439D" w:rsidP="006D439D">
      <w:pPr>
        <w:spacing w:line="240" w:lineRule="auto"/>
      </w:pPr>
      <w:r>
        <w:rPr>
          <w:b/>
          <w:color w:val="D26A3A"/>
          <w:sz w:val="20"/>
        </w:rPr>
        <w:t>Kuni 7000 eurot</w:t>
      </w:r>
      <w:r>
        <w:rPr>
          <w:color w:val="3F4A4D"/>
          <w:sz w:val="19"/>
        </w:rPr>
        <w:t xml:space="preserve"> ühe korterelamu kohta   |   </w:t>
      </w:r>
      <w:r>
        <w:rPr>
          <w:b/>
          <w:color w:val="D26A3A"/>
          <w:sz w:val="20"/>
        </w:rPr>
        <w:t>omaosalus vähemalt 30%</w:t>
      </w:r>
      <w:r>
        <w:rPr>
          <w:color w:val="3F4A4D"/>
          <w:sz w:val="19"/>
        </w:rPr>
        <w:t xml:space="preserve">   |   väljamakse pärast tööde lõpetamist</w:t>
      </w:r>
    </w:p>
    <w:p w14:paraId="618B1831" w14:textId="77777777" w:rsidR="006D439D" w:rsidRDefault="006D439D" w:rsidP="006D439D">
      <w:pPr>
        <w:keepNext/>
        <w:spacing w:before="100" w:after="60" w:line="240" w:lineRule="auto"/>
      </w:pPr>
      <w:r>
        <w:rPr>
          <w:b/>
          <w:color w:val="173B45"/>
          <w:sz w:val="22"/>
        </w:rPr>
        <w:t>Kas meie maja vastab põhitingimustele</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4904"/>
        <w:gridCol w:w="4904"/>
      </w:tblGrid>
      <w:tr w:rsidR="006D439D" w14:paraId="329D561D" w14:textId="77777777" w:rsidTr="00CE4340">
        <w:trPr>
          <w:jc w:val="center"/>
        </w:trPr>
        <w:tc>
          <w:tcPr>
            <w:tcW w:w="4904" w:type="dxa"/>
            <w:tcMar>
              <w:top w:w="100" w:type="dxa"/>
              <w:left w:w="115" w:type="dxa"/>
              <w:bottom w:w="100" w:type="dxa"/>
              <w:right w:w="115" w:type="dxa"/>
            </w:tcMar>
            <w:vAlign w:val="center"/>
          </w:tcPr>
          <w:p w14:paraId="302BEF7C" w14:textId="77777777" w:rsidR="006D439D" w:rsidRDefault="006D439D" w:rsidP="00CE4340">
            <w:pPr>
              <w:spacing w:after="0" w:line="250" w:lineRule="auto"/>
            </w:pPr>
            <w:r>
              <w:rPr>
                <w:color w:val="3F4A4D"/>
                <w:sz w:val="17"/>
              </w:rPr>
              <w:t>□ Korteriühistu aadress või korteriomandid asuvad Tallinnas.</w:t>
            </w:r>
          </w:p>
        </w:tc>
        <w:tc>
          <w:tcPr>
            <w:tcW w:w="4904" w:type="dxa"/>
            <w:shd w:val="clear" w:color="auto" w:fill="F4F8F8"/>
            <w:tcMar>
              <w:top w:w="100" w:type="dxa"/>
              <w:left w:w="115" w:type="dxa"/>
              <w:bottom w:w="100" w:type="dxa"/>
              <w:right w:w="115" w:type="dxa"/>
            </w:tcMar>
            <w:vAlign w:val="center"/>
          </w:tcPr>
          <w:p w14:paraId="208F402A" w14:textId="77777777" w:rsidR="006D439D" w:rsidRDefault="006D439D" w:rsidP="00CE4340">
            <w:pPr>
              <w:spacing w:after="0" w:line="250" w:lineRule="auto"/>
            </w:pPr>
            <w:r>
              <w:rPr>
                <w:color w:val="3F4A4D"/>
                <w:sz w:val="17"/>
              </w:rPr>
              <w:t>□ Hoone netopind on vähemalt 1200 m².</w:t>
            </w:r>
          </w:p>
        </w:tc>
      </w:tr>
      <w:tr w:rsidR="006D439D" w14:paraId="36381489" w14:textId="77777777" w:rsidTr="00CE4340">
        <w:trPr>
          <w:jc w:val="center"/>
        </w:trPr>
        <w:tc>
          <w:tcPr>
            <w:tcW w:w="4904" w:type="dxa"/>
            <w:shd w:val="clear" w:color="auto" w:fill="F4F8F8"/>
            <w:tcMar>
              <w:top w:w="100" w:type="dxa"/>
              <w:left w:w="115" w:type="dxa"/>
              <w:bottom w:w="100" w:type="dxa"/>
              <w:right w:w="115" w:type="dxa"/>
            </w:tcMar>
            <w:vAlign w:val="center"/>
          </w:tcPr>
          <w:p w14:paraId="58FD5B9E" w14:textId="77777777" w:rsidR="006D439D" w:rsidRDefault="006D439D" w:rsidP="00CE4340">
            <w:pPr>
              <w:spacing w:after="0" w:line="250" w:lineRule="auto"/>
            </w:pPr>
            <w:r>
              <w:rPr>
                <w:color w:val="3F4A4D"/>
                <w:sz w:val="17"/>
              </w:rPr>
              <w:t>□ Hoones on rohkem kui kaks korterit, ühine sissepääs ja ühised tehnosüsteemid.</w:t>
            </w:r>
          </w:p>
        </w:tc>
        <w:tc>
          <w:tcPr>
            <w:tcW w:w="4904" w:type="dxa"/>
            <w:tcMar>
              <w:top w:w="100" w:type="dxa"/>
              <w:left w:w="115" w:type="dxa"/>
              <w:bottom w:w="100" w:type="dxa"/>
              <w:right w:w="115" w:type="dxa"/>
            </w:tcMar>
            <w:vAlign w:val="center"/>
          </w:tcPr>
          <w:p w14:paraId="0AB0A860" w14:textId="77777777" w:rsidR="006D439D" w:rsidRDefault="006D439D" w:rsidP="00CE4340">
            <w:pPr>
              <w:spacing w:after="0" w:line="250" w:lineRule="auto"/>
            </w:pPr>
            <w:r>
              <w:rPr>
                <w:color w:val="3F4A4D"/>
                <w:sz w:val="17"/>
              </w:rPr>
              <w:t>□ Elamu on kasutuses ja seda saab tõendada energiatarbimise või muude näitajatega.</w:t>
            </w:r>
          </w:p>
        </w:tc>
      </w:tr>
      <w:tr w:rsidR="006D439D" w14:paraId="491D18CC" w14:textId="77777777" w:rsidTr="00CE4340">
        <w:trPr>
          <w:jc w:val="center"/>
        </w:trPr>
        <w:tc>
          <w:tcPr>
            <w:tcW w:w="4904" w:type="dxa"/>
            <w:tcMar>
              <w:top w:w="100" w:type="dxa"/>
              <w:left w:w="115" w:type="dxa"/>
              <w:bottom w:w="100" w:type="dxa"/>
              <w:right w:w="115" w:type="dxa"/>
            </w:tcMar>
            <w:vAlign w:val="center"/>
          </w:tcPr>
          <w:p w14:paraId="2078A550" w14:textId="77777777" w:rsidR="006D439D" w:rsidRDefault="006D439D" w:rsidP="00CE4340">
            <w:pPr>
              <w:spacing w:after="0" w:line="250" w:lineRule="auto"/>
            </w:pPr>
            <w:r>
              <w:rPr>
                <w:color w:val="3F4A4D"/>
                <w:sz w:val="17"/>
              </w:rPr>
              <w:t>□ Ühistu esindajal puudub karistus majandusalase süüteo eest.</w:t>
            </w:r>
          </w:p>
        </w:tc>
        <w:tc>
          <w:tcPr>
            <w:tcW w:w="4904" w:type="dxa"/>
            <w:shd w:val="clear" w:color="auto" w:fill="F4F8F8"/>
            <w:tcMar>
              <w:top w:w="100" w:type="dxa"/>
              <w:left w:w="115" w:type="dxa"/>
              <w:bottom w:w="100" w:type="dxa"/>
              <w:right w:w="115" w:type="dxa"/>
            </w:tcMar>
            <w:vAlign w:val="center"/>
          </w:tcPr>
          <w:p w14:paraId="4F6AA3DC" w14:textId="77777777" w:rsidR="006D439D" w:rsidRDefault="006D439D" w:rsidP="00CE4340">
            <w:pPr>
              <w:spacing w:after="0" w:line="250" w:lineRule="auto"/>
            </w:pPr>
            <w:r>
              <w:rPr>
                <w:color w:val="3F4A4D"/>
                <w:sz w:val="17"/>
              </w:rPr>
              <w:t>□ Ühistu on valmis vähemalt 30% omaosaluseks.</w:t>
            </w:r>
          </w:p>
        </w:tc>
      </w:tr>
    </w:tbl>
    <w:p w14:paraId="7C4D16D5" w14:textId="77777777" w:rsidR="006D439D" w:rsidRDefault="006D439D" w:rsidP="006D439D">
      <w:pPr>
        <w:keepNext/>
        <w:spacing w:before="100" w:after="60" w:line="240" w:lineRule="auto"/>
      </w:pPr>
      <w:r>
        <w:rPr>
          <w:b/>
          <w:color w:val="173B45"/>
          <w:sz w:val="22"/>
        </w:rPr>
        <w:t>Mida saab toetuse abil teha</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4944"/>
        <w:gridCol w:w="7682"/>
      </w:tblGrid>
      <w:tr w:rsidR="006D439D" w14:paraId="4BE5D3BB" w14:textId="77777777" w:rsidTr="00CE4340">
        <w:trPr>
          <w:jc w:val="center"/>
        </w:trPr>
        <w:tc>
          <w:tcPr>
            <w:tcW w:w="4944" w:type="dxa"/>
            <w:shd w:val="clear" w:color="auto" w:fill="173B45"/>
            <w:tcMar>
              <w:top w:w="90" w:type="dxa"/>
              <w:left w:w="115" w:type="dxa"/>
              <w:bottom w:w="90" w:type="dxa"/>
              <w:right w:w="115" w:type="dxa"/>
            </w:tcMar>
            <w:vAlign w:val="center"/>
          </w:tcPr>
          <w:p w14:paraId="3471E995" w14:textId="77777777" w:rsidR="006D439D" w:rsidRDefault="006D439D" w:rsidP="00CE4340">
            <w:pPr>
              <w:spacing w:after="0" w:line="240" w:lineRule="auto"/>
              <w:jc w:val="center"/>
            </w:pPr>
            <w:r>
              <w:rPr>
                <w:b/>
                <w:color w:val="FFFFFF"/>
                <w:sz w:val="18"/>
              </w:rPr>
              <w:t>Valdkond</w:t>
            </w:r>
          </w:p>
        </w:tc>
        <w:tc>
          <w:tcPr>
            <w:tcW w:w="4944" w:type="dxa"/>
            <w:shd w:val="clear" w:color="auto" w:fill="173B45"/>
            <w:tcMar>
              <w:top w:w="90" w:type="dxa"/>
              <w:left w:w="115" w:type="dxa"/>
              <w:bottom w:w="90" w:type="dxa"/>
              <w:right w:w="115" w:type="dxa"/>
            </w:tcMar>
            <w:vAlign w:val="center"/>
          </w:tcPr>
          <w:p w14:paraId="111ACAE1" w14:textId="77777777" w:rsidR="006D439D" w:rsidRDefault="006D439D" w:rsidP="00CE4340">
            <w:pPr>
              <w:spacing w:after="0" w:line="240" w:lineRule="auto"/>
              <w:jc w:val="center"/>
            </w:pPr>
            <w:r>
              <w:rPr>
                <w:b/>
                <w:color w:val="FFFFFF"/>
                <w:sz w:val="18"/>
              </w:rPr>
              <w:t>Näited toetatavatest tegevustest</w:t>
            </w:r>
          </w:p>
        </w:tc>
      </w:tr>
      <w:tr w:rsidR="006D439D" w14:paraId="31417751" w14:textId="77777777" w:rsidTr="00CE4340">
        <w:trPr>
          <w:jc w:val="center"/>
        </w:trPr>
        <w:tc>
          <w:tcPr>
            <w:tcW w:w="2126" w:type="dxa"/>
            <w:tcMar>
              <w:top w:w="78" w:type="dxa"/>
              <w:left w:w="115" w:type="dxa"/>
              <w:bottom w:w="78" w:type="dxa"/>
              <w:right w:w="115" w:type="dxa"/>
            </w:tcMar>
            <w:vAlign w:val="center"/>
          </w:tcPr>
          <w:p w14:paraId="4AF89D67" w14:textId="77777777" w:rsidR="006D439D" w:rsidRDefault="006D439D" w:rsidP="00CE4340">
            <w:pPr>
              <w:spacing w:after="0" w:line="240" w:lineRule="auto"/>
            </w:pPr>
            <w:r>
              <w:rPr>
                <w:b/>
                <w:color w:val="1F6F78"/>
                <w:sz w:val="17"/>
              </w:rPr>
              <w:t>Varjumisruum</w:t>
            </w:r>
          </w:p>
        </w:tc>
        <w:tc>
          <w:tcPr>
            <w:tcW w:w="7682" w:type="dxa"/>
            <w:tcMar>
              <w:top w:w="78" w:type="dxa"/>
              <w:left w:w="115" w:type="dxa"/>
              <w:bottom w:w="78" w:type="dxa"/>
              <w:right w:w="115" w:type="dxa"/>
            </w:tcMar>
            <w:vAlign w:val="center"/>
          </w:tcPr>
          <w:p w14:paraId="3EBB448C" w14:textId="77777777" w:rsidR="006D439D" w:rsidRDefault="006D439D" w:rsidP="00CE4340">
            <w:pPr>
              <w:spacing w:after="0" w:line="240" w:lineRule="auto"/>
            </w:pPr>
            <w:r>
              <w:rPr>
                <w:color w:val="3F4A4D"/>
                <w:sz w:val="17"/>
              </w:rPr>
              <w:t>Sissepääs ja avariiväljapääs, ligipääsetavus, avade kindlustamine, lagede toestamine.</w:t>
            </w:r>
          </w:p>
        </w:tc>
      </w:tr>
      <w:tr w:rsidR="006D439D" w14:paraId="11A1100F" w14:textId="77777777" w:rsidTr="00CE4340">
        <w:trPr>
          <w:jc w:val="center"/>
        </w:trPr>
        <w:tc>
          <w:tcPr>
            <w:tcW w:w="2126" w:type="dxa"/>
            <w:shd w:val="clear" w:color="auto" w:fill="F4F8F8"/>
            <w:tcMar>
              <w:top w:w="78" w:type="dxa"/>
              <w:left w:w="115" w:type="dxa"/>
              <w:bottom w:w="78" w:type="dxa"/>
              <w:right w:w="115" w:type="dxa"/>
            </w:tcMar>
            <w:vAlign w:val="center"/>
          </w:tcPr>
          <w:p w14:paraId="378B2AB4" w14:textId="77777777" w:rsidR="006D439D" w:rsidRDefault="006D439D" w:rsidP="00CE4340">
            <w:pPr>
              <w:spacing w:after="0" w:line="240" w:lineRule="auto"/>
            </w:pPr>
            <w:r>
              <w:rPr>
                <w:b/>
                <w:color w:val="1F6F78"/>
                <w:sz w:val="17"/>
              </w:rPr>
              <w:t>Vesi ja hügieen</w:t>
            </w:r>
          </w:p>
        </w:tc>
        <w:tc>
          <w:tcPr>
            <w:tcW w:w="7682" w:type="dxa"/>
            <w:shd w:val="clear" w:color="auto" w:fill="F4F8F8"/>
            <w:tcMar>
              <w:top w:w="78" w:type="dxa"/>
              <w:left w:w="115" w:type="dxa"/>
              <w:bottom w:w="78" w:type="dxa"/>
              <w:right w:w="115" w:type="dxa"/>
            </w:tcMar>
            <w:vAlign w:val="center"/>
          </w:tcPr>
          <w:p w14:paraId="70F211C8" w14:textId="77777777" w:rsidR="006D439D" w:rsidRDefault="006D439D" w:rsidP="00CE4340">
            <w:pPr>
              <w:spacing w:after="0" w:line="240" w:lineRule="auto"/>
            </w:pPr>
            <w:r>
              <w:rPr>
                <w:color w:val="3F4A4D"/>
                <w:sz w:val="17"/>
              </w:rPr>
              <w:t>Veemahutid ning vee-, WC-, kanalisatsiooni- ja kraanikausilahendused.</w:t>
            </w:r>
          </w:p>
        </w:tc>
      </w:tr>
      <w:tr w:rsidR="006D439D" w14:paraId="587BAE0A" w14:textId="77777777" w:rsidTr="00CE4340">
        <w:trPr>
          <w:jc w:val="center"/>
        </w:trPr>
        <w:tc>
          <w:tcPr>
            <w:tcW w:w="2126" w:type="dxa"/>
            <w:tcMar>
              <w:top w:w="78" w:type="dxa"/>
              <w:left w:w="115" w:type="dxa"/>
              <w:bottom w:w="78" w:type="dxa"/>
              <w:right w:w="115" w:type="dxa"/>
            </w:tcMar>
            <w:vAlign w:val="center"/>
          </w:tcPr>
          <w:p w14:paraId="6AF1C03A" w14:textId="77777777" w:rsidR="006D439D" w:rsidRDefault="006D439D" w:rsidP="00CE4340">
            <w:pPr>
              <w:spacing w:after="0" w:line="240" w:lineRule="auto"/>
            </w:pPr>
            <w:r>
              <w:rPr>
                <w:b/>
                <w:color w:val="1F6F78"/>
                <w:sz w:val="17"/>
              </w:rPr>
              <w:t>Ühised kriisitarvikud</w:t>
            </w:r>
          </w:p>
        </w:tc>
        <w:tc>
          <w:tcPr>
            <w:tcW w:w="7682" w:type="dxa"/>
            <w:tcMar>
              <w:top w:w="78" w:type="dxa"/>
              <w:left w:w="115" w:type="dxa"/>
              <w:bottom w:w="78" w:type="dxa"/>
              <w:right w:w="115" w:type="dxa"/>
            </w:tcMar>
            <w:vAlign w:val="center"/>
          </w:tcPr>
          <w:p w14:paraId="5768546D" w14:textId="77777777" w:rsidR="006D439D" w:rsidRDefault="006D439D" w:rsidP="00CE4340">
            <w:pPr>
              <w:spacing w:after="0" w:line="240" w:lineRule="auto"/>
            </w:pPr>
            <w:r>
              <w:rPr>
                <w:color w:val="3F4A4D"/>
                <w:sz w:val="17"/>
              </w:rPr>
              <w:t>Raadio, esmaabivahendid, tulekustuti, tööriistad, maskid, prügikotid, patareid, akupank ja akuvalgustid.</w:t>
            </w:r>
          </w:p>
        </w:tc>
      </w:tr>
      <w:tr w:rsidR="006D439D" w14:paraId="6CA0AE30" w14:textId="77777777" w:rsidTr="00CE4340">
        <w:trPr>
          <w:jc w:val="center"/>
        </w:trPr>
        <w:tc>
          <w:tcPr>
            <w:tcW w:w="2126" w:type="dxa"/>
            <w:shd w:val="clear" w:color="auto" w:fill="F4F8F8"/>
            <w:tcMar>
              <w:top w:w="78" w:type="dxa"/>
              <w:left w:w="115" w:type="dxa"/>
              <w:bottom w:w="78" w:type="dxa"/>
              <w:right w:w="115" w:type="dxa"/>
            </w:tcMar>
            <w:vAlign w:val="center"/>
          </w:tcPr>
          <w:p w14:paraId="1BD0AAAC" w14:textId="77777777" w:rsidR="006D439D" w:rsidRDefault="006D439D" w:rsidP="00CE4340">
            <w:pPr>
              <w:spacing w:after="0" w:line="240" w:lineRule="auto"/>
            </w:pPr>
            <w:r>
              <w:rPr>
                <w:b/>
                <w:color w:val="1F6F78"/>
                <w:sz w:val="17"/>
              </w:rPr>
              <w:t>Varutoide</w:t>
            </w:r>
          </w:p>
        </w:tc>
        <w:tc>
          <w:tcPr>
            <w:tcW w:w="7682" w:type="dxa"/>
            <w:shd w:val="clear" w:color="auto" w:fill="F4F8F8"/>
            <w:tcMar>
              <w:top w:w="78" w:type="dxa"/>
              <w:left w:w="115" w:type="dxa"/>
              <w:bottom w:w="78" w:type="dxa"/>
              <w:right w:w="115" w:type="dxa"/>
            </w:tcMar>
            <w:vAlign w:val="center"/>
          </w:tcPr>
          <w:p w14:paraId="2F3057AF" w14:textId="77777777" w:rsidR="006D439D" w:rsidRDefault="006D439D" w:rsidP="00CE4340">
            <w:pPr>
              <w:spacing w:after="0" w:line="240" w:lineRule="auto"/>
            </w:pPr>
            <w:r>
              <w:rPr>
                <w:color w:val="3F4A4D"/>
                <w:sz w:val="17"/>
              </w:rPr>
              <w:t>Ühendusvalmidus, projekteerimine, elektripaigaldise audit ja varutoiteseade, näiteks generaator.</w:t>
            </w:r>
          </w:p>
        </w:tc>
      </w:tr>
      <w:tr w:rsidR="006D439D" w14:paraId="2D0F6302" w14:textId="77777777" w:rsidTr="00CE4340">
        <w:trPr>
          <w:jc w:val="center"/>
        </w:trPr>
        <w:tc>
          <w:tcPr>
            <w:tcW w:w="2126" w:type="dxa"/>
            <w:tcMar>
              <w:top w:w="78" w:type="dxa"/>
              <w:left w:w="115" w:type="dxa"/>
              <w:bottom w:w="78" w:type="dxa"/>
              <w:right w:w="115" w:type="dxa"/>
            </w:tcMar>
            <w:vAlign w:val="center"/>
          </w:tcPr>
          <w:p w14:paraId="6B474A91" w14:textId="77777777" w:rsidR="006D439D" w:rsidRDefault="006D439D" w:rsidP="00CE4340">
            <w:pPr>
              <w:spacing w:after="0" w:line="240" w:lineRule="auto"/>
            </w:pPr>
            <w:r>
              <w:rPr>
                <w:b/>
                <w:color w:val="1F6F78"/>
                <w:sz w:val="17"/>
              </w:rPr>
              <w:t>Plaan ja eskiisid</w:t>
            </w:r>
          </w:p>
        </w:tc>
        <w:tc>
          <w:tcPr>
            <w:tcW w:w="7682" w:type="dxa"/>
            <w:tcMar>
              <w:top w:w="78" w:type="dxa"/>
              <w:left w:w="115" w:type="dxa"/>
              <w:bottom w:w="78" w:type="dxa"/>
              <w:right w:w="115" w:type="dxa"/>
            </w:tcMar>
            <w:vAlign w:val="center"/>
          </w:tcPr>
          <w:p w14:paraId="29048281" w14:textId="77777777" w:rsidR="006D439D" w:rsidRDefault="006D439D" w:rsidP="00CE4340">
            <w:pPr>
              <w:spacing w:after="0" w:line="240" w:lineRule="auto"/>
            </w:pPr>
            <w:r>
              <w:rPr>
                <w:color w:val="3F4A4D"/>
                <w:sz w:val="17"/>
              </w:rPr>
              <w:t>Sõltumatu konsultandi teenus kuni 10% taotletavast kogusummast.</w:t>
            </w:r>
          </w:p>
        </w:tc>
      </w:tr>
    </w:tbl>
    <w:p w14:paraId="42561CE4" w14:textId="77777777" w:rsidR="006D439D" w:rsidRDefault="006D439D" w:rsidP="006D439D">
      <w:pPr>
        <w:keepNext/>
        <w:spacing w:before="100" w:after="60" w:line="240" w:lineRule="auto"/>
      </w:pPr>
      <w:r>
        <w:rPr>
          <w:b/>
          <w:color w:val="173B45"/>
          <w:sz w:val="22"/>
        </w:rPr>
        <w:t>Taotlemise õige järjekord</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916"/>
        <w:gridCol w:w="1916"/>
        <w:gridCol w:w="1916"/>
        <w:gridCol w:w="1916"/>
        <w:gridCol w:w="1916"/>
        <w:gridCol w:w="1916"/>
      </w:tblGrid>
      <w:tr w:rsidR="006D439D" w14:paraId="68CAAB51" w14:textId="77777777" w:rsidTr="006D439D">
        <w:trPr>
          <w:trHeight w:val="2429"/>
          <w:jc w:val="center"/>
        </w:trPr>
        <w:tc>
          <w:tcPr>
            <w:tcW w:w="1916" w:type="dxa"/>
            <w:tcMar>
              <w:top w:w="90" w:type="dxa"/>
              <w:left w:w="75" w:type="dxa"/>
              <w:bottom w:w="90" w:type="dxa"/>
              <w:right w:w="75" w:type="dxa"/>
            </w:tcMar>
            <w:vAlign w:val="center"/>
          </w:tcPr>
          <w:p w14:paraId="7C9F3682" w14:textId="77777777" w:rsidR="006D439D" w:rsidRPr="006D439D" w:rsidRDefault="006D439D" w:rsidP="00CE4340">
            <w:pPr>
              <w:spacing w:after="0" w:line="240" w:lineRule="auto"/>
              <w:jc w:val="center"/>
              <w:rPr>
                <w:sz w:val="24"/>
              </w:rPr>
            </w:pPr>
            <w:r w:rsidRPr="006D439D">
              <w:rPr>
                <w:b/>
                <w:color w:val="D26A3A"/>
                <w:sz w:val="24"/>
              </w:rPr>
              <w:t>1</w:t>
            </w:r>
            <w:r w:rsidRPr="006D439D">
              <w:rPr>
                <w:b/>
                <w:color w:val="D26A3A"/>
                <w:sz w:val="24"/>
              </w:rPr>
              <w:br/>
            </w:r>
            <w:r w:rsidRPr="006D439D">
              <w:rPr>
                <w:color w:val="3F4A4D"/>
                <w:sz w:val="24"/>
              </w:rPr>
              <w:t>Leppige vajaduses kokku</w:t>
            </w:r>
          </w:p>
        </w:tc>
        <w:tc>
          <w:tcPr>
            <w:tcW w:w="1916" w:type="dxa"/>
            <w:shd w:val="clear" w:color="auto" w:fill="E8F1F2"/>
            <w:tcMar>
              <w:top w:w="90" w:type="dxa"/>
              <w:left w:w="75" w:type="dxa"/>
              <w:bottom w:w="90" w:type="dxa"/>
              <w:right w:w="75" w:type="dxa"/>
            </w:tcMar>
            <w:vAlign w:val="center"/>
          </w:tcPr>
          <w:p w14:paraId="02FB17B6" w14:textId="77777777" w:rsidR="006D439D" w:rsidRPr="006D439D" w:rsidRDefault="006D439D" w:rsidP="00CE4340">
            <w:pPr>
              <w:spacing w:after="0" w:line="240" w:lineRule="auto"/>
              <w:jc w:val="center"/>
              <w:rPr>
                <w:sz w:val="24"/>
              </w:rPr>
            </w:pPr>
            <w:r w:rsidRPr="006D439D">
              <w:rPr>
                <w:b/>
                <w:color w:val="D26A3A"/>
                <w:sz w:val="24"/>
              </w:rPr>
              <w:t>2</w:t>
            </w:r>
            <w:r w:rsidRPr="006D439D">
              <w:rPr>
                <w:b/>
                <w:color w:val="D26A3A"/>
                <w:sz w:val="24"/>
              </w:rPr>
              <w:br/>
            </w:r>
            <w:r w:rsidRPr="006D439D">
              <w:rPr>
                <w:color w:val="3F4A4D"/>
                <w:sz w:val="24"/>
              </w:rPr>
              <w:t>Läbige personaalne nõustamine</w:t>
            </w:r>
          </w:p>
        </w:tc>
        <w:tc>
          <w:tcPr>
            <w:tcW w:w="1916" w:type="dxa"/>
            <w:tcMar>
              <w:top w:w="90" w:type="dxa"/>
              <w:left w:w="75" w:type="dxa"/>
              <w:bottom w:w="90" w:type="dxa"/>
              <w:right w:w="75" w:type="dxa"/>
            </w:tcMar>
            <w:vAlign w:val="center"/>
          </w:tcPr>
          <w:p w14:paraId="75C9459B" w14:textId="77777777" w:rsidR="006D439D" w:rsidRPr="006D439D" w:rsidRDefault="006D439D" w:rsidP="00CE4340">
            <w:pPr>
              <w:spacing w:after="0" w:line="240" w:lineRule="auto"/>
              <w:jc w:val="center"/>
              <w:rPr>
                <w:sz w:val="24"/>
              </w:rPr>
            </w:pPr>
            <w:r w:rsidRPr="006D439D">
              <w:rPr>
                <w:b/>
                <w:color w:val="D26A3A"/>
                <w:sz w:val="24"/>
              </w:rPr>
              <w:t>3</w:t>
            </w:r>
            <w:r w:rsidRPr="006D439D">
              <w:rPr>
                <w:b/>
                <w:color w:val="D26A3A"/>
                <w:sz w:val="24"/>
              </w:rPr>
              <w:br/>
            </w:r>
            <w:r w:rsidRPr="006D439D">
              <w:rPr>
                <w:color w:val="3F4A4D"/>
                <w:sz w:val="24"/>
              </w:rPr>
              <w:t>Võtke vastu KÜ koosoleku otsus</w:t>
            </w:r>
          </w:p>
        </w:tc>
        <w:tc>
          <w:tcPr>
            <w:tcW w:w="1916" w:type="dxa"/>
            <w:shd w:val="clear" w:color="auto" w:fill="E8F1F2"/>
            <w:tcMar>
              <w:top w:w="90" w:type="dxa"/>
              <w:left w:w="75" w:type="dxa"/>
              <w:bottom w:w="90" w:type="dxa"/>
              <w:right w:w="75" w:type="dxa"/>
            </w:tcMar>
            <w:vAlign w:val="center"/>
          </w:tcPr>
          <w:p w14:paraId="458036C2" w14:textId="77777777" w:rsidR="006D439D" w:rsidRPr="006D439D" w:rsidRDefault="006D439D" w:rsidP="00CE4340">
            <w:pPr>
              <w:spacing w:after="0" w:line="240" w:lineRule="auto"/>
              <w:jc w:val="center"/>
              <w:rPr>
                <w:sz w:val="24"/>
              </w:rPr>
            </w:pPr>
            <w:r w:rsidRPr="006D439D">
              <w:rPr>
                <w:b/>
                <w:color w:val="D26A3A"/>
                <w:sz w:val="24"/>
              </w:rPr>
              <w:t>4</w:t>
            </w:r>
            <w:r w:rsidRPr="006D439D">
              <w:rPr>
                <w:b/>
                <w:color w:val="D26A3A"/>
                <w:sz w:val="24"/>
              </w:rPr>
              <w:br/>
            </w:r>
            <w:r w:rsidRPr="006D439D">
              <w:rPr>
                <w:color w:val="3F4A4D"/>
                <w:sz w:val="24"/>
              </w:rPr>
              <w:t>Koostage plaan, eelarve ja dokumendid</w:t>
            </w:r>
          </w:p>
        </w:tc>
        <w:tc>
          <w:tcPr>
            <w:tcW w:w="1916" w:type="dxa"/>
            <w:tcMar>
              <w:top w:w="90" w:type="dxa"/>
              <w:left w:w="75" w:type="dxa"/>
              <w:bottom w:w="90" w:type="dxa"/>
              <w:right w:w="75" w:type="dxa"/>
            </w:tcMar>
            <w:vAlign w:val="center"/>
          </w:tcPr>
          <w:p w14:paraId="62C18D29" w14:textId="77777777" w:rsidR="006D439D" w:rsidRPr="006D439D" w:rsidRDefault="006D439D" w:rsidP="00CE4340">
            <w:pPr>
              <w:spacing w:after="0" w:line="240" w:lineRule="auto"/>
              <w:jc w:val="center"/>
              <w:rPr>
                <w:sz w:val="24"/>
              </w:rPr>
            </w:pPr>
            <w:r w:rsidRPr="006D439D">
              <w:rPr>
                <w:b/>
                <w:color w:val="D26A3A"/>
                <w:sz w:val="24"/>
              </w:rPr>
              <w:t>5</w:t>
            </w:r>
            <w:r w:rsidRPr="006D439D">
              <w:rPr>
                <w:b/>
                <w:color w:val="D26A3A"/>
                <w:sz w:val="24"/>
              </w:rPr>
              <w:br/>
            </w:r>
            <w:r w:rsidRPr="006D439D">
              <w:rPr>
                <w:b/>
                <w:color w:val="173B45"/>
                <w:sz w:val="24"/>
              </w:rPr>
              <w:t>Esitage taotlus enne oste ja töid</w:t>
            </w:r>
          </w:p>
        </w:tc>
        <w:tc>
          <w:tcPr>
            <w:tcW w:w="1916" w:type="dxa"/>
            <w:shd w:val="clear" w:color="auto" w:fill="E8F1F2"/>
            <w:tcMar>
              <w:top w:w="90" w:type="dxa"/>
              <w:left w:w="75" w:type="dxa"/>
              <w:bottom w:w="90" w:type="dxa"/>
              <w:right w:w="75" w:type="dxa"/>
            </w:tcMar>
            <w:vAlign w:val="center"/>
          </w:tcPr>
          <w:p w14:paraId="3651522F" w14:textId="77777777" w:rsidR="006D439D" w:rsidRPr="006D439D" w:rsidRDefault="006D439D" w:rsidP="00CE4340">
            <w:pPr>
              <w:spacing w:after="0" w:line="240" w:lineRule="auto"/>
              <w:jc w:val="center"/>
              <w:rPr>
                <w:sz w:val="24"/>
              </w:rPr>
            </w:pPr>
            <w:r w:rsidRPr="006D439D">
              <w:rPr>
                <w:b/>
                <w:color w:val="D26A3A"/>
                <w:sz w:val="24"/>
              </w:rPr>
              <w:t>6</w:t>
            </w:r>
            <w:r w:rsidRPr="006D439D">
              <w:rPr>
                <w:b/>
                <w:color w:val="D26A3A"/>
                <w:sz w:val="24"/>
              </w:rPr>
              <w:br/>
            </w:r>
            <w:r w:rsidRPr="006D439D">
              <w:rPr>
                <w:color w:val="3F4A4D"/>
                <w:sz w:val="24"/>
              </w:rPr>
              <w:t>Tehke tööd, esitage aruanne</w:t>
            </w:r>
          </w:p>
        </w:tc>
      </w:tr>
    </w:tbl>
    <w:p w14:paraId="421B1EE3" w14:textId="77777777" w:rsidR="006D439D" w:rsidRDefault="006D439D" w:rsidP="006D439D">
      <w:pPr>
        <w:spacing w:before="60" w:after="80" w:line="240" w:lineRule="auto"/>
      </w:pPr>
      <w:r>
        <w:rPr>
          <w:b/>
          <w:color w:val="D26A3A"/>
          <w:sz w:val="18"/>
        </w:rPr>
        <w:t xml:space="preserve">Oluline. </w:t>
      </w:r>
      <w:r>
        <w:rPr>
          <w:color w:val="3F4A4D"/>
          <w:sz w:val="18"/>
        </w:rPr>
        <w:t>Taotlus tuleb esitada enne tööde alustamist ning enne seadmete või tarvikute ostmist. Toetust ei maksta ettemaksuna.</w:t>
      </w:r>
    </w:p>
    <w:p w14:paraId="6BD9B17D" w14:textId="77777777" w:rsidR="006D439D" w:rsidRDefault="006D439D">
      <w:pPr>
        <w:spacing w:after="200" w:line="276" w:lineRule="auto"/>
        <w:rPr>
          <w:b/>
          <w:color w:val="173B45"/>
          <w:sz w:val="22"/>
        </w:rPr>
      </w:pPr>
      <w:r>
        <w:rPr>
          <w:b/>
          <w:color w:val="173B45"/>
          <w:sz w:val="22"/>
        </w:rPr>
        <w:br w:type="page"/>
      </w:r>
    </w:p>
    <w:p w14:paraId="257CC9DA" w14:textId="0DF10C04" w:rsidR="006D439D" w:rsidRDefault="006D439D" w:rsidP="006D439D">
      <w:pPr>
        <w:keepNext/>
        <w:spacing w:before="100" w:after="60" w:line="240" w:lineRule="auto"/>
        <w:rPr>
          <w:b/>
          <w:color w:val="173B45"/>
          <w:sz w:val="22"/>
        </w:rPr>
      </w:pPr>
      <w:r>
        <w:rPr>
          <w:b/>
          <w:color w:val="173B45"/>
          <w:sz w:val="22"/>
        </w:rPr>
        <w:lastRenderedPageBreak/>
        <w:t>Meie maja esimene samm</w:t>
      </w:r>
    </w:p>
    <w:p w14:paraId="7366A016" w14:textId="77777777" w:rsidR="006D439D" w:rsidRDefault="006D439D" w:rsidP="006D439D">
      <w:pPr>
        <w:keepNext/>
        <w:spacing w:before="100" w:after="60" w:line="240" w:lineRule="auto"/>
      </w:pPr>
    </w:p>
    <w:tbl>
      <w:tblPr>
        <w:tblW w:w="15084" w:type="dxa"/>
        <w:tblInd w:w="-8" w:type="dxa"/>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7542"/>
        <w:gridCol w:w="7542"/>
      </w:tblGrid>
      <w:tr w:rsidR="006D439D" w14:paraId="73533020" w14:textId="77777777" w:rsidTr="00606C70">
        <w:trPr>
          <w:trHeight w:val="1635"/>
        </w:trPr>
        <w:tc>
          <w:tcPr>
            <w:tcW w:w="7542" w:type="dxa"/>
            <w:tcMar>
              <w:top w:w="85" w:type="dxa"/>
              <w:left w:w="115" w:type="dxa"/>
              <w:bottom w:w="85" w:type="dxa"/>
              <w:right w:w="115" w:type="dxa"/>
            </w:tcMar>
          </w:tcPr>
          <w:p w14:paraId="3F586C70" w14:textId="77777777" w:rsidR="006D439D" w:rsidRDefault="006D439D" w:rsidP="00CE4340">
            <w:pPr>
              <w:spacing w:after="0" w:line="240" w:lineRule="auto"/>
            </w:pPr>
            <w:r>
              <w:rPr>
                <w:b/>
                <w:color w:val="173B45"/>
                <w:sz w:val="17"/>
              </w:rPr>
              <w:t>Võimalik ühine varjumisruum või turvaline ruum:</w:t>
            </w:r>
            <w:r>
              <w:rPr>
                <w:b/>
                <w:color w:val="173B45"/>
                <w:sz w:val="17"/>
              </w:rPr>
              <w:br/>
            </w:r>
            <w:r>
              <w:rPr>
                <w:b/>
                <w:color w:val="173B45"/>
                <w:sz w:val="17"/>
              </w:rPr>
              <w:br/>
            </w:r>
          </w:p>
        </w:tc>
        <w:tc>
          <w:tcPr>
            <w:tcW w:w="7542" w:type="dxa"/>
            <w:shd w:val="clear" w:color="auto" w:fill="F4F8F8"/>
            <w:tcMar>
              <w:top w:w="85" w:type="dxa"/>
              <w:left w:w="115" w:type="dxa"/>
              <w:bottom w:w="85" w:type="dxa"/>
              <w:right w:w="115" w:type="dxa"/>
            </w:tcMar>
          </w:tcPr>
          <w:p w14:paraId="3E44E007" w14:textId="77777777" w:rsidR="006D439D" w:rsidRDefault="006D439D" w:rsidP="00CE4340">
            <w:pPr>
              <w:spacing w:after="0" w:line="240" w:lineRule="auto"/>
            </w:pPr>
            <w:r>
              <w:rPr>
                <w:b/>
                <w:color w:val="173B45"/>
                <w:sz w:val="17"/>
              </w:rPr>
              <w:t>Kõige olulisem parendus või soetus:</w:t>
            </w:r>
            <w:r>
              <w:rPr>
                <w:b/>
                <w:color w:val="173B45"/>
                <w:sz w:val="17"/>
              </w:rPr>
              <w:br/>
            </w:r>
            <w:r>
              <w:rPr>
                <w:b/>
                <w:color w:val="173B45"/>
                <w:sz w:val="17"/>
              </w:rPr>
              <w:br/>
            </w:r>
          </w:p>
        </w:tc>
      </w:tr>
      <w:tr w:rsidR="006D439D" w14:paraId="6D09FF29" w14:textId="77777777" w:rsidTr="00606C70">
        <w:trPr>
          <w:trHeight w:val="1675"/>
        </w:trPr>
        <w:tc>
          <w:tcPr>
            <w:tcW w:w="7542" w:type="dxa"/>
            <w:shd w:val="clear" w:color="auto" w:fill="F4F8F8"/>
            <w:tcMar>
              <w:top w:w="85" w:type="dxa"/>
              <w:left w:w="115" w:type="dxa"/>
              <w:bottom w:w="85" w:type="dxa"/>
              <w:right w:w="115" w:type="dxa"/>
            </w:tcMar>
          </w:tcPr>
          <w:p w14:paraId="596A35AF" w14:textId="77777777" w:rsidR="006D439D" w:rsidRDefault="006D439D" w:rsidP="00CE4340">
            <w:pPr>
              <w:spacing w:after="0" w:line="240" w:lineRule="auto"/>
            </w:pPr>
            <w:r>
              <w:rPr>
                <w:b/>
                <w:color w:val="173B45"/>
                <w:sz w:val="17"/>
              </w:rPr>
              <w:t>Vastutaja ja esimene tähtaeg:</w:t>
            </w:r>
            <w:r>
              <w:rPr>
                <w:b/>
                <w:color w:val="173B45"/>
                <w:sz w:val="17"/>
              </w:rPr>
              <w:br/>
            </w:r>
            <w:r>
              <w:rPr>
                <w:b/>
                <w:color w:val="173B45"/>
                <w:sz w:val="17"/>
              </w:rPr>
              <w:br/>
            </w:r>
          </w:p>
        </w:tc>
        <w:tc>
          <w:tcPr>
            <w:tcW w:w="7542" w:type="dxa"/>
            <w:tcMar>
              <w:top w:w="85" w:type="dxa"/>
              <w:left w:w="115" w:type="dxa"/>
              <w:bottom w:w="85" w:type="dxa"/>
              <w:right w:w="115" w:type="dxa"/>
            </w:tcMar>
          </w:tcPr>
          <w:p w14:paraId="5A9A505E" w14:textId="77777777" w:rsidR="006D439D" w:rsidRDefault="006D439D" w:rsidP="00CE4340">
            <w:pPr>
              <w:spacing w:after="0" w:line="240" w:lineRule="auto"/>
            </w:pPr>
            <w:r>
              <w:rPr>
                <w:b/>
                <w:color w:val="173B45"/>
                <w:sz w:val="17"/>
              </w:rPr>
              <w:t>Millal võtame teema KÜ koosolekule:</w:t>
            </w:r>
            <w:r>
              <w:rPr>
                <w:b/>
                <w:color w:val="173B45"/>
                <w:sz w:val="17"/>
              </w:rPr>
              <w:br/>
            </w:r>
            <w:r>
              <w:rPr>
                <w:b/>
                <w:color w:val="173B45"/>
                <w:sz w:val="17"/>
              </w:rPr>
              <w:br/>
            </w:r>
          </w:p>
        </w:tc>
      </w:tr>
    </w:tbl>
    <w:p w14:paraId="338EC001" w14:textId="77777777" w:rsidR="006D439D" w:rsidRDefault="006D439D" w:rsidP="006D439D">
      <w:pPr>
        <w:spacing w:before="60" w:after="40" w:line="240" w:lineRule="auto"/>
      </w:pPr>
      <w:r>
        <w:rPr>
          <w:b/>
          <w:color w:val="1F6F78"/>
          <w:sz w:val="17"/>
        </w:rPr>
        <w:t xml:space="preserve">Piirang. </w:t>
      </w:r>
      <w:r>
        <w:rPr>
          <w:color w:val="3F4A4D"/>
          <w:sz w:val="17"/>
        </w:rPr>
        <w:t>Toetus parandab maja ühist kriisivalmidust. See ei asenda elanike isiklikku vee-, toidu-, ravimi- ega evakuatsioonivaru.</w:t>
      </w:r>
    </w:p>
    <w:p w14:paraId="0668C6CD" w14:textId="77777777" w:rsidR="006D439D" w:rsidRDefault="006D439D" w:rsidP="006D439D">
      <w:pPr>
        <w:spacing w:after="0" w:line="240" w:lineRule="auto"/>
      </w:pPr>
      <w:r>
        <w:rPr>
          <w:b/>
          <w:color w:val="173B45"/>
          <w:sz w:val="17"/>
        </w:rPr>
        <w:t xml:space="preserve">Täpne kord ja ajakohane info: </w:t>
      </w:r>
      <w:hyperlink r:id="rId11">
        <w:r>
          <w:rPr>
            <w:color w:val="1F6F78"/>
            <w:sz w:val="17"/>
            <w:u w:val="single"/>
          </w:rPr>
          <w:t>tallinn.ee – Kas sinu maja on kriisiks valmis?</w:t>
        </w:r>
      </w:hyperlink>
      <w:r>
        <w:rPr>
          <w:color w:val="3F4A4D"/>
          <w:sz w:val="17"/>
        </w:rPr>
        <w:t xml:space="preserve">  |  Küsimused: kriisigrupp@tallinnlv.ee</w:t>
      </w:r>
    </w:p>
    <w:p w14:paraId="7C9F512E" w14:textId="77777777" w:rsidR="006D439D" w:rsidRDefault="006D439D" w:rsidP="006D439D">
      <w:pPr>
        <w:spacing w:after="0" w:line="240" w:lineRule="auto"/>
        <w:rPr>
          <w:i/>
          <w:color w:val="3F4A4D"/>
          <w:sz w:val="15"/>
        </w:rPr>
      </w:pPr>
      <w:r>
        <w:rPr>
          <w:i/>
          <w:color w:val="3F4A4D"/>
          <w:sz w:val="15"/>
        </w:rPr>
        <w:t>Tingimused kontrollitud 11.09.2026. Enne taotlemist kontrolli alati kehtivat korda ja taotlusvooru seisu.</w:t>
      </w:r>
    </w:p>
    <w:p w14:paraId="5518C1C6" w14:textId="77777777" w:rsidR="00606C70" w:rsidRDefault="00606C70" w:rsidP="006D439D">
      <w:pPr>
        <w:spacing w:after="0" w:line="240" w:lineRule="auto"/>
      </w:pPr>
    </w:p>
    <w:p w14:paraId="604425DB" w14:textId="77777777" w:rsidR="00606C70" w:rsidRDefault="00606C70" w:rsidP="006D439D">
      <w:pPr>
        <w:spacing w:after="0" w:line="240" w:lineRule="auto"/>
      </w:pPr>
    </w:p>
    <w:p w14:paraId="67EE7D00" w14:textId="77777777" w:rsidR="00606C70" w:rsidRPr="00606C70" w:rsidRDefault="00606C70" w:rsidP="00606C70">
      <w:pPr>
        <w:rPr>
          <w:lang w:val="et-EE"/>
        </w:rPr>
      </w:pPr>
      <w:r w:rsidRPr="00606C70">
        <w:rPr>
          <w:lang w:val="et-EE"/>
        </w:rPr>
        <w:t>KAHEKSA STATSIONAARSET KERKSUSKESKUST</w:t>
      </w:r>
    </w:p>
    <w:tbl>
      <w:tblPr>
        <w:tblStyle w:val="TableGrid"/>
        <w:tblpPr w:leftFromText="141" w:rightFromText="141" w:vertAnchor="text" w:horzAnchor="margin" w:tblpY="210"/>
        <w:tblW w:w="15368" w:type="dxa"/>
        <w:tblLook w:val="04A0" w:firstRow="1" w:lastRow="0" w:firstColumn="1" w:lastColumn="0" w:noHBand="0" w:noVBand="1"/>
      </w:tblPr>
      <w:tblGrid>
        <w:gridCol w:w="4281"/>
        <w:gridCol w:w="4898"/>
        <w:gridCol w:w="6189"/>
      </w:tblGrid>
      <w:tr w:rsidR="00606C70" w14:paraId="38220DD7" w14:textId="5097134F" w:rsidTr="00606C70">
        <w:trPr>
          <w:trHeight w:val="1135"/>
        </w:trPr>
        <w:tc>
          <w:tcPr>
            <w:tcW w:w="4281" w:type="dxa"/>
          </w:tcPr>
          <w:p w14:paraId="053B1351" w14:textId="77777777" w:rsidR="00606C70" w:rsidRPr="00606C70" w:rsidRDefault="00606C70" w:rsidP="00606C70">
            <w:pPr>
              <w:rPr>
                <w:sz w:val="20"/>
                <w:szCs w:val="20"/>
                <w:lang w:val="et-EE"/>
              </w:rPr>
            </w:pPr>
            <w:r w:rsidRPr="00606C70">
              <w:rPr>
                <w:sz w:val="20"/>
                <w:szCs w:val="20"/>
                <w:lang w:val="et-EE"/>
              </w:rPr>
              <w:t>HAABERSTI</w:t>
            </w:r>
          </w:p>
          <w:p w14:paraId="4660AE04" w14:textId="77777777" w:rsidR="00606C70" w:rsidRPr="00606C70" w:rsidRDefault="00606C70" w:rsidP="00606C70">
            <w:pPr>
              <w:rPr>
                <w:sz w:val="20"/>
                <w:szCs w:val="20"/>
                <w:lang w:val="et-EE"/>
              </w:rPr>
            </w:pPr>
            <w:r w:rsidRPr="00606C70">
              <w:rPr>
                <w:sz w:val="20"/>
                <w:szCs w:val="20"/>
                <w:lang w:val="et-EE"/>
              </w:rPr>
              <w:t>Haabersti Päevakeskus</w:t>
            </w:r>
          </w:p>
          <w:p w14:paraId="26F174B2" w14:textId="58702F0F" w:rsidR="00606C70" w:rsidRPr="00606C70" w:rsidRDefault="00606C70" w:rsidP="00606C70">
            <w:pPr>
              <w:rPr>
                <w:sz w:val="20"/>
                <w:szCs w:val="20"/>
                <w:lang w:val="et-EE"/>
              </w:rPr>
            </w:pPr>
            <w:r w:rsidRPr="00606C70">
              <w:rPr>
                <w:sz w:val="20"/>
                <w:szCs w:val="20"/>
                <w:lang w:val="et-EE"/>
              </w:rPr>
              <w:t>Õismäe tee 24</w:t>
            </w:r>
          </w:p>
        </w:tc>
        <w:tc>
          <w:tcPr>
            <w:tcW w:w="4898" w:type="dxa"/>
          </w:tcPr>
          <w:p w14:paraId="10C6990D" w14:textId="77777777" w:rsidR="00606C70" w:rsidRPr="00606C70" w:rsidRDefault="00606C70" w:rsidP="00606C70">
            <w:pPr>
              <w:rPr>
                <w:sz w:val="20"/>
                <w:szCs w:val="20"/>
                <w:lang w:val="et-EE"/>
              </w:rPr>
            </w:pPr>
            <w:r w:rsidRPr="00606C70">
              <w:rPr>
                <w:sz w:val="20"/>
                <w:szCs w:val="20"/>
                <w:lang w:val="et-EE"/>
              </w:rPr>
              <w:t>KESKLINN</w:t>
            </w:r>
          </w:p>
          <w:p w14:paraId="2DEA32F5" w14:textId="77777777" w:rsidR="00606C70" w:rsidRPr="00606C70" w:rsidRDefault="00606C70" w:rsidP="00606C70">
            <w:pPr>
              <w:rPr>
                <w:sz w:val="20"/>
                <w:szCs w:val="20"/>
                <w:lang w:val="et-EE"/>
              </w:rPr>
            </w:pPr>
            <w:r w:rsidRPr="00606C70">
              <w:rPr>
                <w:sz w:val="20"/>
                <w:szCs w:val="20"/>
                <w:lang w:val="et-EE"/>
              </w:rPr>
              <w:t>Kesklinna Valitsus</w:t>
            </w:r>
          </w:p>
          <w:p w14:paraId="1816A76F" w14:textId="6D02F617" w:rsidR="00606C70" w:rsidRPr="00606C70" w:rsidRDefault="00606C70" w:rsidP="00606C70">
            <w:pPr>
              <w:rPr>
                <w:sz w:val="20"/>
                <w:szCs w:val="20"/>
                <w:lang w:val="et-EE"/>
              </w:rPr>
            </w:pPr>
            <w:r w:rsidRPr="00606C70">
              <w:rPr>
                <w:sz w:val="20"/>
                <w:szCs w:val="20"/>
                <w:lang w:val="et-EE"/>
              </w:rPr>
              <w:t>Nunne 18</w:t>
            </w:r>
          </w:p>
        </w:tc>
        <w:tc>
          <w:tcPr>
            <w:tcW w:w="6189" w:type="dxa"/>
          </w:tcPr>
          <w:p w14:paraId="41307962" w14:textId="77777777" w:rsidR="00606C70" w:rsidRPr="00606C70" w:rsidRDefault="00606C70" w:rsidP="00606C70">
            <w:pPr>
              <w:rPr>
                <w:sz w:val="20"/>
                <w:szCs w:val="20"/>
                <w:lang w:val="et-EE"/>
              </w:rPr>
            </w:pPr>
            <w:r w:rsidRPr="00606C70">
              <w:rPr>
                <w:sz w:val="20"/>
                <w:szCs w:val="20"/>
                <w:lang w:val="et-EE"/>
              </w:rPr>
              <w:t>PÕHJA-TALLINN</w:t>
            </w:r>
          </w:p>
          <w:p w14:paraId="7BAD7E5D" w14:textId="77777777" w:rsidR="00606C70" w:rsidRPr="00606C70" w:rsidRDefault="00606C70" w:rsidP="00606C70">
            <w:pPr>
              <w:rPr>
                <w:sz w:val="20"/>
                <w:szCs w:val="20"/>
                <w:lang w:val="et-EE"/>
              </w:rPr>
            </w:pPr>
            <w:r w:rsidRPr="00606C70">
              <w:rPr>
                <w:sz w:val="20"/>
                <w:szCs w:val="20"/>
                <w:lang w:val="et-EE"/>
              </w:rPr>
              <w:t>Põhja-Tallinna Valitsus</w:t>
            </w:r>
          </w:p>
          <w:p w14:paraId="4ECC9EE1" w14:textId="49D5A6DA" w:rsidR="00606C70" w:rsidRPr="00606C70" w:rsidRDefault="00606C70" w:rsidP="00606C70">
            <w:pPr>
              <w:rPr>
                <w:sz w:val="20"/>
                <w:szCs w:val="20"/>
                <w:lang w:val="et-EE"/>
              </w:rPr>
            </w:pPr>
            <w:r w:rsidRPr="00606C70">
              <w:rPr>
                <w:sz w:val="20"/>
                <w:szCs w:val="20"/>
                <w:lang w:val="et-EE"/>
              </w:rPr>
              <w:t>Kari 13</w:t>
            </w:r>
          </w:p>
        </w:tc>
      </w:tr>
      <w:tr w:rsidR="00606C70" w14:paraId="024CEAE4" w14:textId="551C7A66" w:rsidTr="00606C70">
        <w:trPr>
          <w:trHeight w:val="55"/>
        </w:trPr>
        <w:tc>
          <w:tcPr>
            <w:tcW w:w="4281" w:type="dxa"/>
          </w:tcPr>
          <w:p w14:paraId="4C0D7D85" w14:textId="77777777" w:rsidR="00606C70" w:rsidRPr="00606C70" w:rsidRDefault="00606C70" w:rsidP="00606C70">
            <w:pPr>
              <w:rPr>
                <w:sz w:val="20"/>
                <w:szCs w:val="20"/>
                <w:lang w:val="et-EE"/>
              </w:rPr>
            </w:pPr>
            <w:r w:rsidRPr="00606C70">
              <w:rPr>
                <w:sz w:val="20"/>
                <w:szCs w:val="20"/>
                <w:lang w:val="et-EE"/>
              </w:rPr>
              <w:t>KRISTIINE</w:t>
            </w:r>
          </w:p>
          <w:p w14:paraId="3C9527F1" w14:textId="77777777" w:rsidR="00606C70" w:rsidRPr="00606C70" w:rsidRDefault="00606C70" w:rsidP="00606C70">
            <w:pPr>
              <w:rPr>
                <w:sz w:val="20"/>
                <w:szCs w:val="20"/>
                <w:lang w:val="et-EE"/>
              </w:rPr>
            </w:pPr>
            <w:r w:rsidRPr="00606C70">
              <w:rPr>
                <w:sz w:val="20"/>
                <w:szCs w:val="20"/>
                <w:lang w:val="et-EE"/>
              </w:rPr>
              <w:t>Kristiine Linnaosa Valitsus</w:t>
            </w:r>
          </w:p>
          <w:p w14:paraId="0D79B3A5" w14:textId="5E4237DE" w:rsidR="00606C70" w:rsidRPr="00606C70" w:rsidRDefault="00606C70" w:rsidP="00606C70">
            <w:pPr>
              <w:rPr>
                <w:sz w:val="20"/>
                <w:szCs w:val="20"/>
                <w:lang w:val="et-EE"/>
              </w:rPr>
            </w:pPr>
            <w:r w:rsidRPr="00606C70">
              <w:rPr>
                <w:sz w:val="20"/>
                <w:szCs w:val="20"/>
                <w:lang w:val="et-EE"/>
              </w:rPr>
              <w:t>Metalli tn 5</w:t>
            </w:r>
          </w:p>
        </w:tc>
        <w:tc>
          <w:tcPr>
            <w:tcW w:w="4898" w:type="dxa"/>
          </w:tcPr>
          <w:p w14:paraId="7FF9941B" w14:textId="77777777" w:rsidR="00606C70" w:rsidRPr="00606C70" w:rsidRDefault="00606C70" w:rsidP="00606C70">
            <w:pPr>
              <w:rPr>
                <w:sz w:val="20"/>
                <w:szCs w:val="20"/>
                <w:lang w:val="et-EE"/>
              </w:rPr>
            </w:pPr>
            <w:r w:rsidRPr="00606C70">
              <w:rPr>
                <w:sz w:val="20"/>
                <w:szCs w:val="20"/>
                <w:lang w:val="et-EE"/>
              </w:rPr>
              <w:t>LASNAMÄE</w:t>
            </w:r>
          </w:p>
          <w:p w14:paraId="24B3D016" w14:textId="77777777" w:rsidR="00606C70" w:rsidRPr="00606C70" w:rsidRDefault="00606C70" w:rsidP="00606C70">
            <w:pPr>
              <w:rPr>
                <w:sz w:val="20"/>
                <w:szCs w:val="20"/>
                <w:lang w:val="et-EE"/>
              </w:rPr>
            </w:pPr>
            <w:r w:rsidRPr="00606C70">
              <w:rPr>
                <w:sz w:val="20"/>
                <w:szCs w:val="20"/>
                <w:lang w:val="et-EE"/>
              </w:rPr>
              <w:t>Lasnamäe Linnaosa Valitsus</w:t>
            </w:r>
          </w:p>
          <w:p w14:paraId="10ED7FCF" w14:textId="4AF56B09" w:rsidR="00606C70" w:rsidRPr="00606C70" w:rsidRDefault="00606C70" w:rsidP="00606C70">
            <w:pPr>
              <w:rPr>
                <w:sz w:val="20"/>
                <w:szCs w:val="20"/>
                <w:lang w:val="et-EE"/>
              </w:rPr>
            </w:pPr>
            <w:r w:rsidRPr="00606C70">
              <w:rPr>
                <w:sz w:val="20"/>
                <w:szCs w:val="20"/>
                <w:lang w:val="et-EE"/>
              </w:rPr>
              <w:t>Pallasti 54</w:t>
            </w:r>
          </w:p>
        </w:tc>
        <w:tc>
          <w:tcPr>
            <w:tcW w:w="6189" w:type="dxa"/>
          </w:tcPr>
          <w:p w14:paraId="30A6F3BD" w14:textId="77777777" w:rsidR="00606C70" w:rsidRPr="00606C70" w:rsidRDefault="00606C70" w:rsidP="00606C70">
            <w:pPr>
              <w:rPr>
                <w:sz w:val="20"/>
                <w:szCs w:val="20"/>
                <w:lang w:val="et-EE"/>
              </w:rPr>
            </w:pPr>
            <w:r w:rsidRPr="00606C70">
              <w:rPr>
                <w:sz w:val="20"/>
                <w:szCs w:val="20"/>
                <w:lang w:val="et-EE"/>
              </w:rPr>
              <w:t>PIRITA</w:t>
            </w:r>
          </w:p>
          <w:p w14:paraId="0FE15B27" w14:textId="77777777" w:rsidR="00606C70" w:rsidRPr="00606C70" w:rsidRDefault="00606C70" w:rsidP="00606C70">
            <w:pPr>
              <w:rPr>
                <w:sz w:val="20"/>
                <w:szCs w:val="20"/>
                <w:lang w:val="et-EE"/>
              </w:rPr>
            </w:pPr>
            <w:r w:rsidRPr="00606C70">
              <w:rPr>
                <w:sz w:val="20"/>
                <w:szCs w:val="20"/>
                <w:lang w:val="et-EE"/>
              </w:rPr>
              <w:t>Pirita Linnaosa Valitsus</w:t>
            </w:r>
          </w:p>
          <w:p w14:paraId="409089A6" w14:textId="53729134" w:rsidR="00606C70" w:rsidRPr="00606C70" w:rsidRDefault="00606C70" w:rsidP="00606C70">
            <w:pPr>
              <w:rPr>
                <w:sz w:val="20"/>
                <w:szCs w:val="20"/>
                <w:lang w:val="et-EE"/>
              </w:rPr>
            </w:pPr>
            <w:r w:rsidRPr="00606C70">
              <w:rPr>
                <w:sz w:val="20"/>
                <w:szCs w:val="20"/>
                <w:lang w:val="et-EE"/>
              </w:rPr>
              <w:t>Kloostri tee 6</w:t>
            </w:r>
          </w:p>
        </w:tc>
      </w:tr>
      <w:tr w:rsidR="00606C70" w14:paraId="36675E25" w14:textId="26A72672" w:rsidTr="00606C70">
        <w:trPr>
          <w:trHeight w:val="55"/>
        </w:trPr>
        <w:tc>
          <w:tcPr>
            <w:tcW w:w="4281" w:type="dxa"/>
          </w:tcPr>
          <w:p w14:paraId="19DB899B" w14:textId="77777777" w:rsidR="00606C70" w:rsidRPr="00606C70" w:rsidRDefault="00606C70" w:rsidP="00606C70">
            <w:pPr>
              <w:rPr>
                <w:sz w:val="20"/>
                <w:szCs w:val="20"/>
                <w:lang w:val="et-EE"/>
              </w:rPr>
            </w:pPr>
            <w:r w:rsidRPr="00606C70">
              <w:rPr>
                <w:sz w:val="20"/>
                <w:szCs w:val="20"/>
                <w:lang w:val="et-EE"/>
              </w:rPr>
              <w:t>MUSTAMÄE</w:t>
            </w:r>
          </w:p>
          <w:p w14:paraId="163AC140" w14:textId="77777777" w:rsidR="00606C70" w:rsidRPr="00606C70" w:rsidRDefault="00606C70" w:rsidP="00606C70">
            <w:pPr>
              <w:rPr>
                <w:sz w:val="20"/>
                <w:szCs w:val="20"/>
                <w:lang w:val="et-EE"/>
              </w:rPr>
            </w:pPr>
            <w:r w:rsidRPr="00606C70">
              <w:rPr>
                <w:sz w:val="20"/>
                <w:szCs w:val="20"/>
                <w:lang w:val="et-EE"/>
              </w:rPr>
              <w:t>Mustamäe Kultuurikeskus Kaja</w:t>
            </w:r>
          </w:p>
          <w:p w14:paraId="5BDBD344" w14:textId="207AC8A2" w:rsidR="00606C70" w:rsidRPr="00606C70" w:rsidRDefault="00606C70" w:rsidP="00606C70">
            <w:pPr>
              <w:rPr>
                <w:sz w:val="20"/>
                <w:szCs w:val="20"/>
                <w:lang w:val="et-EE"/>
              </w:rPr>
            </w:pPr>
            <w:r w:rsidRPr="00606C70">
              <w:rPr>
                <w:sz w:val="20"/>
                <w:szCs w:val="20"/>
                <w:lang w:val="et-EE"/>
              </w:rPr>
              <w:t>E. Vilde tee 118</w:t>
            </w:r>
          </w:p>
        </w:tc>
        <w:tc>
          <w:tcPr>
            <w:tcW w:w="4898" w:type="dxa"/>
          </w:tcPr>
          <w:p w14:paraId="0588406F" w14:textId="77777777" w:rsidR="00606C70" w:rsidRPr="00606C70" w:rsidRDefault="00606C70" w:rsidP="00606C70">
            <w:pPr>
              <w:rPr>
                <w:sz w:val="20"/>
                <w:szCs w:val="20"/>
                <w:lang w:val="et-EE"/>
              </w:rPr>
            </w:pPr>
            <w:r w:rsidRPr="00606C70">
              <w:rPr>
                <w:sz w:val="20"/>
                <w:szCs w:val="20"/>
                <w:lang w:val="et-EE"/>
              </w:rPr>
              <w:t>NÕMME</w:t>
            </w:r>
          </w:p>
          <w:p w14:paraId="571CA635" w14:textId="77777777" w:rsidR="00606C70" w:rsidRPr="00606C70" w:rsidRDefault="00606C70" w:rsidP="00606C70">
            <w:pPr>
              <w:rPr>
                <w:sz w:val="20"/>
                <w:szCs w:val="20"/>
                <w:lang w:val="et-EE"/>
              </w:rPr>
            </w:pPr>
            <w:r w:rsidRPr="00606C70">
              <w:rPr>
                <w:sz w:val="20"/>
                <w:szCs w:val="20"/>
                <w:lang w:val="et-EE"/>
              </w:rPr>
              <w:t>Nõmme Linnaosa Valitsus</w:t>
            </w:r>
          </w:p>
          <w:p w14:paraId="1B44B884" w14:textId="3717B0F1" w:rsidR="00606C70" w:rsidRPr="00606C70" w:rsidRDefault="00606C70" w:rsidP="00606C70">
            <w:pPr>
              <w:rPr>
                <w:sz w:val="20"/>
                <w:szCs w:val="20"/>
                <w:lang w:val="et-EE"/>
              </w:rPr>
            </w:pPr>
            <w:r w:rsidRPr="00606C70">
              <w:rPr>
                <w:sz w:val="20"/>
                <w:szCs w:val="20"/>
                <w:lang w:val="et-EE"/>
              </w:rPr>
              <w:t>Valdeku 13</w:t>
            </w:r>
          </w:p>
        </w:tc>
        <w:tc>
          <w:tcPr>
            <w:tcW w:w="6189" w:type="dxa"/>
          </w:tcPr>
          <w:p w14:paraId="757AA02E" w14:textId="77777777" w:rsidR="00606C70" w:rsidRPr="00606C70" w:rsidRDefault="00606C70" w:rsidP="00606C70">
            <w:pPr>
              <w:rPr>
                <w:sz w:val="20"/>
                <w:szCs w:val="20"/>
                <w:lang w:val="et-EE"/>
              </w:rPr>
            </w:pPr>
          </w:p>
        </w:tc>
      </w:tr>
    </w:tbl>
    <w:p w14:paraId="566C729F" w14:textId="77777777" w:rsidR="00606C70" w:rsidRDefault="00873725">
      <w:pPr>
        <w:rPr>
          <w:lang w:val="et-EE"/>
        </w:rPr>
      </w:pPr>
      <w:r w:rsidRPr="00841385">
        <w:rPr>
          <w:lang w:val="et-EE"/>
        </w:rPr>
        <w:br w:type="page"/>
      </w:r>
    </w:p>
    <w:p w14:paraId="22A695E8" w14:textId="314C47D5" w:rsidR="006D439D" w:rsidRDefault="006D439D">
      <w:pPr>
        <w:rPr>
          <w:lang w:val="et-EE"/>
        </w:rPr>
        <w:sectPr w:rsidR="006D439D" w:rsidSect="006D439D">
          <w:pgSz w:w="16838" w:h="11906" w:orient="landscape"/>
          <w:pgMar w:top="1020" w:right="907" w:bottom="1020" w:left="850" w:header="454" w:footer="454" w:gutter="0"/>
          <w:cols w:space="720"/>
          <w:titlePg/>
          <w:docGrid w:linePitch="360"/>
        </w:sectPr>
      </w:pPr>
    </w:p>
    <w:p w14:paraId="6803BFC0" w14:textId="7E692468" w:rsidR="006D439D" w:rsidRDefault="006D439D">
      <w:pPr>
        <w:rPr>
          <w:lang w:val="et-EE"/>
        </w:rPr>
      </w:pPr>
    </w:p>
    <w:p w14:paraId="63731101" w14:textId="77777777" w:rsidR="00E804CA" w:rsidRPr="00841385" w:rsidRDefault="00E804CA">
      <w:pPr>
        <w:rPr>
          <w:lang w:val="et-EE"/>
        </w:rPr>
      </w:pPr>
    </w:p>
    <w:p w14:paraId="72E01F5C" w14:textId="77777777" w:rsidR="00E804CA" w:rsidRPr="00841385" w:rsidRDefault="00873725">
      <w:pPr>
        <w:keepNext/>
        <w:spacing w:after="60"/>
        <w:rPr>
          <w:lang w:val="et-EE"/>
        </w:rPr>
      </w:pPr>
      <w:r w:rsidRPr="00841385">
        <w:rPr>
          <w:rFonts w:eastAsia="Arial"/>
          <w:b/>
          <w:color w:val="173B45"/>
          <w:sz w:val="30"/>
          <w:lang w:val="et-EE"/>
        </w:rPr>
        <w:t xml:space="preserve"> 16  Päris juhtumist sinu konteksti</w:t>
      </w:r>
    </w:p>
    <w:p w14:paraId="1B1FFADE" w14:textId="77777777" w:rsidR="00E804CA" w:rsidRPr="00841385" w:rsidRDefault="00873725">
      <w:pPr>
        <w:spacing w:after="160"/>
        <w:rPr>
          <w:lang w:val="et-EE"/>
        </w:rPr>
      </w:pPr>
      <w:r w:rsidRPr="00841385">
        <w:rPr>
          <w:rFonts w:eastAsia="Arial"/>
          <w:color w:val="3F4A4D"/>
          <w:sz w:val="19"/>
          <w:lang w:val="et-EE"/>
        </w:rPr>
        <w:t>Harjutuse selgroog põhineb 27.10.2019 Kagu-Eesti tormil; otsused teed enda kodu ja inimeste järgi.</w:t>
      </w:r>
    </w:p>
    <w:tbl>
      <w:tblPr>
        <w:tblW w:w="9648" w:type="dxa"/>
        <w:tblInd w:w="120" w:type="dxa"/>
        <w:tblLayout w:type="fixed"/>
        <w:tblLook w:val="04A0" w:firstRow="1" w:lastRow="0" w:firstColumn="1" w:lastColumn="0" w:noHBand="0" w:noVBand="1"/>
      </w:tblPr>
      <w:tblGrid>
        <w:gridCol w:w="9648"/>
      </w:tblGrid>
      <w:tr w:rsidR="00E804CA" w:rsidRPr="00841385" w14:paraId="3F864E27" w14:textId="77777777">
        <w:tc>
          <w:tcPr>
            <w:tcW w:w="9648" w:type="dxa"/>
            <w:tcBorders>
              <w:left w:val="single" w:sz="10" w:space="0" w:color="D26A3A"/>
            </w:tcBorders>
            <w:shd w:val="clear" w:color="auto" w:fill="F8ECE5"/>
            <w:tcMar>
              <w:top w:w="90" w:type="dxa"/>
              <w:left w:w="120" w:type="dxa"/>
              <w:bottom w:w="90" w:type="dxa"/>
              <w:right w:w="120" w:type="dxa"/>
            </w:tcMar>
            <w:vAlign w:val="center"/>
          </w:tcPr>
          <w:p w14:paraId="34E7E699" w14:textId="77777777" w:rsidR="00E804CA" w:rsidRPr="00841385" w:rsidRDefault="00873725">
            <w:pPr>
              <w:spacing w:after="0"/>
              <w:rPr>
                <w:lang w:val="et-EE"/>
              </w:rPr>
            </w:pPr>
            <w:r w:rsidRPr="00841385">
              <w:rPr>
                <w:rFonts w:eastAsia="Arial"/>
                <w:b/>
                <w:color w:val="D26A3A"/>
                <w:sz w:val="20"/>
                <w:lang w:val="et-EE"/>
              </w:rPr>
              <w:t xml:space="preserve">AJALOOLINE LÄHTEKOHT  </w:t>
            </w:r>
            <w:r w:rsidRPr="00841385">
              <w:rPr>
                <w:rFonts w:eastAsia="Arial"/>
                <w:sz w:val="20"/>
                <w:lang w:val="et-EE"/>
              </w:rPr>
              <w:t>Võru linn jäi pärastlõunal ligi seitsmeks tunniks elektrita. Katkesid või häiruti veevarustus, keskküte, poed, tanklad ja mõne aja pärast mobiilside.</w:t>
            </w:r>
          </w:p>
        </w:tc>
      </w:tr>
    </w:tbl>
    <w:p w14:paraId="1E710E74" w14:textId="77777777" w:rsidR="00E804CA" w:rsidRPr="00841385" w:rsidRDefault="00E804CA">
      <w:pPr>
        <w:spacing w:after="60"/>
        <w:rPr>
          <w:lang w:val="et-EE"/>
        </w:rPr>
      </w:pPr>
    </w:p>
    <w:tbl>
      <w:tblPr>
        <w:tblW w:w="9648" w:type="dxa"/>
        <w:tblInd w:w="120" w:type="dxa"/>
        <w:tblLayout w:type="fixed"/>
        <w:tblLook w:val="04A0" w:firstRow="1" w:lastRow="0" w:firstColumn="1" w:lastColumn="0" w:noHBand="0" w:noVBand="1"/>
      </w:tblPr>
      <w:tblGrid>
        <w:gridCol w:w="9648"/>
      </w:tblGrid>
      <w:tr w:rsidR="00E804CA" w:rsidRPr="00841385" w14:paraId="3EA2E30B" w14:textId="77777777">
        <w:tc>
          <w:tcPr>
            <w:tcW w:w="9648" w:type="dxa"/>
            <w:tcBorders>
              <w:left w:val="single" w:sz="10" w:space="0" w:color="1F6F78"/>
            </w:tcBorders>
            <w:shd w:val="clear" w:color="auto" w:fill="E8F2F3"/>
            <w:tcMar>
              <w:top w:w="90" w:type="dxa"/>
              <w:left w:w="120" w:type="dxa"/>
              <w:bottom w:w="90" w:type="dxa"/>
              <w:right w:w="120" w:type="dxa"/>
            </w:tcMar>
            <w:vAlign w:val="center"/>
          </w:tcPr>
          <w:p w14:paraId="72443B46" w14:textId="77777777" w:rsidR="00E804CA" w:rsidRPr="00841385" w:rsidRDefault="00873725">
            <w:pPr>
              <w:spacing w:after="0"/>
              <w:rPr>
                <w:lang w:val="et-EE"/>
              </w:rPr>
            </w:pPr>
            <w:r w:rsidRPr="00841385">
              <w:rPr>
                <w:rFonts w:eastAsia="Arial"/>
                <w:b/>
                <w:color w:val="1F6F78"/>
                <w:sz w:val="20"/>
                <w:lang w:val="et-EE"/>
              </w:rPr>
              <w:t xml:space="preserve">KOPLI HARJUTUS  </w:t>
            </w:r>
            <w:r w:rsidRPr="00841385">
              <w:rPr>
                <w:rFonts w:eastAsia="Arial"/>
                <w:sz w:val="20"/>
                <w:lang w:val="et-EE"/>
              </w:rPr>
              <w:t>Kujuta sama sõltuvuste ahelat külmal jaanuariõhtul enda kodus. Kell 17.20 kaob elekter; põhjust ega kestust ei teata ja telefoni aku on 23%.</w:t>
            </w:r>
          </w:p>
        </w:tc>
      </w:tr>
    </w:tbl>
    <w:p w14:paraId="09ECE528" w14:textId="77777777" w:rsidR="00E804CA" w:rsidRPr="00841385" w:rsidRDefault="00E804CA">
      <w:pPr>
        <w:spacing w:after="60"/>
        <w:rPr>
          <w:lang w:val="et-EE"/>
        </w:rPr>
      </w:pPr>
    </w:p>
    <w:p w14:paraId="601FDFEF" w14:textId="77777777" w:rsidR="00E804CA" w:rsidRPr="00841385" w:rsidRDefault="00873725">
      <w:pPr>
        <w:spacing w:after="80"/>
        <w:rPr>
          <w:lang w:val="et-EE"/>
        </w:rPr>
      </w:pPr>
      <w:r w:rsidRPr="00841385">
        <w:rPr>
          <w:rFonts w:eastAsia="Arial"/>
          <w:b/>
          <w:color w:val="173B45"/>
          <w:sz w:val="22"/>
          <w:lang w:val="et-EE"/>
        </w:rPr>
        <w:t>Minu kontekst</w:t>
      </w:r>
    </w:p>
    <w:tbl>
      <w:tblPr>
        <w:tblW w:w="9648" w:type="dxa"/>
        <w:tblInd w:w="120" w:type="dxa"/>
        <w:tblLayout w:type="fixed"/>
        <w:tblLook w:val="04A0" w:firstRow="1" w:lastRow="0" w:firstColumn="1" w:lastColumn="0" w:noHBand="0" w:noVBand="1"/>
      </w:tblPr>
      <w:tblGrid>
        <w:gridCol w:w="4680"/>
        <w:gridCol w:w="4968"/>
      </w:tblGrid>
      <w:tr w:rsidR="00E804CA" w:rsidRPr="00841385" w14:paraId="4B936253" w14:textId="77777777">
        <w:tc>
          <w:tcPr>
            <w:tcW w:w="4680"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41DEBAB3" w14:textId="77777777" w:rsidR="00E804CA" w:rsidRPr="00841385" w:rsidRDefault="00873725">
            <w:pPr>
              <w:spacing w:after="0"/>
              <w:jc w:val="center"/>
              <w:rPr>
                <w:lang w:val="et-EE"/>
              </w:rPr>
            </w:pPr>
            <w:r w:rsidRPr="00841385">
              <w:rPr>
                <w:rFonts w:eastAsia="Arial"/>
                <w:b/>
                <w:color w:val="FFFFFF"/>
                <w:sz w:val="17"/>
                <w:lang w:val="et-EE"/>
              </w:rPr>
              <w:t>Küsimus</w:t>
            </w:r>
          </w:p>
        </w:tc>
        <w:tc>
          <w:tcPr>
            <w:tcW w:w="4968"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18AD4DEE" w14:textId="77777777" w:rsidR="00E804CA" w:rsidRPr="00841385" w:rsidRDefault="00873725">
            <w:pPr>
              <w:spacing w:after="0"/>
              <w:jc w:val="center"/>
              <w:rPr>
                <w:lang w:val="et-EE"/>
              </w:rPr>
            </w:pPr>
            <w:r w:rsidRPr="00841385">
              <w:rPr>
                <w:rFonts w:eastAsia="Arial"/>
                <w:b/>
                <w:color w:val="FFFFFF"/>
                <w:sz w:val="17"/>
                <w:lang w:val="et-EE"/>
              </w:rPr>
              <w:t>Minu vastus</w:t>
            </w:r>
          </w:p>
        </w:tc>
      </w:tr>
      <w:tr w:rsidR="00E804CA" w:rsidRPr="00841385" w14:paraId="49190D2F" w14:textId="77777777">
        <w:tc>
          <w:tcPr>
            <w:tcW w:w="468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702FF333" w14:textId="77777777" w:rsidR="00E804CA" w:rsidRPr="00841385" w:rsidRDefault="00873725">
            <w:pPr>
              <w:spacing w:after="0"/>
              <w:rPr>
                <w:lang w:val="et-EE"/>
              </w:rPr>
            </w:pPr>
            <w:r w:rsidRPr="00841385">
              <w:rPr>
                <w:rFonts w:eastAsia="Arial"/>
                <w:sz w:val="16"/>
                <w:lang w:val="et-EE"/>
              </w:rPr>
              <w:t>Millises hoones ja mitmendal korrusel olen?</w:t>
            </w:r>
          </w:p>
        </w:tc>
        <w:tc>
          <w:tcPr>
            <w:tcW w:w="4968"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7A91DEB0" w14:textId="77777777" w:rsidR="00E804CA" w:rsidRPr="00841385" w:rsidRDefault="00E804CA">
            <w:pPr>
              <w:spacing w:after="0"/>
              <w:rPr>
                <w:lang w:val="et-EE"/>
              </w:rPr>
            </w:pPr>
          </w:p>
        </w:tc>
      </w:tr>
      <w:tr w:rsidR="00E804CA" w:rsidRPr="00841385" w14:paraId="346E5741" w14:textId="77777777">
        <w:tc>
          <w:tcPr>
            <w:tcW w:w="468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11B98AB" w14:textId="77777777" w:rsidR="00E804CA" w:rsidRPr="00841385" w:rsidRDefault="00873725">
            <w:pPr>
              <w:spacing w:after="0"/>
              <w:rPr>
                <w:lang w:val="et-EE"/>
              </w:rPr>
            </w:pPr>
            <w:r w:rsidRPr="00841385">
              <w:rPr>
                <w:rFonts w:eastAsia="Arial"/>
                <w:sz w:val="16"/>
                <w:lang w:val="et-EE"/>
              </w:rPr>
              <w:t>Kes on minuga ja millised on erivajadused?</w:t>
            </w:r>
          </w:p>
        </w:tc>
        <w:tc>
          <w:tcPr>
            <w:tcW w:w="4968"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7ABCB4BB" w14:textId="77777777" w:rsidR="00E804CA" w:rsidRPr="00841385" w:rsidRDefault="00E804CA">
            <w:pPr>
              <w:spacing w:after="0"/>
              <w:rPr>
                <w:lang w:val="et-EE"/>
              </w:rPr>
            </w:pPr>
          </w:p>
        </w:tc>
      </w:tr>
      <w:tr w:rsidR="00E804CA" w:rsidRPr="00841385" w14:paraId="6D411D13" w14:textId="77777777">
        <w:tc>
          <w:tcPr>
            <w:tcW w:w="468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0816330E" w14:textId="77777777" w:rsidR="00E804CA" w:rsidRPr="00841385" w:rsidRDefault="00873725">
            <w:pPr>
              <w:spacing w:after="0"/>
              <w:rPr>
                <w:lang w:val="et-EE"/>
              </w:rPr>
            </w:pPr>
            <w:r w:rsidRPr="00841385">
              <w:rPr>
                <w:rFonts w:eastAsia="Arial"/>
                <w:sz w:val="16"/>
                <w:lang w:val="et-EE"/>
              </w:rPr>
              <w:t>Mis sõltub minu kodus elektrist?</w:t>
            </w:r>
          </w:p>
        </w:tc>
        <w:tc>
          <w:tcPr>
            <w:tcW w:w="4968"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56B15CC7" w14:textId="77777777" w:rsidR="00E804CA" w:rsidRPr="00841385" w:rsidRDefault="00E804CA">
            <w:pPr>
              <w:spacing w:after="0"/>
              <w:rPr>
                <w:lang w:val="et-EE"/>
              </w:rPr>
            </w:pPr>
          </w:p>
        </w:tc>
      </w:tr>
      <w:tr w:rsidR="00E804CA" w:rsidRPr="00841385" w14:paraId="28FFF1B9" w14:textId="77777777">
        <w:tc>
          <w:tcPr>
            <w:tcW w:w="468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7605597C" w14:textId="77777777" w:rsidR="00E804CA" w:rsidRPr="00841385" w:rsidRDefault="00873725">
            <w:pPr>
              <w:spacing w:after="0"/>
              <w:rPr>
                <w:lang w:val="et-EE"/>
              </w:rPr>
            </w:pPr>
            <w:r w:rsidRPr="00841385">
              <w:rPr>
                <w:rFonts w:eastAsia="Arial"/>
                <w:sz w:val="16"/>
                <w:lang w:val="et-EE"/>
              </w:rPr>
              <w:t>Kuidas püsime soojas?</w:t>
            </w:r>
          </w:p>
        </w:tc>
        <w:tc>
          <w:tcPr>
            <w:tcW w:w="4968"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4646E65A" w14:textId="77777777" w:rsidR="00E804CA" w:rsidRPr="00841385" w:rsidRDefault="00E804CA">
            <w:pPr>
              <w:spacing w:after="0"/>
              <w:rPr>
                <w:lang w:val="et-EE"/>
              </w:rPr>
            </w:pPr>
          </w:p>
        </w:tc>
      </w:tr>
      <w:tr w:rsidR="00E804CA" w:rsidRPr="00841385" w14:paraId="1B19DE0A" w14:textId="77777777">
        <w:tc>
          <w:tcPr>
            <w:tcW w:w="468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7DE916AD" w14:textId="77777777" w:rsidR="00E804CA" w:rsidRPr="00841385" w:rsidRDefault="00873725">
            <w:pPr>
              <w:spacing w:after="0"/>
              <w:rPr>
                <w:lang w:val="et-EE"/>
              </w:rPr>
            </w:pPr>
            <w:r w:rsidRPr="00841385">
              <w:rPr>
                <w:rFonts w:eastAsia="Arial"/>
                <w:sz w:val="16"/>
                <w:lang w:val="et-EE"/>
              </w:rPr>
              <w:t>Milline on meie liikumisvõimalus?</w:t>
            </w:r>
          </w:p>
        </w:tc>
        <w:tc>
          <w:tcPr>
            <w:tcW w:w="4968"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7217EE32" w14:textId="77777777" w:rsidR="00E804CA" w:rsidRPr="00841385" w:rsidRDefault="00E804CA">
            <w:pPr>
              <w:spacing w:after="0"/>
              <w:rPr>
                <w:lang w:val="et-EE"/>
              </w:rPr>
            </w:pPr>
          </w:p>
        </w:tc>
      </w:tr>
      <w:tr w:rsidR="00E804CA" w:rsidRPr="00841385" w14:paraId="0D837EE8" w14:textId="77777777">
        <w:tc>
          <w:tcPr>
            <w:tcW w:w="4680"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4A67F26F" w14:textId="77777777" w:rsidR="00E804CA" w:rsidRPr="00841385" w:rsidRDefault="00873725">
            <w:pPr>
              <w:spacing w:after="0"/>
              <w:rPr>
                <w:lang w:val="et-EE"/>
              </w:rPr>
            </w:pPr>
            <w:r w:rsidRPr="00841385">
              <w:rPr>
                <w:rFonts w:eastAsia="Arial"/>
                <w:sz w:val="16"/>
                <w:lang w:val="et-EE"/>
              </w:rPr>
              <w:t>Kes või mis on läheduses oluline?</w:t>
            </w:r>
          </w:p>
        </w:tc>
        <w:tc>
          <w:tcPr>
            <w:tcW w:w="4968"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10CC6D23" w14:textId="77777777" w:rsidR="00E804CA" w:rsidRPr="00841385" w:rsidRDefault="00E804CA">
            <w:pPr>
              <w:spacing w:after="0"/>
              <w:rPr>
                <w:lang w:val="et-EE"/>
              </w:rPr>
            </w:pPr>
          </w:p>
        </w:tc>
      </w:tr>
    </w:tbl>
    <w:p w14:paraId="08A83DB0" w14:textId="77777777" w:rsidR="00E804CA" w:rsidRPr="00841385" w:rsidRDefault="00E804CA">
      <w:pPr>
        <w:spacing w:after="60"/>
        <w:rPr>
          <w:lang w:val="et-EE"/>
        </w:rPr>
      </w:pPr>
    </w:p>
    <w:tbl>
      <w:tblPr>
        <w:tblW w:w="9648" w:type="dxa"/>
        <w:tblInd w:w="120" w:type="dxa"/>
        <w:tblLayout w:type="fixed"/>
        <w:tblLook w:val="04A0" w:firstRow="1" w:lastRow="0" w:firstColumn="1" w:lastColumn="0" w:noHBand="0" w:noVBand="1"/>
      </w:tblPr>
      <w:tblGrid>
        <w:gridCol w:w="9648"/>
      </w:tblGrid>
      <w:tr w:rsidR="00E804CA" w:rsidRPr="00841385" w14:paraId="6D4FB02F" w14:textId="77777777">
        <w:tc>
          <w:tcPr>
            <w:tcW w:w="9648" w:type="dxa"/>
            <w:tcBorders>
              <w:bottom w:val="single" w:sz="5" w:space="0" w:color="D5DEDF"/>
            </w:tcBorders>
            <w:tcMar>
              <w:top w:w="90" w:type="dxa"/>
              <w:left w:w="120" w:type="dxa"/>
              <w:bottom w:w="90" w:type="dxa"/>
              <w:right w:w="120" w:type="dxa"/>
            </w:tcMar>
            <w:vAlign w:val="center"/>
          </w:tcPr>
          <w:p w14:paraId="39532D47" w14:textId="77777777" w:rsidR="00E804CA" w:rsidRPr="00841385" w:rsidRDefault="00873725">
            <w:pPr>
              <w:spacing w:after="40"/>
              <w:rPr>
                <w:lang w:val="et-EE"/>
              </w:rPr>
            </w:pPr>
            <w:r w:rsidRPr="00841385">
              <w:rPr>
                <w:rFonts w:eastAsia="Arial"/>
                <w:b/>
                <w:color w:val="3F4A4D"/>
                <w:sz w:val="19"/>
                <w:lang w:val="et-EE"/>
              </w:rPr>
              <w:t>Mis muutub minu jaoks esimesena kriitiliseks?</w:t>
            </w:r>
          </w:p>
          <w:p w14:paraId="46FCDA4E" w14:textId="77777777" w:rsidR="00E804CA" w:rsidRPr="00841385" w:rsidRDefault="00E804CA">
            <w:pPr>
              <w:spacing w:after="80"/>
              <w:rPr>
                <w:lang w:val="et-EE"/>
              </w:rPr>
            </w:pPr>
          </w:p>
        </w:tc>
      </w:tr>
      <w:tr w:rsidR="00E804CA" w:rsidRPr="00841385" w14:paraId="6929AFC7" w14:textId="77777777">
        <w:tc>
          <w:tcPr>
            <w:tcW w:w="9648" w:type="dxa"/>
            <w:tcBorders>
              <w:bottom w:val="single" w:sz="5" w:space="0" w:color="D5DEDF"/>
            </w:tcBorders>
            <w:tcMar>
              <w:top w:w="90" w:type="dxa"/>
              <w:left w:w="120" w:type="dxa"/>
              <w:bottom w:w="90" w:type="dxa"/>
              <w:right w:w="120" w:type="dxa"/>
            </w:tcMar>
            <w:vAlign w:val="center"/>
          </w:tcPr>
          <w:p w14:paraId="2526F0B7" w14:textId="77777777" w:rsidR="00E804CA" w:rsidRPr="00841385" w:rsidRDefault="00873725">
            <w:pPr>
              <w:spacing w:after="40"/>
              <w:rPr>
                <w:lang w:val="et-EE"/>
              </w:rPr>
            </w:pPr>
            <w:r w:rsidRPr="00841385">
              <w:rPr>
                <w:rFonts w:eastAsia="Arial"/>
                <w:b/>
                <w:color w:val="3F4A4D"/>
                <w:sz w:val="19"/>
                <w:lang w:val="et-EE"/>
              </w:rPr>
              <w:t>Minu kolm esimest tegevust</w:t>
            </w:r>
          </w:p>
          <w:p w14:paraId="61ED56D9" w14:textId="77777777" w:rsidR="00E804CA" w:rsidRPr="00841385" w:rsidRDefault="00E804CA">
            <w:pPr>
              <w:spacing w:after="80"/>
              <w:rPr>
                <w:lang w:val="et-EE"/>
              </w:rPr>
            </w:pPr>
          </w:p>
        </w:tc>
      </w:tr>
    </w:tbl>
    <w:tbl>
      <w:tblPr>
        <w:tblpPr w:leftFromText="141" w:rightFromText="141" w:vertAnchor="page" w:horzAnchor="margin" w:tblpY="10246"/>
        <w:tblOverlap w:val="never"/>
        <w:tblW w:w="9648" w:type="dxa"/>
        <w:tblLayout w:type="fixed"/>
        <w:tblLook w:val="04A0" w:firstRow="1" w:lastRow="0" w:firstColumn="1" w:lastColumn="0" w:noHBand="0" w:noVBand="1"/>
      </w:tblPr>
      <w:tblGrid>
        <w:gridCol w:w="9648"/>
      </w:tblGrid>
      <w:tr w:rsidR="00CD6A92" w:rsidRPr="00841385" w14:paraId="5DA5D402" w14:textId="77777777" w:rsidTr="00CD6A92">
        <w:tc>
          <w:tcPr>
            <w:tcW w:w="9648" w:type="dxa"/>
            <w:tcBorders>
              <w:bottom w:val="single" w:sz="5" w:space="0" w:color="D5DEDF"/>
            </w:tcBorders>
            <w:tcMar>
              <w:top w:w="90" w:type="dxa"/>
              <w:left w:w="120" w:type="dxa"/>
              <w:bottom w:w="90" w:type="dxa"/>
              <w:right w:w="120" w:type="dxa"/>
            </w:tcMar>
            <w:vAlign w:val="center"/>
          </w:tcPr>
          <w:p w14:paraId="1146DA5A" w14:textId="77777777" w:rsidR="00CD6A92" w:rsidRPr="00841385" w:rsidRDefault="00CD6A92" w:rsidP="00CD6A92">
            <w:pPr>
              <w:rPr>
                <w:lang w:val="et-EE"/>
              </w:rPr>
            </w:pPr>
            <w:r>
              <w:rPr>
                <w:rFonts w:eastAsia="Arial"/>
                <w:b/>
                <w:color w:val="3F4A4D"/>
                <w:sz w:val="19"/>
                <w:lang w:val="et-EE"/>
              </w:rPr>
              <w:t>K</w:t>
            </w:r>
            <w:r w:rsidRPr="00841385">
              <w:rPr>
                <w:rFonts w:eastAsia="Arial"/>
                <w:b/>
                <w:color w:val="3F4A4D"/>
                <w:sz w:val="19"/>
                <w:lang w:val="et-EE"/>
              </w:rPr>
              <w:t>ui kodu muutub külmaks või ebaturvaliseks, lähen</w:t>
            </w:r>
          </w:p>
          <w:p w14:paraId="66336B3C" w14:textId="77777777" w:rsidR="00CD6A92" w:rsidRPr="00841385" w:rsidRDefault="00CD6A92" w:rsidP="00CD6A92">
            <w:pPr>
              <w:spacing w:after="80"/>
              <w:rPr>
                <w:lang w:val="et-EE"/>
              </w:rPr>
            </w:pPr>
          </w:p>
        </w:tc>
      </w:tr>
    </w:tbl>
    <w:p w14:paraId="7F49432D" w14:textId="77777777" w:rsidR="00E804CA" w:rsidRPr="00841385" w:rsidRDefault="00E804CA">
      <w:pPr>
        <w:spacing w:after="40"/>
        <w:rPr>
          <w:lang w:val="et-EE"/>
        </w:rPr>
      </w:pPr>
    </w:p>
    <w:p w14:paraId="38A3060A" w14:textId="584D418B" w:rsidR="00E804CA" w:rsidRPr="00841385" w:rsidRDefault="00CD6A92">
      <w:pPr>
        <w:rPr>
          <w:lang w:val="et-EE"/>
        </w:rPr>
      </w:pPr>
      <w:r w:rsidRPr="00841385">
        <w:rPr>
          <w:lang w:val="et-EE"/>
        </w:rPr>
        <w:t xml:space="preserve"> </w:t>
      </w:r>
      <w:r w:rsidR="00873725" w:rsidRPr="00841385">
        <w:rPr>
          <w:lang w:val="et-EE"/>
        </w:rPr>
        <w:br w:type="page"/>
      </w:r>
    </w:p>
    <w:p w14:paraId="612B8EAA" w14:textId="77777777" w:rsidR="00E804CA" w:rsidRPr="00841385" w:rsidRDefault="00873725">
      <w:pPr>
        <w:keepNext/>
        <w:spacing w:after="60"/>
        <w:rPr>
          <w:lang w:val="et-EE"/>
        </w:rPr>
      </w:pPr>
      <w:r w:rsidRPr="00841385">
        <w:rPr>
          <w:rFonts w:eastAsia="Arial"/>
          <w:b/>
          <w:color w:val="173B45"/>
          <w:sz w:val="30"/>
          <w:lang w:val="et-EE"/>
        </w:rPr>
        <w:lastRenderedPageBreak/>
        <w:t xml:space="preserve"> 17  Laudkonna situatsiooniülesanne</w:t>
      </w:r>
    </w:p>
    <w:p w14:paraId="5F0CF236" w14:textId="77777777" w:rsidR="00E804CA" w:rsidRPr="00841385" w:rsidRDefault="00873725">
      <w:pPr>
        <w:spacing w:after="160"/>
        <w:rPr>
          <w:lang w:val="et-EE"/>
        </w:rPr>
      </w:pPr>
      <w:r w:rsidRPr="00841385">
        <w:rPr>
          <w:rFonts w:eastAsia="Arial"/>
          <w:color w:val="3F4A4D"/>
          <w:sz w:val="19"/>
          <w:lang w:val="et-EE"/>
        </w:rPr>
        <w:t>Võrrelge erinevaid kontekste. Teie eesmärk on teha olemasoleva info põhjal järgmine põhjendatud otsus.</w:t>
      </w:r>
    </w:p>
    <w:tbl>
      <w:tblPr>
        <w:tblW w:w="9648" w:type="dxa"/>
        <w:tblInd w:w="120" w:type="dxa"/>
        <w:tblLayout w:type="fixed"/>
        <w:tblLook w:val="04A0" w:firstRow="1" w:lastRow="0" w:firstColumn="1" w:lastColumn="0" w:noHBand="0" w:noVBand="1"/>
      </w:tblPr>
      <w:tblGrid>
        <w:gridCol w:w="9648"/>
      </w:tblGrid>
      <w:tr w:rsidR="00E804CA" w:rsidRPr="00841385" w14:paraId="4F367C6E" w14:textId="77777777">
        <w:tc>
          <w:tcPr>
            <w:tcW w:w="9648" w:type="dxa"/>
            <w:tcBorders>
              <w:left w:val="single" w:sz="10" w:space="0" w:color="D26A3A"/>
            </w:tcBorders>
            <w:shd w:val="clear" w:color="auto" w:fill="F8ECE5"/>
            <w:tcMar>
              <w:top w:w="90" w:type="dxa"/>
              <w:left w:w="120" w:type="dxa"/>
              <w:bottom w:w="90" w:type="dxa"/>
              <w:right w:w="120" w:type="dxa"/>
            </w:tcMar>
            <w:vAlign w:val="center"/>
          </w:tcPr>
          <w:p w14:paraId="0EB4F562" w14:textId="77777777" w:rsidR="00E804CA" w:rsidRPr="00841385" w:rsidRDefault="00873725">
            <w:pPr>
              <w:spacing w:after="0"/>
              <w:rPr>
                <w:lang w:val="et-EE"/>
              </w:rPr>
            </w:pPr>
            <w:r w:rsidRPr="00841385">
              <w:rPr>
                <w:rFonts w:eastAsia="Arial"/>
                <w:b/>
                <w:color w:val="D26A3A"/>
                <w:sz w:val="20"/>
                <w:lang w:val="et-EE"/>
              </w:rPr>
              <w:t xml:space="preserve">UUS INFO  </w:t>
            </w:r>
            <w:r w:rsidR="008E14B6" w:rsidRPr="00841385">
              <w:rPr>
                <w:rFonts w:eastAsia="Arial"/>
                <w:sz w:val="20"/>
                <w:lang w:val="et-EE"/>
              </w:rPr>
              <w:t>72h</w:t>
            </w:r>
            <w:r w:rsidRPr="00841385">
              <w:rPr>
                <w:rFonts w:eastAsia="Arial"/>
                <w:sz w:val="20"/>
                <w:lang w:val="et-EE"/>
              </w:rPr>
              <w:t xml:space="preserve"> minuti pärast mobiilne internet enam ei tööta. Kraanivee surve langeb. Lift seisab. Kaardimaksed on häiritud.</w:t>
            </w:r>
          </w:p>
        </w:tc>
      </w:tr>
    </w:tbl>
    <w:p w14:paraId="78505AE7" w14:textId="77777777" w:rsidR="00E804CA" w:rsidRPr="00841385" w:rsidRDefault="00E804CA">
      <w:pPr>
        <w:spacing w:after="60"/>
        <w:rPr>
          <w:lang w:val="et-EE"/>
        </w:rPr>
      </w:pPr>
    </w:p>
    <w:tbl>
      <w:tblPr>
        <w:tblW w:w="9648" w:type="dxa"/>
        <w:tblInd w:w="120" w:type="dxa"/>
        <w:tblLayout w:type="fixed"/>
        <w:tblLook w:val="04A0" w:firstRow="1" w:lastRow="0" w:firstColumn="1" w:lastColumn="0" w:noHBand="0" w:noVBand="1"/>
      </w:tblPr>
      <w:tblGrid>
        <w:gridCol w:w="9648"/>
      </w:tblGrid>
      <w:tr w:rsidR="00E804CA" w:rsidRPr="00841385" w14:paraId="04B739B2" w14:textId="77777777">
        <w:tc>
          <w:tcPr>
            <w:tcW w:w="9648" w:type="dxa"/>
            <w:tcBorders>
              <w:bottom w:val="single" w:sz="5" w:space="0" w:color="D5DEDF"/>
            </w:tcBorders>
            <w:tcMar>
              <w:top w:w="90" w:type="dxa"/>
              <w:left w:w="120" w:type="dxa"/>
              <w:bottom w:w="90" w:type="dxa"/>
              <w:right w:w="120" w:type="dxa"/>
            </w:tcMar>
            <w:vAlign w:val="center"/>
          </w:tcPr>
          <w:p w14:paraId="3DBC530B" w14:textId="77777777" w:rsidR="00E804CA" w:rsidRPr="00841385" w:rsidRDefault="00873725">
            <w:pPr>
              <w:spacing w:after="40"/>
              <w:rPr>
                <w:lang w:val="et-EE"/>
              </w:rPr>
            </w:pPr>
            <w:r w:rsidRPr="00841385">
              <w:rPr>
                <w:rFonts w:eastAsia="Arial"/>
                <w:b/>
                <w:color w:val="3F4A4D"/>
                <w:sz w:val="19"/>
                <w:lang w:val="et-EE"/>
              </w:rPr>
              <w:t>Mida muudame oma esialgses plaanis?</w:t>
            </w:r>
            <w:r w:rsidR="008E14B6" w:rsidRPr="00841385">
              <w:rPr>
                <w:rFonts w:eastAsia="Arial"/>
                <w:b/>
                <w:color w:val="3F4A4D"/>
                <w:sz w:val="19"/>
                <w:lang w:val="et-EE"/>
              </w:rPr>
              <w:t xml:space="preserve"> Kas käivitan oma kriisiplaani?</w:t>
            </w:r>
          </w:p>
          <w:p w14:paraId="7CCAA209" w14:textId="77777777" w:rsidR="00E804CA" w:rsidRPr="00841385" w:rsidRDefault="00E804CA">
            <w:pPr>
              <w:spacing w:after="80"/>
              <w:rPr>
                <w:lang w:val="et-EE"/>
              </w:rPr>
            </w:pPr>
          </w:p>
        </w:tc>
      </w:tr>
      <w:tr w:rsidR="00E804CA" w:rsidRPr="00841385" w14:paraId="14FD9994" w14:textId="77777777">
        <w:tc>
          <w:tcPr>
            <w:tcW w:w="9648" w:type="dxa"/>
            <w:tcBorders>
              <w:bottom w:val="single" w:sz="5" w:space="0" w:color="D5DEDF"/>
            </w:tcBorders>
            <w:tcMar>
              <w:top w:w="90" w:type="dxa"/>
              <w:left w:w="120" w:type="dxa"/>
              <w:bottom w:w="90" w:type="dxa"/>
              <w:right w:w="120" w:type="dxa"/>
            </w:tcMar>
            <w:vAlign w:val="center"/>
          </w:tcPr>
          <w:p w14:paraId="042D100C" w14:textId="77777777" w:rsidR="00E804CA" w:rsidRPr="00841385" w:rsidRDefault="00873725">
            <w:pPr>
              <w:spacing w:after="40"/>
              <w:rPr>
                <w:lang w:val="et-EE"/>
              </w:rPr>
            </w:pPr>
            <w:r w:rsidRPr="00841385">
              <w:rPr>
                <w:rFonts w:eastAsia="Arial"/>
                <w:b/>
                <w:color w:val="3F4A4D"/>
                <w:sz w:val="19"/>
                <w:lang w:val="et-EE"/>
              </w:rPr>
              <w:t>Kas jääme, varjume või lahkume – ja miks?</w:t>
            </w:r>
            <w:r w:rsidR="008E14B6" w:rsidRPr="00841385">
              <w:rPr>
                <w:rFonts w:eastAsia="Arial"/>
                <w:b/>
                <w:color w:val="3F4A4D"/>
                <w:sz w:val="19"/>
                <w:lang w:val="et-EE"/>
              </w:rPr>
              <w:t xml:space="preserve"> Kirjelda oma järgmisi tegevusi ning põhjenda endale.</w:t>
            </w:r>
          </w:p>
          <w:p w14:paraId="4FCD608B" w14:textId="77777777" w:rsidR="00E804CA" w:rsidRPr="00841385" w:rsidRDefault="00E804CA">
            <w:pPr>
              <w:spacing w:after="80"/>
              <w:rPr>
                <w:lang w:val="et-EE"/>
              </w:rPr>
            </w:pPr>
          </w:p>
        </w:tc>
      </w:tr>
      <w:tr w:rsidR="00E804CA" w:rsidRPr="00841385" w14:paraId="1DED31B2" w14:textId="77777777">
        <w:tc>
          <w:tcPr>
            <w:tcW w:w="9648" w:type="dxa"/>
            <w:tcBorders>
              <w:bottom w:val="single" w:sz="5" w:space="0" w:color="D5DEDF"/>
            </w:tcBorders>
            <w:tcMar>
              <w:top w:w="90" w:type="dxa"/>
              <w:left w:w="120" w:type="dxa"/>
              <w:bottom w:w="90" w:type="dxa"/>
              <w:right w:w="120" w:type="dxa"/>
            </w:tcMar>
            <w:vAlign w:val="center"/>
          </w:tcPr>
          <w:p w14:paraId="5FF97783" w14:textId="77777777" w:rsidR="00E804CA" w:rsidRPr="00841385" w:rsidRDefault="00873725">
            <w:pPr>
              <w:spacing w:after="40"/>
              <w:rPr>
                <w:lang w:val="et-EE"/>
              </w:rPr>
            </w:pPr>
            <w:r w:rsidRPr="00841385">
              <w:rPr>
                <w:rFonts w:eastAsia="Arial"/>
                <w:b/>
                <w:color w:val="3F4A4D"/>
                <w:sz w:val="19"/>
                <w:lang w:val="et-EE"/>
              </w:rPr>
              <w:t>Millist kontrollitud infot vajame ja kust seda saame?</w:t>
            </w:r>
          </w:p>
          <w:p w14:paraId="006AD800" w14:textId="77777777" w:rsidR="00E804CA" w:rsidRPr="00841385" w:rsidRDefault="00E804CA">
            <w:pPr>
              <w:spacing w:after="80"/>
              <w:rPr>
                <w:lang w:val="et-EE"/>
              </w:rPr>
            </w:pPr>
          </w:p>
        </w:tc>
      </w:tr>
      <w:tr w:rsidR="00E804CA" w:rsidRPr="00841385" w14:paraId="56CBA1F6" w14:textId="77777777">
        <w:tc>
          <w:tcPr>
            <w:tcW w:w="9648" w:type="dxa"/>
            <w:tcBorders>
              <w:bottom w:val="single" w:sz="5" w:space="0" w:color="D5DEDF"/>
            </w:tcBorders>
            <w:tcMar>
              <w:top w:w="90" w:type="dxa"/>
              <w:left w:w="120" w:type="dxa"/>
              <w:bottom w:w="90" w:type="dxa"/>
              <w:right w:w="120" w:type="dxa"/>
            </w:tcMar>
            <w:vAlign w:val="center"/>
          </w:tcPr>
          <w:p w14:paraId="2F984E43" w14:textId="77777777" w:rsidR="00E804CA" w:rsidRPr="00841385" w:rsidRDefault="00873725">
            <w:pPr>
              <w:spacing w:after="40"/>
              <w:rPr>
                <w:lang w:val="et-EE"/>
              </w:rPr>
            </w:pPr>
            <w:r w:rsidRPr="00841385">
              <w:rPr>
                <w:rFonts w:eastAsia="Arial"/>
                <w:b/>
                <w:color w:val="3F4A4D"/>
                <w:sz w:val="19"/>
                <w:lang w:val="et-EE"/>
              </w:rPr>
              <w:t>Keda peame teavitama või aitama?</w:t>
            </w:r>
          </w:p>
          <w:p w14:paraId="00FF2218" w14:textId="77777777" w:rsidR="00E804CA" w:rsidRPr="00841385" w:rsidRDefault="00E804CA">
            <w:pPr>
              <w:spacing w:after="80"/>
              <w:rPr>
                <w:lang w:val="et-EE"/>
              </w:rPr>
            </w:pPr>
          </w:p>
        </w:tc>
      </w:tr>
      <w:tr w:rsidR="00E804CA" w:rsidRPr="00841385" w14:paraId="7C961344" w14:textId="77777777">
        <w:tc>
          <w:tcPr>
            <w:tcW w:w="9648" w:type="dxa"/>
            <w:tcBorders>
              <w:bottom w:val="single" w:sz="5" w:space="0" w:color="D5DEDF"/>
            </w:tcBorders>
            <w:tcMar>
              <w:top w:w="90" w:type="dxa"/>
              <w:left w:w="120" w:type="dxa"/>
              <w:bottom w:w="90" w:type="dxa"/>
              <w:right w:w="120" w:type="dxa"/>
            </w:tcMar>
            <w:vAlign w:val="center"/>
          </w:tcPr>
          <w:p w14:paraId="5D113524" w14:textId="77777777" w:rsidR="00E804CA" w:rsidRPr="00841385" w:rsidRDefault="00873725">
            <w:pPr>
              <w:spacing w:after="40"/>
              <w:rPr>
                <w:lang w:val="et-EE"/>
              </w:rPr>
            </w:pPr>
            <w:r w:rsidRPr="00841385">
              <w:rPr>
                <w:rFonts w:eastAsia="Arial"/>
                <w:b/>
                <w:color w:val="3F4A4D"/>
                <w:sz w:val="19"/>
                <w:lang w:val="et-EE"/>
              </w:rPr>
              <w:t>Milline ressurss muutub järgmisena kriitiliseks?</w:t>
            </w:r>
          </w:p>
          <w:p w14:paraId="7830A0CF" w14:textId="77777777" w:rsidR="00E804CA" w:rsidRPr="00841385" w:rsidRDefault="00E804CA">
            <w:pPr>
              <w:spacing w:after="80"/>
              <w:rPr>
                <w:lang w:val="et-EE"/>
              </w:rPr>
            </w:pPr>
          </w:p>
        </w:tc>
      </w:tr>
    </w:tbl>
    <w:p w14:paraId="246E1177" w14:textId="77777777" w:rsidR="00E804CA" w:rsidRPr="00841385" w:rsidRDefault="00E804CA">
      <w:pPr>
        <w:spacing w:after="40"/>
        <w:rPr>
          <w:lang w:val="et-EE"/>
        </w:rPr>
      </w:pPr>
    </w:p>
    <w:tbl>
      <w:tblPr>
        <w:tblW w:w="9648" w:type="dxa"/>
        <w:tblInd w:w="120" w:type="dxa"/>
        <w:tblLayout w:type="fixed"/>
        <w:tblLook w:val="04A0" w:firstRow="1" w:lastRow="0" w:firstColumn="1" w:lastColumn="0" w:noHBand="0" w:noVBand="1"/>
      </w:tblPr>
      <w:tblGrid>
        <w:gridCol w:w="9648"/>
      </w:tblGrid>
      <w:tr w:rsidR="00E804CA" w:rsidRPr="00841385" w14:paraId="0A5EE74F" w14:textId="77777777">
        <w:tc>
          <w:tcPr>
            <w:tcW w:w="9648" w:type="dxa"/>
            <w:tcBorders>
              <w:left w:val="single" w:sz="10" w:space="0" w:color="1F6F78"/>
            </w:tcBorders>
            <w:shd w:val="clear" w:color="auto" w:fill="E8F2F3"/>
            <w:tcMar>
              <w:top w:w="90" w:type="dxa"/>
              <w:left w:w="120" w:type="dxa"/>
              <w:bottom w:w="90" w:type="dxa"/>
              <w:right w:w="120" w:type="dxa"/>
            </w:tcMar>
            <w:vAlign w:val="center"/>
          </w:tcPr>
          <w:p w14:paraId="2DA0BC27" w14:textId="77777777" w:rsidR="00E804CA" w:rsidRPr="00841385" w:rsidRDefault="00873725">
            <w:pPr>
              <w:spacing w:after="0"/>
              <w:rPr>
                <w:lang w:val="et-EE"/>
              </w:rPr>
            </w:pPr>
            <w:r w:rsidRPr="00841385">
              <w:rPr>
                <w:rFonts w:eastAsia="Arial"/>
                <w:b/>
                <w:color w:val="1F6F78"/>
                <w:sz w:val="20"/>
                <w:lang w:val="et-EE"/>
              </w:rPr>
              <w:t xml:space="preserve">TAGASISIDE  </w:t>
            </w:r>
            <w:r w:rsidRPr="00841385">
              <w:rPr>
                <w:rFonts w:eastAsia="Arial"/>
                <w:sz w:val="20"/>
                <w:lang w:val="et-EE"/>
              </w:rPr>
              <w:t>Hindame prioriteete, infoallikat, ressursi kasutust ja varuplaani – mitte seda, kas vastus kattub koolitaja omaga.</w:t>
            </w:r>
          </w:p>
        </w:tc>
      </w:tr>
    </w:tbl>
    <w:p w14:paraId="75DC6B95" w14:textId="77777777" w:rsidR="00E804CA" w:rsidRPr="00841385" w:rsidRDefault="00E804CA">
      <w:pPr>
        <w:spacing w:after="60"/>
        <w:rPr>
          <w:lang w:val="et-EE"/>
        </w:rPr>
      </w:pPr>
    </w:p>
    <w:p w14:paraId="24182193" w14:textId="77777777" w:rsidR="00E804CA" w:rsidRPr="00841385" w:rsidRDefault="00873725">
      <w:pPr>
        <w:rPr>
          <w:lang w:val="et-EE"/>
        </w:rPr>
      </w:pPr>
      <w:r w:rsidRPr="00841385">
        <w:rPr>
          <w:lang w:val="et-EE"/>
        </w:rPr>
        <w:br w:type="page"/>
      </w:r>
    </w:p>
    <w:p w14:paraId="4CCCD45A" w14:textId="77777777" w:rsidR="00E804CA" w:rsidRPr="00841385" w:rsidRDefault="00873725">
      <w:pPr>
        <w:keepNext/>
        <w:spacing w:after="60"/>
        <w:rPr>
          <w:lang w:val="et-EE"/>
        </w:rPr>
      </w:pPr>
      <w:r w:rsidRPr="00841385">
        <w:rPr>
          <w:rFonts w:eastAsia="Arial"/>
          <w:b/>
          <w:color w:val="173B45"/>
          <w:sz w:val="30"/>
          <w:lang w:val="et-EE"/>
        </w:rPr>
        <w:lastRenderedPageBreak/>
        <w:t xml:space="preserve"> 18  Minu isiklik kriisiplaan</w:t>
      </w:r>
    </w:p>
    <w:p w14:paraId="68FB5344" w14:textId="77777777" w:rsidR="00E804CA" w:rsidRPr="00841385" w:rsidRDefault="00873725">
      <w:pPr>
        <w:spacing w:after="160"/>
        <w:rPr>
          <w:lang w:val="et-EE"/>
        </w:rPr>
      </w:pPr>
      <w:r w:rsidRPr="00841385">
        <w:rPr>
          <w:rFonts w:eastAsia="Arial"/>
          <w:color w:val="3F4A4D"/>
          <w:sz w:val="19"/>
          <w:lang w:val="et-EE"/>
        </w:rPr>
        <w:t>Kirjuta siia oma plaani kõige olulisem osa. Hoia seda hiljem kergesti leitavas kohas.</w:t>
      </w:r>
    </w:p>
    <w:tbl>
      <w:tblPr>
        <w:tblW w:w="9648" w:type="dxa"/>
        <w:tblInd w:w="120" w:type="dxa"/>
        <w:tblLayout w:type="fixed"/>
        <w:tblLook w:val="04A0" w:firstRow="1" w:lastRow="0" w:firstColumn="1" w:lastColumn="0" w:noHBand="0" w:noVBand="1"/>
      </w:tblPr>
      <w:tblGrid>
        <w:gridCol w:w="4536"/>
        <w:gridCol w:w="5112"/>
      </w:tblGrid>
      <w:tr w:rsidR="00E804CA" w:rsidRPr="00841385" w14:paraId="0CD1A49C" w14:textId="77777777">
        <w:tc>
          <w:tcPr>
            <w:tcW w:w="4536"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0CB637FD" w14:textId="77777777" w:rsidR="00E804CA" w:rsidRPr="00841385" w:rsidRDefault="00873725">
            <w:pPr>
              <w:spacing w:after="0"/>
              <w:jc w:val="center"/>
              <w:rPr>
                <w:lang w:val="et-EE"/>
              </w:rPr>
            </w:pPr>
            <w:r w:rsidRPr="00841385">
              <w:rPr>
                <w:rFonts w:eastAsia="Arial"/>
                <w:b/>
                <w:color w:val="FFFFFF"/>
                <w:sz w:val="18"/>
                <w:lang w:val="et-EE"/>
              </w:rPr>
              <w:t>Küsimus</w:t>
            </w:r>
          </w:p>
        </w:tc>
        <w:tc>
          <w:tcPr>
            <w:tcW w:w="5112"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458EA80C" w14:textId="77777777" w:rsidR="00E804CA" w:rsidRPr="00841385" w:rsidRDefault="00873725">
            <w:pPr>
              <w:spacing w:after="0"/>
              <w:jc w:val="center"/>
              <w:rPr>
                <w:lang w:val="et-EE"/>
              </w:rPr>
            </w:pPr>
            <w:r w:rsidRPr="00841385">
              <w:rPr>
                <w:rFonts w:eastAsia="Arial"/>
                <w:b/>
                <w:color w:val="FFFFFF"/>
                <w:sz w:val="18"/>
                <w:lang w:val="et-EE"/>
              </w:rPr>
              <w:t>Minu vastus</w:t>
            </w:r>
          </w:p>
        </w:tc>
      </w:tr>
      <w:tr w:rsidR="00E804CA" w:rsidRPr="00841385" w14:paraId="383E60A5" w14:textId="77777777">
        <w:tc>
          <w:tcPr>
            <w:tcW w:w="453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1A4BCC0" w14:textId="77777777" w:rsidR="00E804CA" w:rsidRPr="00841385" w:rsidRDefault="00873725">
            <w:pPr>
              <w:spacing w:after="0"/>
              <w:rPr>
                <w:lang w:val="et-EE"/>
              </w:rPr>
            </w:pPr>
            <w:r w:rsidRPr="00841385">
              <w:rPr>
                <w:rFonts w:eastAsia="Arial"/>
                <w:sz w:val="17"/>
                <w:lang w:val="et-EE"/>
              </w:rPr>
              <w:t>Kes kuuluvad plaani ja kes mille eest vastutab?</w:t>
            </w:r>
          </w:p>
        </w:tc>
        <w:tc>
          <w:tcPr>
            <w:tcW w:w="511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07EA07EA" w14:textId="77777777" w:rsidR="00E804CA" w:rsidRPr="00841385" w:rsidRDefault="00E804CA">
            <w:pPr>
              <w:spacing w:after="0"/>
              <w:rPr>
                <w:lang w:val="et-EE"/>
              </w:rPr>
            </w:pPr>
          </w:p>
        </w:tc>
      </w:tr>
      <w:tr w:rsidR="00E804CA" w:rsidRPr="00841385" w14:paraId="63F56774" w14:textId="77777777">
        <w:tc>
          <w:tcPr>
            <w:tcW w:w="453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4C0E5C1A" w14:textId="77777777" w:rsidR="00E804CA" w:rsidRPr="00841385" w:rsidRDefault="00873725">
            <w:pPr>
              <w:spacing w:after="0"/>
              <w:rPr>
                <w:lang w:val="et-EE"/>
              </w:rPr>
            </w:pPr>
            <w:r w:rsidRPr="00841385">
              <w:rPr>
                <w:rFonts w:eastAsia="Arial"/>
                <w:sz w:val="17"/>
                <w:lang w:val="et-EE"/>
              </w:rPr>
              <w:t>Mis on meie kohtumispaik?</w:t>
            </w:r>
          </w:p>
        </w:tc>
        <w:tc>
          <w:tcPr>
            <w:tcW w:w="511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5DF03A32" w14:textId="77777777" w:rsidR="00E804CA" w:rsidRPr="00841385" w:rsidRDefault="00E804CA">
            <w:pPr>
              <w:spacing w:after="0"/>
              <w:rPr>
                <w:lang w:val="et-EE"/>
              </w:rPr>
            </w:pPr>
          </w:p>
        </w:tc>
      </w:tr>
      <w:tr w:rsidR="00E804CA" w:rsidRPr="00841385" w14:paraId="7F796EB9" w14:textId="77777777">
        <w:tc>
          <w:tcPr>
            <w:tcW w:w="453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588EBE6E" w14:textId="0B0E5E10" w:rsidR="00E804CA" w:rsidRPr="00841385" w:rsidRDefault="00873725">
            <w:pPr>
              <w:spacing w:after="0"/>
              <w:rPr>
                <w:lang w:val="et-EE"/>
              </w:rPr>
            </w:pPr>
            <w:r w:rsidRPr="00841385">
              <w:rPr>
                <w:rFonts w:eastAsia="Arial"/>
                <w:sz w:val="17"/>
                <w:lang w:val="et-EE"/>
              </w:rPr>
              <w:t>Milline vajadus muutub esimesena kriitiliseks?</w:t>
            </w:r>
            <w:r w:rsidR="007C14D9">
              <w:rPr>
                <w:rFonts w:eastAsia="Arial"/>
                <w:sz w:val="17"/>
                <w:lang w:val="et-EE"/>
              </w:rPr>
              <w:t xml:space="preserve"> </w:t>
            </w:r>
            <w:r w:rsidR="007C14D9">
              <w:rPr>
                <w:rFonts w:eastAsia="Arial"/>
                <w:sz w:val="17"/>
                <w:lang w:val="et-EE"/>
              </w:rPr>
              <w:br/>
              <w:t>Kuidas seda lahendada kavatsen?</w:t>
            </w:r>
          </w:p>
        </w:tc>
        <w:tc>
          <w:tcPr>
            <w:tcW w:w="511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772C7460" w14:textId="77777777" w:rsidR="00E804CA" w:rsidRPr="00841385" w:rsidRDefault="00E804CA">
            <w:pPr>
              <w:spacing w:after="0"/>
              <w:rPr>
                <w:lang w:val="et-EE"/>
              </w:rPr>
            </w:pPr>
          </w:p>
        </w:tc>
      </w:tr>
      <w:tr w:rsidR="00E804CA" w:rsidRPr="00841385" w14:paraId="373E60D2" w14:textId="77777777">
        <w:tc>
          <w:tcPr>
            <w:tcW w:w="453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7099A61E" w14:textId="77777777" w:rsidR="00E804CA" w:rsidRPr="00841385" w:rsidRDefault="00873725">
            <w:pPr>
              <w:spacing w:after="0"/>
              <w:rPr>
                <w:lang w:val="et-EE"/>
              </w:rPr>
            </w:pPr>
            <w:r w:rsidRPr="00841385">
              <w:rPr>
                <w:rFonts w:eastAsia="Arial"/>
                <w:sz w:val="17"/>
                <w:lang w:val="et-EE"/>
              </w:rPr>
              <w:t>Kust saame usaldusväärset infot?</w:t>
            </w:r>
          </w:p>
        </w:tc>
        <w:tc>
          <w:tcPr>
            <w:tcW w:w="511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5186B0ED" w14:textId="77777777" w:rsidR="00E804CA" w:rsidRPr="00841385" w:rsidRDefault="00E804CA">
            <w:pPr>
              <w:spacing w:after="0"/>
              <w:rPr>
                <w:lang w:val="et-EE"/>
              </w:rPr>
            </w:pPr>
          </w:p>
        </w:tc>
      </w:tr>
      <w:tr w:rsidR="00E804CA" w:rsidRPr="00841385" w14:paraId="53373475" w14:textId="77777777" w:rsidTr="007C14D9">
        <w:trPr>
          <w:trHeight w:val="1088"/>
        </w:trPr>
        <w:tc>
          <w:tcPr>
            <w:tcW w:w="453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F152144" w14:textId="02B0EB84" w:rsidR="00E804CA" w:rsidRPr="00841385" w:rsidRDefault="00873725">
            <w:pPr>
              <w:spacing w:after="0"/>
              <w:rPr>
                <w:lang w:val="et-EE"/>
              </w:rPr>
            </w:pPr>
            <w:r w:rsidRPr="00841385">
              <w:rPr>
                <w:rFonts w:eastAsia="Arial"/>
                <w:sz w:val="17"/>
                <w:lang w:val="et-EE"/>
              </w:rPr>
              <w:t>Kus on 2</w:t>
            </w:r>
            <w:r w:rsidR="007C14D9">
              <w:rPr>
                <w:rFonts w:eastAsia="Arial"/>
                <w:sz w:val="17"/>
                <w:lang w:val="et-EE"/>
              </w:rPr>
              <w:t>4</w:t>
            </w:r>
            <w:r w:rsidRPr="00841385">
              <w:rPr>
                <w:rFonts w:eastAsia="Arial"/>
                <w:sz w:val="17"/>
                <w:lang w:val="et-EE"/>
              </w:rPr>
              <w:t>h</w:t>
            </w:r>
            <w:r w:rsidR="007C14D9">
              <w:rPr>
                <w:rFonts w:eastAsia="Arial"/>
                <w:sz w:val="17"/>
                <w:lang w:val="et-EE"/>
              </w:rPr>
              <w:t>, 72h, 1. nädala</w:t>
            </w:r>
            <w:r w:rsidRPr="00841385">
              <w:rPr>
                <w:rFonts w:eastAsia="Arial"/>
                <w:sz w:val="17"/>
                <w:lang w:val="et-EE"/>
              </w:rPr>
              <w:t xml:space="preserve"> joogivesi ja kuidas saame vett juurde?</w:t>
            </w:r>
          </w:p>
        </w:tc>
        <w:tc>
          <w:tcPr>
            <w:tcW w:w="511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18AA2AC3" w14:textId="77777777" w:rsidR="00E804CA" w:rsidRPr="00841385" w:rsidRDefault="00E804CA">
            <w:pPr>
              <w:spacing w:after="0"/>
              <w:rPr>
                <w:lang w:val="et-EE"/>
              </w:rPr>
            </w:pPr>
          </w:p>
        </w:tc>
      </w:tr>
      <w:tr w:rsidR="00E804CA" w:rsidRPr="00841385" w14:paraId="19A51BD0" w14:textId="77777777">
        <w:tc>
          <w:tcPr>
            <w:tcW w:w="453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07E4607F" w14:textId="77777777" w:rsidR="00E804CA" w:rsidRPr="00841385" w:rsidRDefault="00873725">
            <w:pPr>
              <w:spacing w:after="0"/>
              <w:rPr>
                <w:lang w:val="et-EE"/>
              </w:rPr>
            </w:pPr>
            <w:r w:rsidRPr="00841385">
              <w:rPr>
                <w:rFonts w:eastAsia="Arial"/>
                <w:sz w:val="17"/>
                <w:lang w:val="et-EE"/>
              </w:rPr>
              <w:t>Milline on meie ühe nädala toiduplaan?</w:t>
            </w:r>
          </w:p>
        </w:tc>
        <w:tc>
          <w:tcPr>
            <w:tcW w:w="511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5F56A281" w14:textId="77777777" w:rsidR="00E804CA" w:rsidRPr="00841385" w:rsidRDefault="00E804CA">
            <w:pPr>
              <w:spacing w:after="0"/>
              <w:rPr>
                <w:lang w:val="et-EE"/>
              </w:rPr>
            </w:pPr>
          </w:p>
        </w:tc>
      </w:tr>
      <w:tr w:rsidR="00E804CA" w:rsidRPr="00841385" w14:paraId="2A92EAD3" w14:textId="77777777">
        <w:tc>
          <w:tcPr>
            <w:tcW w:w="453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E28B215" w14:textId="77777777" w:rsidR="00E804CA" w:rsidRPr="00841385" w:rsidRDefault="00873725">
            <w:pPr>
              <w:spacing w:after="0"/>
              <w:rPr>
                <w:lang w:val="et-EE"/>
              </w:rPr>
            </w:pPr>
            <w:r w:rsidRPr="00841385">
              <w:rPr>
                <w:rFonts w:eastAsia="Arial"/>
                <w:sz w:val="17"/>
                <w:lang w:val="et-EE"/>
              </w:rPr>
              <w:t>Milline on soojuse ja elektri varulahendus?</w:t>
            </w:r>
          </w:p>
        </w:tc>
        <w:tc>
          <w:tcPr>
            <w:tcW w:w="511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2A44C053" w14:textId="77777777" w:rsidR="00E804CA" w:rsidRPr="00841385" w:rsidRDefault="00E804CA">
            <w:pPr>
              <w:spacing w:after="0"/>
              <w:rPr>
                <w:lang w:val="et-EE"/>
              </w:rPr>
            </w:pPr>
          </w:p>
        </w:tc>
      </w:tr>
      <w:tr w:rsidR="00E804CA" w:rsidRPr="00841385" w14:paraId="53328936" w14:textId="77777777">
        <w:tc>
          <w:tcPr>
            <w:tcW w:w="453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1475CBE" w14:textId="77777777" w:rsidR="00E804CA" w:rsidRPr="00841385" w:rsidRDefault="00873725">
            <w:pPr>
              <w:spacing w:after="0"/>
              <w:rPr>
                <w:lang w:val="et-EE"/>
              </w:rPr>
            </w:pPr>
            <w:r w:rsidRPr="00841385">
              <w:rPr>
                <w:rFonts w:eastAsia="Arial"/>
                <w:sz w:val="17"/>
                <w:lang w:val="et-EE"/>
              </w:rPr>
              <w:t>Milline on meie sularaha- ja liikumisvaru?</w:t>
            </w:r>
          </w:p>
        </w:tc>
        <w:tc>
          <w:tcPr>
            <w:tcW w:w="511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09BDD8CB" w14:textId="77777777" w:rsidR="00E804CA" w:rsidRPr="00841385" w:rsidRDefault="00E804CA">
            <w:pPr>
              <w:spacing w:after="0"/>
              <w:rPr>
                <w:lang w:val="et-EE"/>
              </w:rPr>
            </w:pPr>
          </w:p>
        </w:tc>
      </w:tr>
      <w:tr w:rsidR="00E804CA" w:rsidRPr="00841385" w14:paraId="638B21CB" w14:textId="77777777">
        <w:tc>
          <w:tcPr>
            <w:tcW w:w="453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54C6AF90" w14:textId="77777777" w:rsidR="00E804CA" w:rsidRPr="00841385" w:rsidRDefault="00873725">
            <w:pPr>
              <w:spacing w:after="0"/>
              <w:rPr>
                <w:lang w:val="et-EE"/>
              </w:rPr>
            </w:pPr>
            <w:r w:rsidRPr="00841385">
              <w:rPr>
                <w:rFonts w:eastAsia="Arial"/>
                <w:sz w:val="17"/>
                <w:lang w:val="et-EE"/>
              </w:rPr>
              <w:t>Kuhu läheme, kui kodus pole turvaline?</w:t>
            </w:r>
          </w:p>
        </w:tc>
        <w:tc>
          <w:tcPr>
            <w:tcW w:w="511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54A0412" w14:textId="77777777" w:rsidR="00E804CA" w:rsidRPr="00841385" w:rsidRDefault="00E804CA">
            <w:pPr>
              <w:spacing w:after="0"/>
              <w:rPr>
                <w:lang w:val="et-EE"/>
              </w:rPr>
            </w:pPr>
          </w:p>
        </w:tc>
      </w:tr>
      <w:tr w:rsidR="00E804CA" w:rsidRPr="00841385" w14:paraId="7B16C000" w14:textId="77777777">
        <w:tc>
          <w:tcPr>
            <w:tcW w:w="453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B9C613A" w14:textId="6D0B459A" w:rsidR="00E804CA" w:rsidRPr="00841385" w:rsidRDefault="00873725">
            <w:pPr>
              <w:spacing w:after="0"/>
              <w:rPr>
                <w:lang w:val="et-EE"/>
              </w:rPr>
            </w:pPr>
            <w:r w:rsidRPr="00841385">
              <w:rPr>
                <w:rFonts w:eastAsia="Arial"/>
                <w:sz w:val="17"/>
                <w:lang w:val="et-EE"/>
              </w:rPr>
              <w:t>Kes võib vajada meie abi</w:t>
            </w:r>
            <w:r w:rsidR="00610055">
              <w:rPr>
                <w:rFonts w:eastAsia="Arial"/>
                <w:sz w:val="17"/>
                <w:lang w:val="et-EE"/>
              </w:rPr>
              <w:t>?</w:t>
            </w:r>
          </w:p>
        </w:tc>
        <w:tc>
          <w:tcPr>
            <w:tcW w:w="511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94AF144" w14:textId="77777777" w:rsidR="00E804CA" w:rsidRPr="00841385" w:rsidRDefault="00E804CA">
            <w:pPr>
              <w:spacing w:after="0"/>
              <w:rPr>
                <w:lang w:val="et-EE"/>
              </w:rPr>
            </w:pPr>
          </w:p>
        </w:tc>
      </w:tr>
      <w:tr w:rsidR="00610055" w:rsidRPr="00841385" w14:paraId="36988C76" w14:textId="77777777">
        <w:tc>
          <w:tcPr>
            <w:tcW w:w="453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728C581D" w14:textId="6B001B9C" w:rsidR="00610055" w:rsidRPr="00841385" w:rsidRDefault="00610055">
            <w:pPr>
              <w:spacing w:after="0"/>
              <w:rPr>
                <w:rFonts w:eastAsia="Arial"/>
                <w:sz w:val="17"/>
                <w:lang w:val="et-EE"/>
              </w:rPr>
            </w:pPr>
            <w:r>
              <w:rPr>
                <w:rFonts w:eastAsia="Arial"/>
                <w:sz w:val="17"/>
                <w:lang w:val="et-EE"/>
              </w:rPr>
              <w:t>K</w:t>
            </w:r>
            <w:r w:rsidRPr="00841385">
              <w:rPr>
                <w:rFonts w:eastAsia="Arial"/>
                <w:sz w:val="17"/>
                <w:lang w:val="et-EE"/>
              </w:rPr>
              <w:t>es saab aidata meid?</w:t>
            </w:r>
          </w:p>
        </w:tc>
        <w:tc>
          <w:tcPr>
            <w:tcW w:w="511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0D1D42CE" w14:textId="77777777" w:rsidR="00610055" w:rsidRPr="00841385" w:rsidRDefault="00610055">
            <w:pPr>
              <w:spacing w:after="0"/>
              <w:rPr>
                <w:lang w:val="et-EE"/>
              </w:rPr>
            </w:pPr>
          </w:p>
        </w:tc>
      </w:tr>
      <w:tr w:rsidR="00610055" w:rsidRPr="00841385" w14:paraId="64F900BD" w14:textId="77777777">
        <w:tc>
          <w:tcPr>
            <w:tcW w:w="453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36DEFB30" w14:textId="227D16FF" w:rsidR="00610055" w:rsidRDefault="00610055">
            <w:pPr>
              <w:spacing w:after="0"/>
              <w:rPr>
                <w:rFonts w:eastAsia="Arial"/>
                <w:sz w:val="17"/>
                <w:lang w:val="et-EE"/>
              </w:rPr>
            </w:pPr>
            <w:r w:rsidRPr="00610055">
              <w:rPr>
                <w:rFonts w:eastAsia="Arial"/>
                <w:sz w:val="17"/>
                <w:lang w:val="et-EE"/>
              </w:rPr>
              <w:t>Kes vastutab laste, loomade ja ravimite eest?</w:t>
            </w:r>
          </w:p>
        </w:tc>
        <w:tc>
          <w:tcPr>
            <w:tcW w:w="511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23573E2D" w14:textId="77777777" w:rsidR="00610055" w:rsidRPr="00841385" w:rsidRDefault="00610055">
            <w:pPr>
              <w:spacing w:after="0"/>
              <w:rPr>
                <w:lang w:val="et-EE"/>
              </w:rPr>
            </w:pPr>
          </w:p>
        </w:tc>
      </w:tr>
    </w:tbl>
    <w:p w14:paraId="32D0BB55" w14:textId="77777777" w:rsidR="00E804CA" w:rsidRPr="00841385" w:rsidRDefault="00E804CA">
      <w:pPr>
        <w:spacing w:after="60"/>
        <w:rPr>
          <w:lang w:val="et-EE"/>
        </w:rPr>
      </w:pPr>
    </w:p>
    <w:tbl>
      <w:tblPr>
        <w:tblW w:w="9648" w:type="dxa"/>
        <w:tblInd w:w="120" w:type="dxa"/>
        <w:tblLayout w:type="fixed"/>
        <w:tblLook w:val="04A0" w:firstRow="1" w:lastRow="0" w:firstColumn="1" w:lastColumn="0" w:noHBand="0" w:noVBand="1"/>
      </w:tblPr>
      <w:tblGrid>
        <w:gridCol w:w="9648"/>
      </w:tblGrid>
      <w:tr w:rsidR="00E804CA" w:rsidRPr="00841385" w14:paraId="4492B68D" w14:textId="77777777">
        <w:tc>
          <w:tcPr>
            <w:tcW w:w="9648" w:type="dxa"/>
            <w:tcBorders>
              <w:left w:val="single" w:sz="10" w:space="0" w:color="D26A3A"/>
            </w:tcBorders>
            <w:shd w:val="clear" w:color="auto" w:fill="F8ECE5"/>
            <w:tcMar>
              <w:top w:w="90" w:type="dxa"/>
              <w:left w:w="120" w:type="dxa"/>
              <w:bottom w:w="90" w:type="dxa"/>
              <w:right w:w="120" w:type="dxa"/>
            </w:tcMar>
            <w:vAlign w:val="center"/>
          </w:tcPr>
          <w:p w14:paraId="0CAF851F" w14:textId="77777777" w:rsidR="00E804CA" w:rsidRPr="00841385" w:rsidRDefault="00873725">
            <w:pPr>
              <w:spacing w:after="0"/>
              <w:rPr>
                <w:lang w:val="et-EE"/>
              </w:rPr>
            </w:pPr>
            <w:r w:rsidRPr="00841385">
              <w:rPr>
                <w:rFonts w:eastAsia="Arial"/>
                <w:b/>
                <w:color w:val="D26A3A"/>
                <w:sz w:val="20"/>
                <w:lang w:val="et-EE"/>
              </w:rPr>
              <w:t xml:space="preserve">MINU KOKKULEPE  </w:t>
            </w:r>
            <w:r w:rsidRPr="00841385">
              <w:rPr>
                <w:rFonts w:eastAsia="Arial"/>
                <w:sz w:val="20"/>
                <w:lang w:val="et-EE"/>
              </w:rPr>
              <w:t>Kui infot on vähe, ei tegutse ma kuulujutu põhjal. Hindan vahetut ohtu, kontrollin ametlikke juhiseid ja teen järgmise mõistliku sammu.</w:t>
            </w:r>
          </w:p>
        </w:tc>
      </w:tr>
    </w:tbl>
    <w:p w14:paraId="4B721338" w14:textId="77777777" w:rsidR="00E804CA" w:rsidRPr="00841385" w:rsidRDefault="00E804CA">
      <w:pPr>
        <w:spacing w:after="60"/>
        <w:rPr>
          <w:lang w:val="et-EE"/>
        </w:rPr>
      </w:pPr>
    </w:p>
    <w:p w14:paraId="72581692" w14:textId="77777777" w:rsidR="00E804CA" w:rsidRPr="00841385" w:rsidRDefault="00873725">
      <w:pPr>
        <w:rPr>
          <w:lang w:val="et-EE"/>
        </w:rPr>
      </w:pPr>
      <w:r w:rsidRPr="00841385">
        <w:rPr>
          <w:lang w:val="et-EE"/>
        </w:rPr>
        <w:br w:type="page"/>
      </w:r>
    </w:p>
    <w:p w14:paraId="3866C6F7" w14:textId="77777777" w:rsidR="00E804CA" w:rsidRPr="00841385" w:rsidRDefault="00873725">
      <w:pPr>
        <w:keepNext/>
        <w:spacing w:after="60"/>
        <w:rPr>
          <w:lang w:val="et-EE"/>
        </w:rPr>
      </w:pPr>
      <w:r w:rsidRPr="00841385">
        <w:rPr>
          <w:rFonts w:eastAsia="Arial"/>
          <w:b/>
          <w:color w:val="173B45"/>
          <w:sz w:val="30"/>
          <w:lang w:val="et-EE"/>
        </w:rPr>
        <w:lastRenderedPageBreak/>
        <w:t xml:space="preserve"> 19  Kolm asja, mida teen pärast koolitust</w:t>
      </w:r>
    </w:p>
    <w:p w14:paraId="59EBC92C" w14:textId="77777777" w:rsidR="00E804CA" w:rsidRDefault="00873725">
      <w:pPr>
        <w:spacing w:after="160"/>
        <w:rPr>
          <w:rFonts w:eastAsia="Arial"/>
          <w:color w:val="3F4A4D"/>
          <w:sz w:val="19"/>
          <w:lang w:val="et-EE"/>
        </w:rPr>
      </w:pPr>
      <w:r w:rsidRPr="00841385">
        <w:rPr>
          <w:rFonts w:eastAsia="Arial"/>
          <w:color w:val="3F4A4D"/>
          <w:sz w:val="19"/>
          <w:lang w:val="et-EE"/>
        </w:rPr>
        <w:t>Valmisolek tekib väikestest päriselt tehtud sammudest.</w:t>
      </w:r>
    </w:p>
    <w:p w14:paraId="506919FC" w14:textId="08B218CD" w:rsidR="00610055" w:rsidRPr="00841385" w:rsidRDefault="00610055">
      <w:pPr>
        <w:spacing w:after="160"/>
        <w:rPr>
          <w:lang w:val="et-EE"/>
        </w:rPr>
      </w:pPr>
      <w:r>
        <w:rPr>
          <w:rFonts w:eastAsia="Arial"/>
          <w:color w:val="3F4A4D"/>
          <w:sz w:val="19"/>
          <w:lang w:val="et-EE"/>
        </w:rPr>
        <w:t>Hinda oma valmisolekut</w:t>
      </w:r>
      <w:r w:rsidR="00285BE5">
        <w:rPr>
          <w:rFonts w:eastAsia="Arial"/>
          <w:color w:val="3F4A4D"/>
          <w:sz w:val="19"/>
          <w:lang w:val="et-EE"/>
        </w:rPr>
        <w:t xml:space="preserve"> 1- mul puudub varu või plaan, 5- olen valmis, varu on olemas, kokkulepped tehtud ja lahendus läbi mõeldud ning harjutatud.</w:t>
      </w:r>
    </w:p>
    <w:tbl>
      <w:tblPr>
        <w:tblW w:w="9648" w:type="dxa"/>
        <w:tblInd w:w="120" w:type="dxa"/>
        <w:tblLayout w:type="fixed"/>
        <w:tblLook w:val="04A0" w:firstRow="1" w:lastRow="0" w:firstColumn="1" w:lastColumn="0" w:noHBand="0" w:noVBand="1"/>
      </w:tblPr>
      <w:tblGrid>
        <w:gridCol w:w="3168"/>
        <w:gridCol w:w="1296"/>
        <w:gridCol w:w="1296"/>
        <w:gridCol w:w="1296"/>
        <w:gridCol w:w="1296"/>
        <w:gridCol w:w="1296"/>
      </w:tblGrid>
      <w:tr w:rsidR="009D2EE6" w:rsidRPr="00841385" w14:paraId="472A1096" w14:textId="77777777" w:rsidTr="007C14D9">
        <w:tc>
          <w:tcPr>
            <w:tcW w:w="3168"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459175D9" w14:textId="77777777" w:rsidR="009D2EE6" w:rsidRPr="00841385" w:rsidRDefault="009D2EE6" w:rsidP="007C14D9">
            <w:pPr>
              <w:spacing w:after="0"/>
              <w:jc w:val="center"/>
              <w:rPr>
                <w:lang w:val="et-EE"/>
              </w:rPr>
            </w:pPr>
            <w:r w:rsidRPr="00841385">
              <w:rPr>
                <w:rFonts w:eastAsia="Arial"/>
                <w:b/>
                <w:color w:val="FFFFFF"/>
                <w:sz w:val="18"/>
                <w:lang w:val="et-EE"/>
              </w:rPr>
              <w:t>Valdkond</w:t>
            </w:r>
          </w:p>
        </w:tc>
        <w:tc>
          <w:tcPr>
            <w:tcW w:w="1296"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7862F001" w14:textId="77777777" w:rsidR="009D2EE6" w:rsidRPr="00841385" w:rsidRDefault="009D2EE6" w:rsidP="007C14D9">
            <w:pPr>
              <w:spacing w:after="0"/>
              <w:jc w:val="center"/>
              <w:rPr>
                <w:lang w:val="et-EE"/>
              </w:rPr>
            </w:pPr>
            <w:r w:rsidRPr="00841385">
              <w:rPr>
                <w:rFonts w:eastAsia="Arial"/>
                <w:b/>
                <w:color w:val="FFFFFF"/>
                <w:sz w:val="18"/>
                <w:lang w:val="et-EE"/>
              </w:rPr>
              <w:t>1</w:t>
            </w:r>
          </w:p>
        </w:tc>
        <w:tc>
          <w:tcPr>
            <w:tcW w:w="1296"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069E3EF8" w14:textId="77777777" w:rsidR="009D2EE6" w:rsidRPr="00841385" w:rsidRDefault="009D2EE6" w:rsidP="007C14D9">
            <w:pPr>
              <w:spacing w:after="0"/>
              <w:jc w:val="center"/>
              <w:rPr>
                <w:lang w:val="et-EE"/>
              </w:rPr>
            </w:pPr>
            <w:r w:rsidRPr="00841385">
              <w:rPr>
                <w:rFonts w:eastAsia="Arial"/>
                <w:b/>
                <w:color w:val="FFFFFF"/>
                <w:sz w:val="18"/>
                <w:lang w:val="et-EE"/>
              </w:rPr>
              <w:t>2</w:t>
            </w:r>
          </w:p>
        </w:tc>
        <w:tc>
          <w:tcPr>
            <w:tcW w:w="1296"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7FE25315" w14:textId="77777777" w:rsidR="009D2EE6" w:rsidRPr="00841385" w:rsidRDefault="009D2EE6" w:rsidP="007C14D9">
            <w:pPr>
              <w:spacing w:after="0"/>
              <w:jc w:val="center"/>
              <w:rPr>
                <w:lang w:val="et-EE"/>
              </w:rPr>
            </w:pPr>
            <w:r w:rsidRPr="00841385">
              <w:rPr>
                <w:rFonts w:eastAsia="Arial"/>
                <w:b/>
                <w:color w:val="FFFFFF"/>
                <w:sz w:val="18"/>
                <w:lang w:val="et-EE"/>
              </w:rPr>
              <w:t>3</w:t>
            </w:r>
          </w:p>
        </w:tc>
        <w:tc>
          <w:tcPr>
            <w:tcW w:w="1296"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289A462A" w14:textId="77777777" w:rsidR="009D2EE6" w:rsidRPr="00841385" w:rsidRDefault="009D2EE6" w:rsidP="007C14D9">
            <w:pPr>
              <w:spacing w:after="0"/>
              <w:jc w:val="center"/>
              <w:rPr>
                <w:lang w:val="et-EE"/>
              </w:rPr>
            </w:pPr>
            <w:r w:rsidRPr="00841385">
              <w:rPr>
                <w:rFonts w:eastAsia="Arial"/>
                <w:b/>
                <w:color w:val="FFFFFF"/>
                <w:sz w:val="18"/>
                <w:lang w:val="et-EE"/>
              </w:rPr>
              <w:t>4</w:t>
            </w:r>
          </w:p>
        </w:tc>
        <w:tc>
          <w:tcPr>
            <w:tcW w:w="1296"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418284B6" w14:textId="77777777" w:rsidR="009D2EE6" w:rsidRPr="00841385" w:rsidRDefault="009D2EE6" w:rsidP="007C14D9">
            <w:pPr>
              <w:spacing w:after="0"/>
              <w:jc w:val="center"/>
              <w:rPr>
                <w:lang w:val="et-EE"/>
              </w:rPr>
            </w:pPr>
            <w:r w:rsidRPr="00841385">
              <w:rPr>
                <w:rFonts w:eastAsia="Arial"/>
                <w:b/>
                <w:color w:val="FFFFFF"/>
                <w:sz w:val="18"/>
                <w:lang w:val="et-EE"/>
              </w:rPr>
              <w:t>5</w:t>
            </w:r>
          </w:p>
        </w:tc>
      </w:tr>
      <w:tr w:rsidR="009D2EE6" w:rsidRPr="00841385" w14:paraId="0EDAB99F" w14:textId="77777777" w:rsidTr="007C14D9">
        <w:tc>
          <w:tcPr>
            <w:tcW w:w="3168"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33CB157F" w14:textId="77777777" w:rsidR="009D2EE6" w:rsidRPr="00841385" w:rsidRDefault="009D2EE6" w:rsidP="007C14D9">
            <w:pPr>
              <w:spacing w:after="0"/>
              <w:rPr>
                <w:lang w:val="et-EE"/>
              </w:rPr>
            </w:pPr>
            <w:r w:rsidRPr="00841385">
              <w:rPr>
                <w:rFonts w:eastAsia="Arial"/>
                <w:sz w:val="17"/>
                <w:lang w:val="et-EE"/>
              </w:rPr>
              <w:t>Vesi</w:t>
            </w:r>
          </w:p>
        </w:tc>
        <w:tc>
          <w:tcPr>
            <w:tcW w:w="129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11047C29" w14:textId="77777777" w:rsidR="009D2EE6" w:rsidRPr="00841385" w:rsidRDefault="009D2EE6" w:rsidP="007C14D9">
            <w:pPr>
              <w:spacing w:after="0"/>
              <w:rPr>
                <w:lang w:val="et-EE"/>
              </w:rPr>
            </w:pPr>
            <w:r w:rsidRPr="00841385">
              <w:rPr>
                <w:rFonts w:eastAsia="Arial"/>
                <w:sz w:val="17"/>
                <w:lang w:val="et-EE"/>
              </w:rPr>
              <w:t>☐</w:t>
            </w:r>
          </w:p>
        </w:tc>
        <w:tc>
          <w:tcPr>
            <w:tcW w:w="129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741BEE42" w14:textId="77777777" w:rsidR="009D2EE6" w:rsidRPr="00841385" w:rsidRDefault="009D2EE6" w:rsidP="007C14D9">
            <w:pPr>
              <w:spacing w:after="0"/>
              <w:rPr>
                <w:lang w:val="et-EE"/>
              </w:rPr>
            </w:pPr>
            <w:r w:rsidRPr="00841385">
              <w:rPr>
                <w:rFonts w:eastAsia="Arial"/>
                <w:sz w:val="17"/>
                <w:lang w:val="et-EE"/>
              </w:rPr>
              <w:t>☐</w:t>
            </w:r>
          </w:p>
        </w:tc>
        <w:tc>
          <w:tcPr>
            <w:tcW w:w="129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E90511C" w14:textId="77777777" w:rsidR="009D2EE6" w:rsidRPr="00841385" w:rsidRDefault="009D2EE6" w:rsidP="007C14D9">
            <w:pPr>
              <w:spacing w:after="0"/>
              <w:rPr>
                <w:lang w:val="et-EE"/>
              </w:rPr>
            </w:pPr>
            <w:r w:rsidRPr="00841385">
              <w:rPr>
                <w:rFonts w:eastAsia="Arial"/>
                <w:sz w:val="17"/>
                <w:lang w:val="et-EE"/>
              </w:rPr>
              <w:t>☐</w:t>
            </w:r>
          </w:p>
        </w:tc>
        <w:tc>
          <w:tcPr>
            <w:tcW w:w="129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3184982F" w14:textId="77777777" w:rsidR="009D2EE6" w:rsidRPr="00841385" w:rsidRDefault="009D2EE6" w:rsidP="007C14D9">
            <w:pPr>
              <w:spacing w:after="0"/>
              <w:rPr>
                <w:lang w:val="et-EE"/>
              </w:rPr>
            </w:pPr>
            <w:r w:rsidRPr="00841385">
              <w:rPr>
                <w:rFonts w:eastAsia="Arial"/>
                <w:sz w:val="17"/>
                <w:lang w:val="et-EE"/>
              </w:rPr>
              <w:t>☐</w:t>
            </w:r>
          </w:p>
        </w:tc>
        <w:tc>
          <w:tcPr>
            <w:tcW w:w="129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46CF0409" w14:textId="77777777" w:rsidR="009D2EE6" w:rsidRPr="00841385" w:rsidRDefault="009D2EE6" w:rsidP="007C14D9">
            <w:pPr>
              <w:spacing w:after="0"/>
              <w:rPr>
                <w:lang w:val="et-EE"/>
              </w:rPr>
            </w:pPr>
            <w:r w:rsidRPr="00841385">
              <w:rPr>
                <w:rFonts w:eastAsia="Arial"/>
                <w:sz w:val="17"/>
                <w:lang w:val="et-EE"/>
              </w:rPr>
              <w:t>☐</w:t>
            </w:r>
          </w:p>
        </w:tc>
      </w:tr>
      <w:tr w:rsidR="009D2EE6" w:rsidRPr="00841385" w14:paraId="01915EB7" w14:textId="77777777" w:rsidTr="007C14D9">
        <w:tc>
          <w:tcPr>
            <w:tcW w:w="3168"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780FAEE6" w14:textId="77777777" w:rsidR="009D2EE6" w:rsidRPr="00841385" w:rsidRDefault="009D2EE6" w:rsidP="007C14D9">
            <w:pPr>
              <w:spacing w:after="0"/>
              <w:rPr>
                <w:lang w:val="et-EE"/>
              </w:rPr>
            </w:pPr>
            <w:r w:rsidRPr="00841385">
              <w:rPr>
                <w:rFonts w:eastAsia="Arial"/>
                <w:sz w:val="17"/>
                <w:lang w:val="et-EE"/>
              </w:rPr>
              <w:t>Toit</w:t>
            </w:r>
          </w:p>
        </w:tc>
        <w:tc>
          <w:tcPr>
            <w:tcW w:w="129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0CB598DB" w14:textId="77777777" w:rsidR="009D2EE6" w:rsidRPr="00841385" w:rsidRDefault="009D2EE6" w:rsidP="007C14D9">
            <w:pPr>
              <w:spacing w:after="0"/>
              <w:rPr>
                <w:lang w:val="et-EE"/>
              </w:rPr>
            </w:pPr>
            <w:r w:rsidRPr="00841385">
              <w:rPr>
                <w:rFonts w:eastAsia="Arial"/>
                <w:sz w:val="17"/>
                <w:lang w:val="et-EE"/>
              </w:rPr>
              <w:t>☐</w:t>
            </w:r>
          </w:p>
        </w:tc>
        <w:tc>
          <w:tcPr>
            <w:tcW w:w="129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2DB5C13B" w14:textId="77777777" w:rsidR="009D2EE6" w:rsidRPr="00841385" w:rsidRDefault="009D2EE6" w:rsidP="007C14D9">
            <w:pPr>
              <w:spacing w:after="0"/>
              <w:rPr>
                <w:lang w:val="et-EE"/>
              </w:rPr>
            </w:pPr>
            <w:r w:rsidRPr="00841385">
              <w:rPr>
                <w:rFonts w:eastAsia="Arial"/>
                <w:sz w:val="17"/>
                <w:lang w:val="et-EE"/>
              </w:rPr>
              <w:t>☐</w:t>
            </w:r>
          </w:p>
        </w:tc>
        <w:tc>
          <w:tcPr>
            <w:tcW w:w="129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30C2CCB3" w14:textId="77777777" w:rsidR="009D2EE6" w:rsidRPr="00841385" w:rsidRDefault="009D2EE6" w:rsidP="007C14D9">
            <w:pPr>
              <w:spacing w:after="0"/>
              <w:rPr>
                <w:lang w:val="et-EE"/>
              </w:rPr>
            </w:pPr>
            <w:r w:rsidRPr="00841385">
              <w:rPr>
                <w:rFonts w:eastAsia="Arial"/>
                <w:sz w:val="17"/>
                <w:lang w:val="et-EE"/>
              </w:rPr>
              <w:t>☐</w:t>
            </w:r>
          </w:p>
        </w:tc>
        <w:tc>
          <w:tcPr>
            <w:tcW w:w="129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3C33C7D1" w14:textId="77777777" w:rsidR="009D2EE6" w:rsidRPr="00841385" w:rsidRDefault="009D2EE6" w:rsidP="007C14D9">
            <w:pPr>
              <w:spacing w:after="0"/>
              <w:rPr>
                <w:lang w:val="et-EE"/>
              </w:rPr>
            </w:pPr>
            <w:r w:rsidRPr="00841385">
              <w:rPr>
                <w:rFonts w:eastAsia="Arial"/>
                <w:sz w:val="17"/>
                <w:lang w:val="et-EE"/>
              </w:rPr>
              <w:t>☐</w:t>
            </w:r>
          </w:p>
        </w:tc>
        <w:tc>
          <w:tcPr>
            <w:tcW w:w="129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29858022" w14:textId="77777777" w:rsidR="009D2EE6" w:rsidRPr="00841385" w:rsidRDefault="009D2EE6" w:rsidP="007C14D9">
            <w:pPr>
              <w:spacing w:after="0"/>
              <w:rPr>
                <w:lang w:val="et-EE"/>
              </w:rPr>
            </w:pPr>
            <w:r w:rsidRPr="00841385">
              <w:rPr>
                <w:rFonts w:eastAsia="Arial"/>
                <w:sz w:val="17"/>
                <w:lang w:val="et-EE"/>
              </w:rPr>
              <w:t>☐</w:t>
            </w:r>
          </w:p>
        </w:tc>
      </w:tr>
      <w:tr w:rsidR="009D2EE6" w:rsidRPr="00841385" w14:paraId="08D0C1E1" w14:textId="77777777" w:rsidTr="007C14D9">
        <w:tc>
          <w:tcPr>
            <w:tcW w:w="3168"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40EB3519" w14:textId="77777777" w:rsidR="009D2EE6" w:rsidRPr="00841385" w:rsidRDefault="009D2EE6" w:rsidP="007C14D9">
            <w:pPr>
              <w:spacing w:after="0"/>
              <w:rPr>
                <w:lang w:val="et-EE"/>
              </w:rPr>
            </w:pPr>
            <w:r w:rsidRPr="00841385">
              <w:rPr>
                <w:rFonts w:eastAsia="Arial"/>
                <w:sz w:val="17"/>
                <w:lang w:val="et-EE"/>
              </w:rPr>
              <w:t>Info ja side</w:t>
            </w:r>
          </w:p>
        </w:tc>
        <w:tc>
          <w:tcPr>
            <w:tcW w:w="129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1A60D6C7" w14:textId="77777777" w:rsidR="009D2EE6" w:rsidRPr="00841385" w:rsidRDefault="009D2EE6" w:rsidP="007C14D9">
            <w:pPr>
              <w:spacing w:after="0"/>
              <w:rPr>
                <w:lang w:val="et-EE"/>
              </w:rPr>
            </w:pPr>
            <w:r w:rsidRPr="00841385">
              <w:rPr>
                <w:rFonts w:eastAsia="Arial"/>
                <w:sz w:val="17"/>
                <w:lang w:val="et-EE"/>
              </w:rPr>
              <w:t>☐</w:t>
            </w:r>
          </w:p>
        </w:tc>
        <w:tc>
          <w:tcPr>
            <w:tcW w:w="129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101C554E" w14:textId="77777777" w:rsidR="009D2EE6" w:rsidRPr="00841385" w:rsidRDefault="009D2EE6" w:rsidP="007C14D9">
            <w:pPr>
              <w:spacing w:after="0"/>
              <w:rPr>
                <w:lang w:val="et-EE"/>
              </w:rPr>
            </w:pPr>
            <w:r w:rsidRPr="00841385">
              <w:rPr>
                <w:rFonts w:eastAsia="Arial"/>
                <w:sz w:val="17"/>
                <w:lang w:val="et-EE"/>
              </w:rPr>
              <w:t>☐</w:t>
            </w:r>
          </w:p>
        </w:tc>
        <w:tc>
          <w:tcPr>
            <w:tcW w:w="129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2A014FFA" w14:textId="77777777" w:rsidR="009D2EE6" w:rsidRPr="00841385" w:rsidRDefault="009D2EE6" w:rsidP="007C14D9">
            <w:pPr>
              <w:spacing w:after="0"/>
              <w:rPr>
                <w:lang w:val="et-EE"/>
              </w:rPr>
            </w:pPr>
            <w:r w:rsidRPr="00841385">
              <w:rPr>
                <w:rFonts w:eastAsia="Arial"/>
                <w:sz w:val="17"/>
                <w:lang w:val="et-EE"/>
              </w:rPr>
              <w:t>☐</w:t>
            </w:r>
          </w:p>
        </w:tc>
        <w:tc>
          <w:tcPr>
            <w:tcW w:w="129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0F65FDF8" w14:textId="77777777" w:rsidR="009D2EE6" w:rsidRPr="00841385" w:rsidRDefault="009D2EE6" w:rsidP="007C14D9">
            <w:pPr>
              <w:spacing w:after="0"/>
              <w:rPr>
                <w:lang w:val="et-EE"/>
              </w:rPr>
            </w:pPr>
            <w:r w:rsidRPr="00841385">
              <w:rPr>
                <w:rFonts w:eastAsia="Arial"/>
                <w:sz w:val="17"/>
                <w:lang w:val="et-EE"/>
              </w:rPr>
              <w:t>☐</w:t>
            </w:r>
          </w:p>
        </w:tc>
        <w:tc>
          <w:tcPr>
            <w:tcW w:w="129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56CCC5E5" w14:textId="77777777" w:rsidR="009D2EE6" w:rsidRPr="00841385" w:rsidRDefault="009D2EE6" w:rsidP="007C14D9">
            <w:pPr>
              <w:spacing w:after="0"/>
              <w:rPr>
                <w:lang w:val="et-EE"/>
              </w:rPr>
            </w:pPr>
            <w:r w:rsidRPr="00841385">
              <w:rPr>
                <w:rFonts w:eastAsia="Arial"/>
                <w:sz w:val="17"/>
                <w:lang w:val="et-EE"/>
              </w:rPr>
              <w:t>☐</w:t>
            </w:r>
          </w:p>
        </w:tc>
      </w:tr>
      <w:tr w:rsidR="009D2EE6" w:rsidRPr="00841385" w14:paraId="16232BF5" w14:textId="77777777" w:rsidTr="007C14D9">
        <w:tc>
          <w:tcPr>
            <w:tcW w:w="3168"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4BAA867E" w14:textId="77777777" w:rsidR="009D2EE6" w:rsidRPr="00841385" w:rsidRDefault="009D2EE6" w:rsidP="007C14D9">
            <w:pPr>
              <w:spacing w:after="0"/>
              <w:rPr>
                <w:lang w:val="et-EE"/>
              </w:rPr>
            </w:pPr>
            <w:r w:rsidRPr="00841385">
              <w:rPr>
                <w:rFonts w:eastAsia="Arial"/>
                <w:sz w:val="17"/>
                <w:lang w:val="et-EE"/>
              </w:rPr>
              <w:t>Jäämine / lahkumine</w:t>
            </w:r>
          </w:p>
        </w:tc>
        <w:tc>
          <w:tcPr>
            <w:tcW w:w="129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7F65AA0" w14:textId="77777777" w:rsidR="009D2EE6" w:rsidRPr="00841385" w:rsidRDefault="009D2EE6" w:rsidP="007C14D9">
            <w:pPr>
              <w:spacing w:after="0"/>
              <w:rPr>
                <w:lang w:val="et-EE"/>
              </w:rPr>
            </w:pPr>
            <w:r w:rsidRPr="00841385">
              <w:rPr>
                <w:rFonts w:eastAsia="Arial"/>
                <w:sz w:val="17"/>
                <w:lang w:val="et-EE"/>
              </w:rPr>
              <w:t>☐</w:t>
            </w:r>
          </w:p>
        </w:tc>
        <w:tc>
          <w:tcPr>
            <w:tcW w:w="129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70FF9792" w14:textId="77777777" w:rsidR="009D2EE6" w:rsidRPr="00841385" w:rsidRDefault="009D2EE6" w:rsidP="007C14D9">
            <w:pPr>
              <w:spacing w:after="0"/>
              <w:rPr>
                <w:lang w:val="et-EE"/>
              </w:rPr>
            </w:pPr>
            <w:r w:rsidRPr="00841385">
              <w:rPr>
                <w:rFonts w:eastAsia="Arial"/>
                <w:sz w:val="17"/>
                <w:lang w:val="et-EE"/>
              </w:rPr>
              <w:t>☐</w:t>
            </w:r>
          </w:p>
        </w:tc>
        <w:tc>
          <w:tcPr>
            <w:tcW w:w="129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1866A803" w14:textId="77777777" w:rsidR="009D2EE6" w:rsidRPr="00841385" w:rsidRDefault="009D2EE6" w:rsidP="007C14D9">
            <w:pPr>
              <w:spacing w:after="0"/>
              <w:rPr>
                <w:lang w:val="et-EE"/>
              </w:rPr>
            </w:pPr>
            <w:r w:rsidRPr="00841385">
              <w:rPr>
                <w:rFonts w:eastAsia="Arial"/>
                <w:sz w:val="17"/>
                <w:lang w:val="et-EE"/>
              </w:rPr>
              <w:t>☐</w:t>
            </w:r>
          </w:p>
        </w:tc>
        <w:tc>
          <w:tcPr>
            <w:tcW w:w="129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35484B30" w14:textId="77777777" w:rsidR="009D2EE6" w:rsidRPr="00841385" w:rsidRDefault="009D2EE6" w:rsidP="007C14D9">
            <w:pPr>
              <w:spacing w:after="0"/>
              <w:rPr>
                <w:lang w:val="et-EE"/>
              </w:rPr>
            </w:pPr>
            <w:r w:rsidRPr="00841385">
              <w:rPr>
                <w:rFonts w:eastAsia="Arial"/>
                <w:sz w:val="17"/>
                <w:lang w:val="et-EE"/>
              </w:rPr>
              <w:t>☐</w:t>
            </w:r>
          </w:p>
        </w:tc>
        <w:tc>
          <w:tcPr>
            <w:tcW w:w="1296"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317950F2" w14:textId="77777777" w:rsidR="009D2EE6" w:rsidRPr="00841385" w:rsidRDefault="009D2EE6" w:rsidP="007C14D9">
            <w:pPr>
              <w:spacing w:after="0"/>
              <w:rPr>
                <w:lang w:val="et-EE"/>
              </w:rPr>
            </w:pPr>
            <w:r w:rsidRPr="00841385">
              <w:rPr>
                <w:rFonts w:eastAsia="Arial"/>
                <w:sz w:val="17"/>
                <w:lang w:val="et-EE"/>
              </w:rPr>
              <w:t>☐</w:t>
            </w:r>
          </w:p>
        </w:tc>
      </w:tr>
    </w:tbl>
    <w:p w14:paraId="5E5A19E3" w14:textId="77777777" w:rsidR="00E804CA" w:rsidRPr="00841385" w:rsidRDefault="00E804CA">
      <w:pPr>
        <w:spacing w:after="60"/>
        <w:rPr>
          <w:lang w:val="et-EE"/>
        </w:rPr>
      </w:pPr>
    </w:p>
    <w:p w14:paraId="41A00909" w14:textId="77777777" w:rsidR="00E804CA" w:rsidRPr="00841385" w:rsidRDefault="00873725">
      <w:pPr>
        <w:spacing w:after="80"/>
        <w:rPr>
          <w:lang w:val="et-EE"/>
        </w:rPr>
      </w:pPr>
      <w:r w:rsidRPr="00841385">
        <w:rPr>
          <w:rFonts w:eastAsia="Arial"/>
          <w:b/>
          <w:color w:val="173B45"/>
          <w:sz w:val="22"/>
          <w:lang w:val="et-EE"/>
        </w:rPr>
        <w:t>Minu valmisolek pärast koolitust</w:t>
      </w:r>
    </w:p>
    <w:p w14:paraId="33876381" w14:textId="77777777" w:rsidR="009D2EE6" w:rsidRPr="00841385" w:rsidRDefault="009D2EE6">
      <w:pPr>
        <w:spacing w:after="60"/>
        <w:rPr>
          <w:lang w:val="et-EE"/>
        </w:rPr>
      </w:pPr>
    </w:p>
    <w:tbl>
      <w:tblPr>
        <w:tblW w:w="9648" w:type="dxa"/>
        <w:tblInd w:w="120" w:type="dxa"/>
        <w:tblLayout w:type="fixed"/>
        <w:tblLook w:val="04A0" w:firstRow="1" w:lastRow="0" w:firstColumn="1" w:lastColumn="0" w:noHBand="0" w:noVBand="1"/>
      </w:tblPr>
      <w:tblGrid>
        <w:gridCol w:w="6552"/>
        <w:gridCol w:w="1944"/>
        <w:gridCol w:w="1152"/>
      </w:tblGrid>
      <w:tr w:rsidR="009D2EE6" w:rsidRPr="00841385" w14:paraId="45FF06D4" w14:textId="77777777" w:rsidTr="007C14D9">
        <w:tc>
          <w:tcPr>
            <w:tcW w:w="6552"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6C011F68" w14:textId="77777777" w:rsidR="009D2EE6" w:rsidRPr="00841385" w:rsidRDefault="009D2EE6" w:rsidP="007C14D9">
            <w:pPr>
              <w:spacing w:after="0"/>
              <w:jc w:val="center"/>
              <w:rPr>
                <w:lang w:val="et-EE"/>
              </w:rPr>
            </w:pPr>
            <w:r w:rsidRPr="00841385">
              <w:rPr>
                <w:rFonts w:eastAsia="Arial"/>
                <w:b/>
                <w:color w:val="FFFFFF"/>
                <w:sz w:val="18"/>
                <w:lang w:val="et-EE"/>
              </w:rPr>
              <w:t>Tegevus</w:t>
            </w:r>
          </w:p>
        </w:tc>
        <w:tc>
          <w:tcPr>
            <w:tcW w:w="1944"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021EC6EE" w14:textId="77777777" w:rsidR="009D2EE6" w:rsidRPr="00841385" w:rsidRDefault="009D2EE6" w:rsidP="007C14D9">
            <w:pPr>
              <w:spacing w:after="0"/>
              <w:jc w:val="center"/>
              <w:rPr>
                <w:lang w:val="et-EE"/>
              </w:rPr>
            </w:pPr>
            <w:r w:rsidRPr="00841385">
              <w:rPr>
                <w:rFonts w:eastAsia="Arial"/>
                <w:b/>
                <w:color w:val="FFFFFF"/>
                <w:sz w:val="18"/>
                <w:lang w:val="et-EE"/>
              </w:rPr>
              <w:t>Tähtajaks</w:t>
            </w:r>
          </w:p>
        </w:tc>
        <w:tc>
          <w:tcPr>
            <w:tcW w:w="1152" w:type="dxa"/>
            <w:tcBorders>
              <w:top w:val="single" w:sz="6" w:space="0" w:color="173B45"/>
              <w:left w:val="single" w:sz="6" w:space="0" w:color="173B45"/>
              <w:bottom w:val="single" w:sz="6" w:space="0" w:color="173B45"/>
              <w:right w:val="single" w:sz="6" w:space="0" w:color="173B45"/>
            </w:tcBorders>
            <w:shd w:val="clear" w:color="auto" w:fill="173B45"/>
            <w:tcMar>
              <w:top w:w="90" w:type="dxa"/>
              <w:left w:w="120" w:type="dxa"/>
              <w:bottom w:w="90" w:type="dxa"/>
              <w:right w:w="120" w:type="dxa"/>
            </w:tcMar>
            <w:vAlign w:val="center"/>
          </w:tcPr>
          <w:p w14:paraId="71C24C89" w14:textId="77777777" w:rsidR="009D2EE6" w:rsidRPr="00841385" w:rsidRDefault="009D2EE6" w:rsidP="007C14D9">
            <w:pPr>
              <w:spacing w:after="0"/>
              <w:jc w:val="center"/>
              <w:rPr>
                <w:lang w:val="et-EE"/>
              </w:rPr>
            </w:pPr>
            <w:r w:rsidRPr="00841385">
              <w:rPr>
                <w:rFonts w:eastAsia="Arial"/>
                <w:b/>
                <w:color w:val="FFFFFF"/>
                <w:sz w:val="18"/>
                <w:lang w:val="et-EE"/>
              </w:rPr>
              <w:t>Tehtud</w:t>
            </w:r>
          </w:p>
        </w:tc>
      </w:tr>
      <w:tr w:rsidR="009D2EE6" w:rsidRPr="00841385" w14:paraId="262317E6" w14:textId="77777777" w:rsidTr="007C14D9">
        <w:tc>
          <w:tcPr>
            <w:tcW w:w="655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3B5C283" w14:textId="77777777" w:rsidR="009D2EE6" w:rsidRPr="00841385" w:rsidRDefault="009D2EE6" w:rsidP="007C14D9">
            <w:pPr>
              <w:spacing w:after="160"/>
              <w:rPr>
                <w:lang w:val="et-EE"/>
              </w:rPr>
            </w:pPr>
            <w:r w:rsidRPr="00841385">
              <w:rPr>
                <w:rFonts w:eastAsia="Arial"/>
                <w:b/>
                <w:color w:val="1F6F78"/>
                <w:sz w:val="18"/>
                <w:lang w:val="et-EE"/>
              </w:rPr>
              <w:t xml:space="preserve">1. </w:t>
            </w:r>
          </w:p>
        </w:tc>
        <w:tc>
          <w:tcPr>
            <w:tcW w:w="194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4EF41114" w14:textId="77777777" w:rsidR="009D2EE6" w:rsidRPr="00841385" w:rsidRDefault="009D2EE6" w:rsidP="007C14D9">
            <w:pPr>
              <w:spacing w:after="160"/>
              <w:rPr>
                <w:lang w:val="et-EE"/>
              </w:rPr>
            </w:pPr>
          </w:p>
        </w:tc>
        <w:tc>
          <w:tcPr>
            <w:tcW w:w="115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043FFEEA" w14:textId="77777777" w:rsidR="009D2EE6" w:rsidRPr="00841385" w:rsidRDefault="009D2EE6" w:rsidP="007C14D9">
            <w:pPr>
              <w:spacing w:after="160"/>
              <w:jc w:val="center"/>
              <w:rPr>
                <w:lang w:val="et-EE"/>
              </w:rPr>
            </w:pPr>
            <w:r w:rsidRPr="00841385">
              <w:rPr>
                <w:rFonts w:eastAsia="Arial"/>
                <w:color w:val="1F6F78"/>
                <w:sz w:val="20"/>
                <w:lang w:val="et-EE"/>
              </w:rPr>
              <w:t>☐</w:t>
            </w:r>
          </w:p>
        </w:tc>
      </w:tr>
      <w:tr w:rsidR="009D2EE6" w:rsidRPr="00841385" w14:paraId="2C1E590F" w14:textId="77777777" w:rsidTr="007C14D9">
        <w:tc>
          <w:tcPr>
            <w:tcW w:w="655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2B589192" w14:textId="77777777" w:rsidR="009D2EE6" w:rsidRPr="00841385" w:rsidRDefault="009D2EE6" w:rsidP="007C14D9">
            <w:pPr>
              <w:spacing w:after="160"/>
              <w:rPr>
                <w:lang w:val="et-EE"/>
              </w:rPr>
            </w:pPr>
            <w:r w:rsidRPr="00841385">
              <w:rPr>
                <w:rFonts w:eastAsia="Arial"/>
                <w:b/>
                <w:color w:val="1F6F78"/>
                <w:sz w:val="18"/>
                <w:lang w:val="et-EE"/>
              </w:rPr>
              <w:t xml:space="preserve">2. </w:t>
            </w:r>
          </w:p>
        </w:tc>
        <w:tc>
          <w:tcPr>
            <w:tcW w:w="194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7FD55EA9" w14:textId="77777777" w:rsidR="009D2EE6" w:rsidRPr="00841385" w:rsidRDefault="009D2EE6" w:rsidP="007C14D9">
            <w:pPr>
              <w:spacing w:after="160"/>
              <w:rPr>
                <w:lang w:val="et-EE"/>
              </w:rPr>
            </w:pPr>
          </w:p>
        </w:tc>
        <w:tc>
          <w:tcPr>
            <w:tcW w:w="115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379D6451" w14:textId="77777777" w:rsidR="009D2EE6" w:rsidRPr="00841385" w:rsidRDefault="009D2EE6" w:rsidP="007C14D9">
            <w:pPr>
              <w:spacing w:after="160"/>
              <w:jc w:val="center"/>
              <w:rPr>
                <w:lang w:val="et-EE"/>
              </w:rPr>
            </w:pPr>
            <w:r w:rsidRPr="00841385">
              <w:rPr>
                <w:rFonts w:eastAsia="Arial"/>
                <w:color w:val="1F6F78"/>
                <w:sz w:val="20"/>
                <w:lang w:val="et-EE"/>
              </w:rPr>
              <w:t>☐</w:t>
            </w:r>
          </w:p>
        </w:tc>
      </w:tr>
      <w:tr w:rsidR="009D2EE6" w:rsidRPr="00841385" w14:paraId="339E8197" w14:textId="77777777" w:rsidTr="007C14D9">
        <w:tc>
          <w:tcPr>
            <w:tcW w:w="655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234B61ED" w14:textId="77777777" w:rsidR="009D2EE6" w:rsidRPr="00841385" w:rsidRDefault="009D2EE6" w:rsidP="007C14D9">
            <w:pPr>
              <w:spacing w:after="160"/>
              <w:rPr>
                <w:lang w:val="et-EE"/>
              </w:rPr>
            </w:pPr>
            <w:r w:rsidRPr="00841385">
              <w:rPr>
                <w:rFonts w:eastAsia="Arial"/>
                <w:b/>
                <w:color w:val="1F6F78"/>
                <w:sz w:val="18"/>
                <w:lang w:val="et-EE"/>
              </w:rPr>
              <w:t xml:space="preserve">3. </w:t>
            </w:r>
          </w:p>
        </w:tc>
        <w:tc>
          <w:tcPr>
            <w:tcW w:w="194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1DF893E5" w14:textId="77777777" w:rsidR="009D2EE6" w:rsidRPr="00841385" w:rsidRDefault="009D2EE6" w:rsidP="007C14D9">
            <w:pPr>
              <w:spacing w:after="160"/>
              <w:rPr>
                <w:lang w:val="et-EE"/>
              </w:rPr>
            </w:pPr>
          </w:p>
        </w:tc>
        <w:tc>
          <w:tcPr>
            <w:tcW w:w="115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44E8704" w14:textId="77777777" w:rsidR="009D2EE6" w:rsidRPr="00841385" w:rsidRDefault="009D2EE6" w:rsidP="007C14D9">
            <w:pPr>
              <w:spacing w:after="160"/>
              <w:jc w:val="center"/>
              <w:rPr>
                <w:lang w:val="et-EE"/>
              </w:rPr>
            </w:pPr>
            <w:r w:rsidRPr="00841385">
              <w:rPr>
                <w:rFonts w:eastAsia="Arial"/>
                <w:color w:val="1F6F78"/>
                <w:sz w:val="20"/>
                <w:lang w:val="et-EE"/>
              </w:rPr>
              <w:t>☐</w:t>
            </w:r>
          </w:p>
        </w:tc>
      </w:tr>
      <w:tr w:rsidR="009D2EE6" w:rsidRPr="00841385" w14:paraId="240E9B2B" w14:textId="77777777" w:rsidTr="007C14D9">
        <w:tc>
          <w:tcPr>
            <w:tcW w:w="655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62DE4F3A" w14:textId="77777777" w:rsidR="009D2EE6" w:rsidRPr="00841385" w:rsidRDefault="009D2EE6" w:rsidP="007C14D9">
            <w:pPr>
              <w:spacing w:after="160"/>
              <w:rPr>
                <w:rFonts w:eastAsia="Arial"/>
                <w:b/>
                <w:color w:val="1F6F78"/>
                <w:sz w:val="18"/>
                <w:lang w:val="et-EE"/>
              </w:rPr>
            </w:pPr>
            <w:r w:rsidRPr="00841385">
              <w:rPr>
                <w:rFonts w:eastAsia="Arial"/>
                <w:b/>
                <w:color w:val="1F6F78"/>
                <w:sz w:val="18"/>
                <w:lang w:val="et-EE"/>
              </w:rPr>
              <w:t>4.</w:t>
            </w:r>
          </w:p>
        </w:tc>
        <w:tc>
          <w:tcPr>
            <w:tcW w:w="194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059247F4" w14:textId="77777777" w:rsidR="009D2EE6" w:rsidRPr="00841385" w:rsidRDefault="009D2EE6" w:rsidP="007C14D9">
            <w:pPr>
              <w:spacing w:after="160"/>
              <w:rPr>
                <w:lang w:val="et-EE"/>
              </w:rPr>
            </w:pPr>
          </w:p>
        </w:tc>
        <w:tc>
          <w:tcPr>
            <w:tcW w:w="115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57DF13FC" w14:textId="77777777" w:rsidR="009D2EE6" w:rsidRPr="00841385" w:rsidRDefault="009D2EE6" w:rsidP="007C14D9">
            <w:pPr>
              <w:spacing w:after="160"/>
              <w:jc w:val="center"/>
              <w:rPr>
                <w:rFonts w:eastAsia="Arial"/>
                <w:color w:val="1F6F78"/>
                <w:sz w:val="20"/>
                <w:lang w:val="et-EE"/>
              </w:rPr>
            </w:pPr>
            <w:r w:rsidRPr="00841385">
              <w:rPr>
                <w:rFonts w:eastAsia="Arial"/>
                <w:color w:val="1F6F78"/>
                <w:sz w:val="20"/>
                <w:lang w:val="et-EE"/>
              </w:rPr>
              <w:t>☐</w:t>
            </w:r>
          </w:p>
        </w:tc>
      </w:tr>
      <w:tr w:rsidR="009D2EE6" w:rsidRPr="00841385" w14:paraId="4C51F8B2" w14:textId="77777777" w:rsidTr="007C14D9">
        <w:tc>
          <w:tcPr>
            <w:tcW w:w="655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5F637452" w14:textId="77777777" w:rsidR="009D2EE6" w:rsidRPr="00841385" w:rsidRDefault="009D2EE6" w:rsidP="007C14D9">
            <w:pPr>
              <w:spacing w:after="160"/>
              <w:rPr>
                <w:rFonts w:eastAsia="Arial"/>
                <w:b/>
                <w:color w:val="1F6F78"/>
                <w:sz w:val="18"/>
                <w:lang w:val="et-EE"/>
              </w:rPr>
            </w:pPr>
            <w:r w:rsidRPr="00841385">
              <w:rPr>
                <w:rFonts w:eastAsia="Arial"/>
                <w:b/>
                <w:color w:val="1F6F78"/>
                <w:sz w:val="18"/>
                <w:lang w:val="et-EE"/>
              </w:rPr>
              <w:t>5.</w:t>
            </w:r>
          </w:p>
        </w:tc>
        <w:tc>
          <w:tcPr>
            <w:tcW w:w="1944"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0572545F" w14:textId="77777777" w:rsidR="009D2EE6" w:rsidRPr="00841385" w:rsidRDefault="009D2EE6" w:rsidP="007C14D9">
            <w:pPr>
              <w:spacing w:after="160"/>
              <w:rPr>
                <w:lang w:val="et-EE"/>
              </w:rPr>
            </w:pPr>
          </w:p>
        </w:tc>
        <w:tc>
          <w:tcPr>
            <w:tcW w:w="1152" w:type="dxa"/>
            <w:tcBorders>
              <w:top w:val="single" w:sz="5" w:space="0" w:color="D5DEDF"/>
              <w:left w:val="single" w:sz="5" w:space="0" w:color="D5DEDF"/>
              <w:bottom w:val="single" w:sz="5" w:space="0" w:color="D5DEDF"/>
              <w:right w:val="single" w:sz="5" w:space="0" w:color="D5DEDF"/>
            </w:tcBorders>
            <w:tcMar>
              <w:top w:w="90" w:type="dxa"/>
              <w:left w:w="120" w:type="dxa"/>
              <w:bottom w:w="90" w:type="dxa"/>
              <w:right w:w="120" w:type="dxa"/>
            </w:tcMar>
            <w:vAlign w:val="center"/>
          </w:tcPr>
          <w:p w14:paraId="0E1B672E" w14:textId="77777777" w:rsidR="009D2EE6" w:rsidRPr="00841385" w:rsidRDefault="009D2EE6" w:rsidP="007C14D9">
            <w:pPr>
              <w:spacing w:after="160"/>
              <w:jc w:val="center"/>
              <w:rPr>
                <w:rFonts w:eastAsia="Arial"/>
                <w:color w:val="1F6F78"/>
                <w:sz w:val="20"/>
                <w:lang w:val="et-EE"/>
              </w:rPr>
            </w:pPr>
            <w:r w:rsidRPr="00841385">
              <w:rPr>
                <w:rFonts w:eastAsia="Arial"/>
                <w:color w:val="1F6F78"/>
                <w:sz w:val="20"/>
                <w:lang w:val="et-EE"/>
              </w:rPr>
              <w:t>☐</w:t>
            </w:r>
          </w:p>
        </w:tc>
      </w:tr>
    </w:tbl>
    <w:p w14:paraId="7FBEAC36" w14:textId="77777777" w:rsidR="009D2EE6" w:rsidRPr="00841385" w:rsidRDefault="009D2EE6">
      <w:pPr>
        <w:spacing w:after="60"/>
        <w:rPr>
          <w:lang w:val="et-EE"/>
        </w:rPr>
      </w:pPr>
    </w:p>
    <w:tbl>
      <w:tblPr>
        <w:tblW w:w="9648" w:type="dxa"/>
        <w:tblInd w:w="120" w:type="dxa"/>
        <w:tblLayout w:type="fixed"/>
        <w:tblLook w:val="04A0" w:firstRow="1" w:lastRow="0" w:firstColumn="1" w:lastColumn="0" w:noHBand="0" w:noVBand="1"/>
      </w:tblPr>
      <w:tblGrid>
        <w:gridCol w:w="9648"/>
      </w:tblGrid>
      <w:tr w:rsidR="00E804CA" w:rsidRPr="00841385" w14:paraId="7918EF39" w14:textId="77777777">
        <w:tc>
          <w:tcPr>
            <w:tcW w:w="9648" w:type="dxa"/>
            <w:tcBorders>
              <w:left w:val="single" w:sz="10" w:space="0" w:color="1F6F78"/>
            </w:tcBorders>
            <w:shd w:val="clear" w:color="auto" w:fill="E8F2F3"/>
            <w:tcMar>
              <w:top w:w="90" w:type="dxa"/>
              <w:left w:w="120" w:type="dxa"/>
              <w:bottom w:w="90" w:type="dxa"/>
              <w:right w:w="120" w:type="dxa"/>
            </w:tcMar>
            <w:vAlign w:val="center"/>
          </w:tcPr>
          <w:p w14:paraId="50E194DE" w14:textId="77777777" w:rsidR="00E804CA" w:rsidRPr="00841385" w:rsidRDefault="00873725">
            <w:pPr>
              <w:spacing w:after="0"/>
              <w:rPr>
                <w:lang w:val="et-EE"/>
              </w:rPr>
            </w:pPr>
            <w:r w:rsidRPr="00841385">
              <w:rPr>
                <w:rFonts w:eastAsia="Arial"/>
                <w:b/>
                <w:color w:val="1F6F78"/>
                <w:sz w:val="20"/>
                <w:lang w:val="et-EE"/>
              </w:rPr>
              <w:t xml:space="preserve">LÕPUMÕTE  </w:t>
            </w:r>
            <w:r w:rsidRPr="00841385">
              <w:rPr>
                <w:rFonts w:eastAsia="Arial"/>
                <w:sz w:val="20"/>
                <w:lang w:val="et-EE"/>
              </w:rPr>
              <w:t>Meil pole põhjust paanikaks, aga meil peab olema plaan.</w:t>
            </w:r>
          </w:p>
        </w:tc>
      </w:tr>
    </w:tbl>
    <w:p w14:paraId="4C9E5119" w14:textId="77777777" w:rsidR="00E804CA" w:rsidRPr="00841385" w:rsidRDefault="00E804CA">
      <w:pPr>
        <w:spacing w:after="60"/>
        <w:rPr>
          <w:lang w:val="et-EE"/>
        </w:rPr>
      </w:pPr>
    </w:p>
    <w:p w14:paraId="7099FB6E" w14:textId="77777777" w:rsidR="00E804CA" w:rsidRPr="00841385" w:rsidRDefault="00873725">
      <w:pPr>
        <w:spacing w:after="80"/>
        <w:rPr>
          <w:lang w:val="et-EE"/>
        </w:rPr>
      </w:pPr>
      <w:r w:rsidRPr="00841385">
        <w:rPr>
          <w:rFonts w:eastAsia="Arial"/>
          <w:b/>
          <w:color w:val="173B45"/>
          <w:sz w:val="22"/>
          <w:lang w:val="et-EE"/>
        </w:rPr>
        <w:t>Ametlikud allikad ja edasiõppimine</w:t>
      </w:r>
    </w:p>
    <w:p w14:paraId="5E4F9283" w14:textId="77777777" w:rsidR="00E804CA" w:rsidRPr="00841385" w:rsidRDefault="00927573">
      <w:pPr>
        <w:spacing w:after="40"/>
        <w:ind w:left="170"/>
        <w:rPr>
          <w:lang w:val="et-EE"/>
        </w:rPr>
      </w:pPr>
      <w:hyperlink r:id="rId12">
        <w:r w:rsidR="00873725" w:rsidRPr="00841385">
          <w:rPr>
            <w:color w:val="1F6F78"/>
            <w:u w:val="single"/>
            <w:lang w:val="et-EE"/>
          </w:rPr>
          <w:t>olevalmis.ee/kodused-varud</w:t>
        </w:r>
      </w:hyperlink>
      <w:r w:rsidR="00873725" w:rsidRPr="00841385">
        <w:rPr>
          <w:rFonts w:eastAsia="Arial"/>
          <w:color w:val="3F4A4D"/>
          <w:sz w:val="17"/>
          <w:lang w:val="et-EE"/>
        </w:rPr>
        <w:t xml:space="preserve"> – kodused varud ja abivahendid</w:t>
      </w:r>
    </w:p>
    <w:p w14:paraId="2DB486A1" w14:textId="77777777" w:rsidR="00E804CA" w:rsidRPr="00841385" w:rsidRDefault="00927573">
      <w:pPr>
        <w:spacing w:after="40"/>
        <w:ind w:left="170"/>
        <w:rPr>
          <w:lang w:val="et-EE"/>
        </w:rPr>
      </w:pPr>
      <w:hyperlink r:id="rId13">
        <w:r w:rsidR="00873725" w:rsidRPr="00841385">
          <w:rPr>
            <w:color w:val="1F6F78"/>
            <w:u w:val="single"/>
            <w:lang w:val="et-EE"/>
          </w:rPr>
          <w:t>olevalmis.ee/elektrikatkestus</w:t>
        </w:r>
      </w:hyperlink>
      <w:r w:rsidR="00873725" w:rsidRPr="00841385">
        <w:rPr>
          <w:rFonts w:eastAsia="Arial"/>
          <w:color w:val="3F4A4D"/>
          <w:sz w:val="17"/>
          <w:lang w:val="et-EE"/>
        </w:rPr>
        <w:t xml:space="preserve"> – vesi, kanalisatsioon, soojus, sularaha ja varutoide</w:t>
      </w:r>
    </w:p>
    <w:p w14:paraId="019D9C91" w14:textId="77777777" w:rsidR="00E804CA" w:rsidRPr="00841385" w:rsidRDefault="00927573">
      <w:pPr>
        <w:spacing w:after="40"/>
        <w:ind w:left="170"/>
        <w:rPr>
          <w:lang w:val="et-EE"/>
        </w:rPr>
      </w:pPr>
      <w:hyperlink r:id="rId14">
        <w:r w:rsidR="00873725" w:rsidRPr="00841385">
          <w:rPr>
            <w:color w:val="1F6F78"/>
            <w:u w:val="single"/>
            <w:lang w:val="et-EE"/>
          </w:rPr>
          <w:t>olevalmis.ee/sidekatkestus</w:t>
        </w:r>
      </w:hyperlink>
      <w:r w:rsidR="00873725" w:rsidRPr="00841385">
        <w:rPr>
          <w:rFonts w:eastAsia="Arial"/>
          <w:color w:val="3F4A4D"/>
          <w:sz w:val="17"/>
          <w:lang w:val="et-EE"/>
        </w:rPr>
        <w:t xml:space="preserve"> – sidekatkestuseks valmistumine</w:t>
      </w:r>
    </w:p>
    <w:p w14:paraId="168C247F" w14:textId="77777777" w:rsidR="00E804CA" w:rsidRPr="00841385" w:rsidRDefault="00927573">
      <w:pPr>
        <w:spacing w:after="40"/>
        <w:ind w:left="170"/>
        <w:rPr>
          <w:lang w:val="et-EE"/>
        </w:rPr>
      </w:pPr>
      <w:hyperlink r:id="rId15">
        <w:r w:rsidR="00873725" w:rsidRPr="00841385">
          <w:rPr>
            <w:color w:val="1F6F78"/>
            <w:u w:val="single"/>
            <w:lang w:val="et-EE"/>
          </w:rPr>
          <w:t>olevalmis.ee/ohuteavitus</w:t>
        </w:r>
      </w:hyperlink>
      <w:r w:rsidR="00873725" w:rsidRPr="00841385">
        <w:rPr>
          <w:rFonts w:eastAsia="Arial"/>
          <w:color w:val="3F4A4D"/>
          <w:sz w:val="17"/>
          <w:lang w:val="et-EE"/>
        </w:rPr>
        <w:t xml:space="preserve"> – EE-ALARM ja sireenid</w:t>
      </w:r>
    </w:p>
    <w:p w14:paraId="1960C9FF" w14:textId="77777777" w:rsidR="00E804CA" w:rsidRPr="00841385" w:rsidRDefault="00927573">
      <w:pPr>
        <w:spacing w:after="40"/>
        <w:ind w:left="170"/>
        <w:rPr>
          <w:lang w:val="et-EE"/>
        </w:rPr>
      </w:pPr>
      <w:hyperlink r:id="rId16">
        <w:r w:rsidR="00873725" w:rsidRPr="00841385">
          <w:rPr>
            <w:color w:val="1F6F78"/>
            <w:u w:val="single"/>
            <w:lang w:val="et-EE"/>
          </w:rPr>
          <w:t>olevalmis.ee/varjumine</w:t>
        </w:r>
      </w:hyperlink>
      <w:r w:rsidR="00873725" w:rsidRPr="00841385">
        <w:rPr>
          <w:rFonts w:eastAsia="Arial"/>
          <w:color w:val="3F4A4D"/>
          <w:sz w:val="17"/>
          <w:lang w:val="et-EE"/>
        </w:rPr>
        <w:t xml:space="preserve"> – kahe seina reegel ja varjumiskäitumine</w:t>
      </w:r>
    </w:p>
    <w:p w14:paraId="313200E9" w14:textId="77777777" w:rsidR="00E804CA" w:rsidRPr="00841385" w:rsidRDefault="00927573">
      <w:pPr>
        <w:spacing w:after="40"/>
        <w:ind w:left="170"/>
        <w:rPr>
          <w:lang w:val="et-EE"/>
        </w:rPr>
      </w:pPr>
      <w:hyperlink r:id="rId17">
        <w:r w:rsidR="00873725" w:rsidRPr="00841385">
          <w:rPr>
            <w:color w:val="1F6F78"/>
            <w:u w:val="single"/>
            <w:lang w:val="et-EE"/>
          </w:rPr>
          <w:t>kriis.ee</w:t>
        </w:r>
      </w:hyperlink>
      <w:r w:rsidR="00873725" w:rsidRPr="00841385">
        <w:rPr>
          <w:rFonts w:eastAsia="Arial"/>
          <w:color w:val="3F4A4D"/>
          <w:sz w:val="17"/>
          <w:lang w:val="et-EE"/>
        </w:rPr>
        <w:t xml:space="preserve"> – ajakohane riiklik kriisiinfo</w:t>
      </w:r>
    </w:p>
    <w:p w14:paraId="6659AE7D" w14:textId="77777777" w:rsidR="00E804CA" w:rsidRPr="00841385" w:rsidRDefault="00927573">
      <w:pPr>
        <w:spacing w:after="40"/>
        <w:ind w:left="170"/>
        <w:rPr>
          <w:lang w:val="et-EE"/>
        </w:rPr>
      </w:pPr>
      <w:hyperlink r:id="rId18">
        <w:r w:rsidR="00873725" w:rsidRPr="00841385">
          <w:rPr>
            <w:color w:val="1F6F78"/>
            <w:u w:val="single"/>
            <w:lang w:val="et-EE"/>
          </w:rPr>
          <w:t>kriis.ee – varjumine</w:t>
        </w:r>
      </w:hyperlink>
      <w:r w:rsidR="00873725" w:rsidRPr="00841385">
        <w:rPr>
          <w:rFonts w:eastAsia="Arial"/>
          <w:color w:val="3F4A4D"/>
          <w:sz w:val="17"/>
          <w:lang w:val="et-EE"/>
        </w:rPr>
        <w:t xml:space="preserve"> – varjumine ja varjumiskohad</w:t>
      </w:r>
    </w:p>
    <w:p w14:paraId="1987F0AE" w14:textId="77777777" w:rsidR="00E804CA" w:rsidRPr="00841385" w:rsidRDefault="00927573">
      <w:pPr>
        <w:spacing w:after="40"/>
        <w:ind w:left="170"/>
        <w:rPr>
          <w:lang w:val="et-EE"/>
        </w:rPr>
      </w:pPr>
      <w:hyperlink r:id="rId19">
        <w:r w:rsidR="00873725" w:rsidRPr="00841385">
          <w:rPr>
            <w:color w:val="1F6F78"/>
            <w:u w:val="single"/>
            <w:lang w:val="et-EE"/>
          </w:rPr>
          <w:t>kriis.ee – elutähtsad teenused</w:t>
        </w:r>
      </w:hyperlink>
      <w:r w:rsidR="00873725" w:rsidRPr="00841385">
        <w:rPr>
          <w:rFonts w:eastAsia="Arial"/>
          <w:color w:val="3F4A4D"/>
          <w:sz w:val="17"/>
          <w:lang w:val="et-EE"/>
        </w:rPr>
        <w:t xml:space="preserve"> – teenuste toimepidevus</w:t>
      </w:r>
    </w:p>
    <w:p w14:paraId="0F28F75D" w14:textId="77777777" w:rsidR="00E804CA" w:rsidRPr="00841385" w:rsidRDefault="00927573">
      <w:pPr>
        <w:spacing w:after="40"/>
        <w:ind w:left="170"/>
        <w:rPr>
          <w:lang w:val="et-EE"/>
        </w:rPr>
      </w:pPr>
      <w:hyperlink r:id="rId20">
        <w:r w:rsidR="00873725" w:rsidRPr="00841385">
          <w:rPr>
            <w:color w:val="1F6F78"/>
            <w:u w:val="single"/>
            <w:lang w:val="et-EE"/>
          </w:rPr>
          <w:t>ERR – 2019. aasta Kagu-Eesti torm</w:t>
        </w:r>
      </w:hyperlink>
      <w:r w:rsidR="00873725" w:rsidRPr="00841385">
        <w:rPr>
          <w:rFonts w:eastAsia="Arial"/>
          <w:color w:val="3F4A4D"/>
          <w:sz w:val="17"/>
          <w:lang w:val="et-EE"/>
        </w:rPr>
        <w:t xml:space="preserve"> – Võru elektrikatkestuse tagajärjed</w:t>
      </w:r>
    </w:p>
    <w:p w14:paraId="31A66E72" w14:textId="63ED7284" w:rsidR="00E804CA" w:rsidRPr="00841385" w:rsidRDefault="00927573">
      <w:pPr>
        <w:spacing w:after="40"/>
        <w:ind w:left="170"/>
        <w:rPr>
          <w:lang w:val="et-EE"/>
        </w:rPr>
      </w:pPr>
      <w:hyperlink r:id="rId21">
        <w:r w:rsidR="00873725" w:rsidRPr="00841385">
          <w:rPr>
            <w:color w:val="1F6F78"/>
            <w:u w:val="single"/>
            <w:lang w:val="et-EE"/>
          </w:rPr>
          <w:t>Võru Linna Leht – 2019. aasta torm</w:t>
        </w:r>
      </w:hyperlink>
      <w:r w:rsidR="00873725" w:rsidRPr="00841385">
        <w:rPr>
          <w:rFonts w:eastAsia="Arial"/>
          <w:color w:val="3F4A4D"/>
          <w:sz w:val="17"/>
          <w:lang w:val="et-EE"/>
        </w:rPr>
        <w:t xml:space="preserve"> – ligi seitsmetunnise katkestuse kirjeldus</w:t>
      </w:r>
      <w:r w:rsidR="005A020E">
        <w:rPr>
          <w:rFonts w:eastAsia="Arial"/>
          <w:color w:val="3F4A4D"/>
          <w:sz w:val="17"/>
          <w:lang w:val="et-EE"/>
        </w:rPr>
        <w:br/>
      </w:r>
      <w:hyperlink r:id="rId22" w:history="1">
        <w:r w:rsidR="005A020E" w:rsidRPr="005A020E">
          <w:rPr>
            <w:rStyle w:val="Hyperlink"/>
          </w:rPr>
          <w:t>Elanikkonnakaitse ja kriisivalmidus | Tallinna linn | Tallinn</w:t>
        </w:r>
      </w:hyperlink>
      <w:r w:rsidR="005A020E">
        <w:rPr>
          <w:lang w:val="et-EE"/>
        </w:rPr>
        <w:t>- tallinn.ee/et/kriisivalmidus</w:t>
      </w:r>
    </w:p>
    <w:p w14:paraId="7457C7D0" w14:textId="13AAADB2" w:rsidR="008E6F81" w:rsidRDefault="008E6F81">
      <w:pPr>
        <w:spacing w:before="60" w:after="60"/>
        <w:rPr>
          <w:rFonts w:eastAsia="Arial"/>
          <w:i/>
          <w:color w:val="3F4A4D"/>
          <w:sz w:val="16"/>
          <w:lang w:val="et-EE"/>
        </w:rPr>
      </w:pPr>
      <w:r>
        <w:rPr>
          <w:noProof/>
          <w:lang w:val="et-EE"/>
        </w:rPr>
        <w:drawing>
          <wp:inline distT="0" distB="0" distL="0" distR="0" wp14:anchorId="6327FC8A" wp14:editId="10103000">
            <wp:extent cx="923925" cy="916153"/>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3"/>
                    <a:stretch>
                      <a:fillRect/>
                    </a:stretch>
                  </pic:blipFill>
                  <pic:spPr>
                    <a:xfrm>
                      <a:off x="0" y="0"/>
                      <a:ext cx="949987" cy="941996"/>
                    </a:xfrm>
                    <a:prstGeom prst="rect">
                      <a:avLst/>
                    </a:prstGeom>
                  </pic:spPr>
                </pic:pic>
              </a:graphicData>
            </a:graphic>
          </wp:inline>
        </w:drawing>
      </w:r>
      <w:r w:rsidRPr="008E6F81">
        <w:rPr>
          <w:rFonts w:eastAsia="Arial"/>
          <w:i/>
          <w:color w:val="3F4A4D"/>
          <w:sz w:val="16"/>
          <w:lang w:val="et-EE"/>
        </w:rPr>
        <w:t xml:space="preserve"> </w:t>
      </w:r>
      <w:r>
        <w:rPr>
          <w:rFonts w:eastAsia="Arial"/>
          <w:i/>
          <w:color w:val="3F4A4D"/>
          <w:sz w:val="16"/>
          <w:lang w:val="et-EE"/>
        </w:rPr>
        <w:t>Ligipääs õppematerjalile, töövihikule</w:t>
      </w:r>
      <w:r>
        <w:rPr>
          <w:rFonts w:eastAsia="Arial"/>
          <w:i/>
          <w:color w:val="3F4A4D"/>
          <w:sz w:val="16"/>
          <w:lang w:val="et-EE"/>
        </w:rPr>
        <w:t>, tagasiside.</w:t>
      </w:r>
      <w:r>
        <w:rPr>
          <w:rFonts w:eastAsia="Arial"/>
          <w:i/>
          <w:color w:val="3F4A4D"/>
          <w:sz w:val="16"/>
          <w:lang w:val="et-EE"/>
        </w:rPr>
        <w:br/>
      </w:r>
      <w:r w:rsidR="00873725" w:rsidRPr="00841385">
        <w:rPr>
          <w:rFonts w:eastAsia="Arial"/>
          <w:i/>
          <w:color w:val="3F4A4D"/>
          <w:sz w:val="16"/>
          <w:lang w:val="et-EE"/>
        </w:rPr>
        <w:t>Juhised ja kontaktid kontrollitud 07.09.2026. Vahetu ohu korral järgi alati ametlikku ohuteavitust ja helista 112.</w:t>
      </w:r>
      <w:r>
        <w:rPr>
          <w:rFonts w:eastAsia="Arial"/>
          <w:i/>
          <w:color w:val="3F4A4D"/>
          <w:sz w:val="16"/>
          <w:lang w:val="et-EE"/>
        </w:rPr>
        <w:t xml:space="preserve"> </w:t>
      </w:r>
    </w:p>
    <w:sectPr w:rsidR="008E6F81" w:rsidSect="006D439D">
      <w:pgSz w:w="11906" w:h="16838"/>
      <w:pgMar w:top="907" w:right="1020" w:bottom="850" w:left="1020" w:header="454"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B29153" w14:textId="77777777" w:rsidR="00201016" w:rsidRDefault="00201016">
      <w:pPr>
        <w:spacing w:after="0" w:line="240" w:lineRule="auto"/>
      </w:pPr>
      <w:r>
        <w:separator/>
      </w:r>
    </w:p>
  </w:endnote>
  <w:endnote w:type="continuationSeparator" w:id="0">
    <w:p w14:paraId="3ABE685A" w14:textId="77777777" w:rsidR="00201016" w:rsidRDefault="00201016">
      <w:pPr>
        <w:spacing w:after="0" w:line="240" w:lineRule="auto"/>
      </w:pPr>
      <w:r>
        <w:continuationSeparator/>
      </w:r>
    </w:p>
  </w:endnote>
  <w:endnote w:type="continuationNotice" w:id="1">
    <w:p w14:paraId="79BBE54D" w14:textId="77777777" w:rsidR="00927573" w:rsidRDefault="009275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notTrueType/>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7C1EC" w14:textId="77777777" w:rsidR="007C14D9" w:rsidRDefault="007C14D9">
    <w:pPr>
      <w:pStyle w:val="Footer"/>
    </w:pPr>
  </w:p>
  <w:tbl>
    <w:tblPr>
      <w:tblW w:w="9648" w:type="dxa"/>
      <w:tblLayout w:type="fixed"/>
      <w:tblLook w:val="04A0" w:firstRow="1" w:lastRow="0" w:firstColumn="1" w:lastColumn="0" w:noHBand="0" w:noVBand="1"/>
    </w:tblPr>
    <w:tblGrid>
      <w:gridCol w:w="8280"/>
      <w:gridCol w:w="1368"/>
    </w:tblGrid>
    <w:tr w:rsidR="007C14D9" w14:paraId="6BE6029D" w14:textId="77777777">
      <w:tc>
        <w:tcPr>
          <w:tcW w:w="8280" w:type="dxa"/>
          <w:tcBorders>
            <w:top w:val="single" w:sz="0" w:space="0" w:color="FFFFFF"/>
            <w:left w:val="single" w:sz="0" w:space="0" w:color="FFFFFF"/>
            <w:bottom w:val="single" w:sz="0" w:space="0" w:color="FFFFFF"/>
            <w:right w:val="single" w:sz="0" w:space="0" w:color="FFFFFF"/>
          </w:tcBorders>
          <w:tcMar>
            <w:top w:w="0" w:type="dxa"/>
            <w:left w:w="0" w:type="dxa"/>
            <w:bottom w:w="0" w:type="dxa"/>
            <w:right w:w="0" w:type="dxa"/>
          </w:tcMar>
          <w:vAlign w:val="center"/>
        </w:tcPr>
        <w:p w14:paraId="539775D7" w14:textId="77777777" w:rsidR="007C14D9" w:rsidRDefault="007C14D9">
          <w:pPr>
            <w:spacing w:after="0"/>
          </w:pPr>
          <w:r>
            <w:rPr>
              <w:rFonts w:eastAsia="Arial"/>
              <w:color w:val="3F4A4D"/>
              <w:sz w:val="16"/>
            </w:rPr>
            <w:t>Meil pole põhjust paanikaks, aga meil peab olema plaan.</w:t>
          </w:r>
        </w:p>
      </w:tc>
      <w:tc>
        <w:tcPr>
          <w:tcW w:w="1368" w:type="dxa"/>
          <w:tcBorders>
            <w:top w:val="single" w:sz="0" w:space="0" w:color="FFFFFF"/>
            <w:left w:val="single" w:sz="0" w:space="0" w:color="FFFFFF"/>
            <w:bottom w:val="single" w:sz="0" w:space="0" w:color="FFFFFF"/>
            <w:right w:val="single" w:sz="0" w:space="0" w:color="FFFFFF"/>
          </w:tcBorders>
          <w:tcMar>
            <w:top w:w="0" w:type="dxa"/>
            <w:left w:w="0" w:type="dxa"/>
            <w:bottom w:w="0" w:type="dxa"/>
            <w:right w:w="0" w:type="dxa"/>
          </w:tcMar>
          <w:vAlign w:val="center"/>
        </w:tcPr>
        <w:p w14:paraId="7490A3BA" w14:textId="29B48770" w:rsidR="007C14D9" w:rsidRDefault="007C14D9">
          <w:pPr>
            <w:spacing w:after="0"/>
            <w:jc w:val="right"/>
          </w:pPr>
          <w:r>
            <w:rPr>
              <w:rFonts w:eastAsia="Arial"/>
              <w:color w:val="3F4A4D"/>
              <w:sz w:val="17"/>
            </w:rPr>
            <w:fldChar w:fldCharType="begin"/>
          </w:r>
          <w:r>
            <w:rPr>
              <w:rFonts w:eastAsia="Arial"/>
              <w:color w:val="3F4A4D"/>
              <w:sz w:val="17"/>
            </w:rPr>
            <w:instrText xml:space="preserve"> PAGE </w:instrText>
          </w:r>
          <w:r>
            <w:rPr>
              <w:rFonts w:eastAsia="Arial"/>
              <w:color w:val="3F4A4D"/>
              <w:sz w:val="17"/>
            </w:rPr>
            <w:fldChar w:fldCharType="separate"/>
          </w:r>
          <w:r w:rsidR="006D439D">
            <w:rPr>
              <w:rFonts w:eastAsia="Arial"/>
              <w:noProof/>
              <w:color w:val="3F4A4D"/>
              <w:sz w:val="17"/>
            </w:rPr>
            <w:t>18</w:t>
          </w:r>
          <w:r>
            <w:rPr>
              <w:rFonts w:eastAsia="Arial"/>
              <w:color w:val="3F4A4D"/>
              <w:sz w:val="17"/>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3C27A8" w14:textId="77777777" w:rsidR="00201016" w:rsidRDefault="00201016">
      <w:pPr>
        <w:spacing w:after="0" w:line="240" w:lineRule="auto"/>
      </w:pPr>
      <w:r>
        <w:separator/>
      </w:r>
    </w:p>
  </w:footnote>
  <w:footnote w:type="continuationSeparator" w:id="0">
    <w:p w14:paraId="21B7D9ED" w14:textId="77777777" w:rsidR="00201016" w:rsidRDefault="00201016">
      <w:pPr>
        <w:spacing w:after="0" w:line="240" w:lineRule="auto"/>
      </w:pPr>
      <w:r>
        <w:continuationSeparator/>
      </w:r>
    </w:p>
  </w:footnote>
  <w:footnote w:type="continuationNotice" w:id="1">
    <w:p w14:paraId="22D1413B" w14:textId="77777777" w:rsidR="00927573" w:rsidRDefault="0092757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32254" w14:textId="77777777" w:rsidR="007C14D9" w:rsidRDefault="007C14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82468523">
    <w:abstractNumId w:val="8"/>
  </w:num>
  <w:num w:numId="2" w16cid:durableId="599409500">
    <w:abstractNumId w:val="6"/>
  </w:num>
  <w:num w:numId="3" w16cid:durableId="2096896962">
    <w:abstractNumId w:val="5"/>
  </w:num>
  <w:num w:numId="4" w16cid:durableId="652833342">
    <w:abstractNumId w:val="4"/>
  </w:num>
  <w:num w:numId="5" w16cid:durableId="707874211">
    <w:abstractNumId w:val="7"/>
  </w:num>
  <w:num w:numId="6" w16cid:durableId="2066292661">
    <w:abstractNumId w:val="3"/>
  </w:num>
  <w:num w:numId="7" w16cid:durableId="1906909948">
    <w:abstractNumId w:val="2"/>
  </w:num>
  <w:num w:numId="8" w16cid:durableId="1366910806">
    <w:abstractNumId w:val="1"/>
  </w:num>
  <w:num w:numId="9" w16cid:durableId="4035260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51719"/>
    <w:rsid w:val="0006063C"/>
    <w:rsid w:val="001140CA"/>
    <w:rsid w:val="001144A0"/>
    <w:rsid w:val="0015074B"/>
    <w:rsid w:val="00201016"/>
    <w:rsid w:val="00207CD3"/>
    <w:rsid w:val="00285BE5"/>
    <w:rsid w:val="0029639D"/>
    <w:rsid w:val="002E09B1"/>
    <w:rsid w:val="003108E3"/>
    <w:rsid w:val="00326F90"/>
    <w:rsid w:val="003531CD"/>
    <w:rsid w:val="00483891"/>
    <w:rsid w:val="00532AB2"/>
    <w:rsid w:val="005901EC"/>
    <w:rsid w:val="005A020E"/>
    <w:rsid w:val="005B5437"/>
    <w:rsid w:val="00606C70"/>
    <w:rsid w:val="00610055"/>
    <w:rsid w:val="006D439D"/>
    <w:rsid w:val="00744038"/>
    <w:rsid w:val="00773827"/>
    <w:rsid w:val="00787649"/>
    <w:rsid w:val="007C14D9"/>
    <w:rsid w:val="00841385"/>
    <w:rsid w:val="00873725"/>
    <w:rsid w:val="008860EA"/>
    <w:rsid w:val="008B6BFB"/>
    <w:rsid w:val="008E14B6"/>
    <w:rsid w:val="008E6F81"/>
    <w:rsid w:val="00927573"/>
    <w:rsid w:val="00927F6A"/>
    <w:rsid w:val="00983495"/>
    <w:rsid w:val="009A4C40"/>
    <w:rsid w:val="009D2EE6"/>
    <w:rsid w:val="00A21786"/>
    <w:rsid w:val="00A570D4"/>
    <w:rsid w:val="00AA1D8D"/>
    <w:rsid w:val="00B47730"/>
    <w:rsid w:val="00B821EF"/>
    <w:rsid w:val="00CB0664"/>
    <w:rsid w:val="00CD6A92"/>
    <w:rsid w:val="00D53B91"/>
    <w:rsid w:val="00E30B47"/>
    <w:rsid w:val="00E804CA"/>
    <w:rsid w:val="00E960F1"/>
    <w:rsid w:val="00EF086C"/>
    <w:rsid w:val="00F54B90"/>
    <w:rsid w:val="00FA3E01"/>
    <w:rsid w:val="00FC693F"/>
    <w:rsid w:val="00FD5941"/>
    <w:rsid w:val="00FE32F8"/>
    <w:rsid w:val="3C0094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F62C42"/>
  <w14:defaultImageDpi w14:val="300"/>
  <w15:docId w15:val="{A37037CA-9C46-4F87-A6AE-4CBD12EED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69" w:lineRule="auto"/>
    </w:pPr>
    <w:rPr>
      <w:rFonts w:ascii="Arial" w:hAnsi="Arial"/>
      <w:color w:val="111111"/>
      <w:sz w:val="21"/>
    </w:rPr>
  </w:style>
  <w:style w:type="paragraph" w:styleId="Heading1">
    <w:name w:val="heading 1"/>
    <w:basedOn w:val="Normal"/>
    <w:next w:val="Normal"/>
    <w:link w:val="Heading1Char"/>
    <w:uiPriority w:val="9"/>
    <w:qFormat/>
    <w:rsid w:val="00FC693F"/>
    <w:pPr>
      <w:keepNext/>
      <w:keepLines/>
      <w:spacing w:before="300" w:after="160"/>
      <w:outlineLvl w:val="0"/>
    </w:pPr>
    <w:rPr>
      <w:rFonts w:asciiTheme="majorHAnsi" w:eastAsiaTheme="majorEastAsia" w:hAnsiTheme="majorHAnsi" w:cstheme="majorBidi"/>
      <w:b/>
      <w:bCs/>
      <w:color w:val="173B45"/>
      <w:sz w:val="32"/>
      <w:szCs w:val="28"/>
    </w:rPr>
  </w:style>
  <w:style w:type="paragraph" w:styleId="Heading2">
    <w:name w:val="heading 2"/>
    <w:basedOn w:val="Normal"/>
    <w:next w:val="Normal"/>
    <w:link w:val="Heading2Char"/>
    <w:uiPriority w:val="9"/>
    <w:unhideWhenUsed/>
    <w:qFormat/>
    <w:rsid w:val="00FC693F"/>
    <w:pPr>
      <w:keepNext/>
      <w:keepLines/>
      <w:spacing w:before="220" w:after="120"/>
      <w:outlineLvl w:val="1"/>
    </w:pPr>
    <w:rPr>
      <w:rFonts w:asciiTheme="majorHAnsi" w:eastAsiaTheme="majorEastAsia" w:hAnsiTheme="majorHAnsi" w:cstheme="majorBidi"/>
      <w:b/>
      <w:bCs/>
      <w:color w:val="1F6F78"/>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3F4A4D"/>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contextualSpacing/>
    </w:pPr>
    <w:rPr>
      <w:rFonts w:asciiTheme="majorHAnsi" w:eastAsiaTheme="majorEastAsia" w:hAnsiTheme="majorHAnsi" w:cstheme="majorBidi"/>
      <w:b/>
      <w:color w:val="173B45"/>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240"/>
    </w:pPr>
    <w:rPr>
      <w:rFonts w:asciiTheme="majorHAnsi" w:eastAsiaTheme="majorEastAsia" w:hAnsiTheme="majorHAnsi" w:cstheme="majorBidi"/>
      <w:i/>
      <w:iCs/>
      <w:color w:val="1F6F78"/>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841385"/>
    <w:rPr>
      <w:sz w:val="16"/>
      <w:szCs w:val="16"/>
    </w:rPr>
  </w:style>
  <w:style w:type="paragraph" w:styleId="CommentText">
    <w:name w:val="annotation text"/>
    <w:basedOn w:val="Normal"/>
    <w:link w:val="CommentTextChar"/>
    <w:uiPriority w:val="99"/>
    <w:semiHidden/>
    <w:unhideWhenUsed/>
    <w:rsid w:val="00841385"/>
    <w:pPr>
      <w:spacing w:line="240" w:lineRule="auto"/>
    </w:pPr>
    <w:rPr>
      <w:sz w:val="20"/>
      <w:szCs w:val="20"/>
    </w:rPr>
  </w:style>
  <w:style w:type="character" w:customStyle="1" w:styleId="CommentTextChar">
    <w:name w:val="Comment Text Char"/>
    <w:basedOn w:val="DefaultParagraphFont"/>
    <w:link w:val="CommentText"/>
    <w:uiPriority w:val="99"/>
    <w:semiHidden/>
    <w:rsid w:val="00841385"/>
    <w:rPr>
      <w:rFonts w:ascii="Arial" w:hAnsi="Arial"/>
      <w:color w:val="111111"/>
      <w:sz w:val="20"/>
      <w:szCs w:val="20"/>
    </w:rPr>
  </w:style>
  <w:style w:type="paragraph" w:styleId="CommentSubject">
    <w:name w:val="annotation subject"/>
    <w:basedOn w:val="CommentText"/>
    <w:next w:val="CommentText"/>
    <w:link w:val="CommentSubjectChar"/>
    <w:uiPriority w:val="99"/>
    <w:semiHidden/>
    <w:unhideWhenUsed/>
    <w:rsid w:val="00841385"/>
    <w:rPr>
      <w:b/>
      <w:bCs/>
    </w:rPr>
  </w:style>
  <w:style w:type="character" w:customStyle="1" w:styleId="CommentSubjectChar">
    <w:name w:val="Comment Subject Char"/>
    <w:basedOn w:val="CommentTextChar"/>
    <w:link w:val="CommentSubject"/>
    <w:uiPriority w:val="99"/>
    <w:semiHidden/>
    <w:rsid w:val="00841385"/>
    <w:rPr>
      <w:rFonts w:ascii="Arial" w:hAnsi="Arial"/>
      <w:b/>
      <w:bCs/>
      <w:color w:val="111111"/>
      <w:sz w:val="20"/>
      <w:szCs w:val="20"/>
    </w:rPr>
  </w:style>
  <w:style w:type="paragraph" w:styleId="BalloonText">
    <w:name w:val="Balloon Text"/>
    <w:basedOn w:val="Normal"/>
    <w:link w:val="BalloonTextChar"/>
    <w:uiPriority w:val="99"/>
    <w:semiHidden/>
    <w:unhideWhenUsed/>
    <w:rsid w:val="007C14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14D9"/>
    <w:rPr>
      <w:rFonts w:ascii="Segoe UI" w:hAnsi="Segoe UI" w:cs="Segoe UI"/>
      <w:color w:val="111111"/>
      <w:sz w:val="18"/>
      <w:szCs w:val="18"/>
    </w:rPr>
  </w:style>
  <w:style w:type="character" w:styleId="Hyperlink">
    <w:name w:val="Hyperlink"/>
    <w:basedOn w:val="DefaultParagraphFont"/>
    <w:uiPriority w:val="99"/>
    <w:unhideWhenUsed/>
    <w:rsid w:val="005A020E"/>
    <w:rPr>
      <w:color w:val="0000FF" w:themeColor="hyperlink"/>
      <w:u w:val="single"/>
    </w:rPr>
  </w:style>
  <w:style w:type="character" w:styleId="UnresolvedMention">
    <w:name w:val="Unresolved Mention"/>
    <w:basedOn w:val="DefaultParagraphFont"/>
    <w:uiPriority w:val="99"/>
    <w:semiHidden/>
    <w:unhideWhenUsed/>
    <w:rsid w:val="005A02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552">
      <w:bodyDiv w:val="1"/>
      <w:marLeft w:val="0"/>
      <w:marRight w:val="0"/>
      <w:marTop w:val="0"/>
      <w:marBottom w:val="0"/>
      <w:divBdr>
        <w:top w:val="none" w:sz="0" w:space="0" w:color="auto"/>
        <w:left w:val="none" w:sz="0" w:space="0" w:color="auto"/>
        <w:bottom w:val="none" w:sz="0" w:space="0" w:color="auto"/>
        <w:right w:val="none" w:sz="0" w:space="0" w:color="auto"/>
      </w:divBdr>
    </w:div>
    <w:div w:id="90518108">
      <w:bodyDiv w:val="1"/>
      <w:marLeft w:val="0"/>
      <w:marRight w:val="0"/>
      <w:marTop w:val="0"/>
      <w:marBottom w:val="0"/>
      <w:divBdr>
        <w:top w:val="none" w:sz="0" w:space="0" w:color="auto"/>
        <w:left w:val="none" w:sz="0" w:space="0" w:color="auto"/>
        <w:bottom w:val="none" w:sz="0" w:space="0" w:color="auto"/>
        <w:right w:val="none" w:sz="0" w:space="0" w:color="auto"/>
      </w:divBdr>
      <w:divsChild>
        <w:div w:id="1291280650">
          <w:marLeft w:val="0"/>
          <w:marRight w:val="0"/>
          <w:marTop w:val="0"/>
          <w:marBottom w:val="0"/>
          <w:divBdr>
            <w:top w:val="none" w:sz="0" w:space="0" w:color="auto"/>
            <w:left w:val="none" w:sz="0" w:space="0" w:color="auto"/>
            <w:bottom w:val="none" w:sz="0" w:space="0" w:color="auto"/>
            <w:right w:val="none" w:sz="0" w:space="0" w:color="auto"/>
          </w:divBdr>
        </w:div>
        <w:div w:id="1420104097">
          <w:marLeft w:val="0"/>
          <w:marRight w:val="0"/>
          <w:marTop w:val="0"/>
          <w:marBottom w:val="0"/>
          <w:divBdr>
            <w:top w:val="none" w:sz="0" w:space="0" w:color="auto"/>
            <w:left w:val="none" w:sz="0" w:space="0" w:color="auto"/>
            <w:bottom w:val="none" w:sz="0" w:space="0" w:color="auto"/>
            <w:right w:val="none" w:sz="0" w:space="0" w:color="auto"/>
          </w:divBdr>
        </w:div>
        <w:div w:id="1199852402">
          <w:marLeft w:val="0"/>
          <w:marRight w:val="0"/>
          <w:marTop w:val="0"/>
          <w:marBottom w:val="0"/>
          <w:divBdr>
            <w:top w:val="none" w:sz="0" w:space="0" w:color="auto"/>
            <w:left w:val="none" w:sz="0" w:space="0" w:color="auto"/>
            <w:bottom w:val="none" w:sz="0" w:space="0" w:color="auto"/>
            <w:right w:val="none" w:sz="0" w:space="0" w:color="auto"/>
          </w:divBdr>
        </w:div>
        <w:div w:id="1775174948">
          <w:marLeft w:val="0"/>
          <w:marRight w:val="0"/>
          <w:marTop w:val="0"/>
          <w:marBottom w:val="0"/>
          <w:divBdr>
            <w:top w:val="none" w:sz="0" w:space="0" w:color="auto"/>
            <w:left w:val="none" w:sz="0" w:space="0" w:color="auto"/>
            <w:bottom w:val="none" w:sz="0" w:space="0" w:color="auto"/>
            <w:right w:val="none" w:sz="0" w:space="0" w:color="auto"/>
          </w:divBdr>
        </w:div>
        <w:div w:id="1187061353">
          <w:marLeft w:val="0"/>
          <w:marRight w:val="0"/>
          <w:marTop w:val="0"/>
          <w:marBottom w:val="0"/>
          <w:divBdr>
            <w:top w:val="none" w:sz="0" w:space="0" w:color="auto"/>
            <w:left w:val="none" w:sz="0" w:space="0" w:color="auto"/>
            <w:bottom w:val="none" w:sz="0" w:space="0" w:color="auto"/>
            <w:right w:val="none" w:sz="0" w:space="0" w:color="auto"/>
          </w:divBdr>
        </w:div>
        <w:div w:id="705372751">
          <w:marLeft w:val="0"/>
          <w:marRight w:val="0"/>
          <w:marTop w:val="0"/>
          <w:marBottom w:val="0"/>
          <w:divBdr>
            <w:top w:val="none" w:sz="0" w:space="0" w:color="auto"/>
            <w:left w:val="none" w:sz="0" w:space="0" w:color="auto"/>
            <w:bottom w:val="none" w:sz="0" w:space="0" w:color="auto"/>
            <w:right w:val="none" w:sz="0" w:space="0" w:color="auto"/>
          </w:divBdr>
        </w:div>
        <w:div w:id="1278178574">
          <w:marLeft w:val="0"/>
          <w:marRight w:val="0"/>
          <w:marTop w:val="0"/>
          <w:marBottom w:val="0"/>
          <w:divBdr>
            <w:top w:val="none" w:sz="0" w:space="0" w:color="auto"/>
            <w:left w:val="none" w:sz="0" w:space="0" w:color="auto"/>
            <w:bottom w:val="none" w:sz="0" w:space="0" w:color="auto"/>
            <w:right w:val="none" w:sz="0" w:space="0" w:color="auto"/>
          </w:divBdr>
        </w:div>
        <w:div w:id="1365061404">
          <w:marLeft w:val="0"/>
          <w:marRight w:val="0"/>
          <w:marTop w:val="0"/>
          <w:marBottom w:val="0"/>
          <w:divBdr>
            <w:top w:val="none" w:sz="0" w:space="0" w:color="auto"/>
            <w:left w:val="none" w:sz="0" w:space="0" w:color="auto"/>
            <w:bottom w:val="none" w:sz="0" w:space="0" w:color="auto"/>
            <w:right w:val="none" w:sz="0" w:space="0" w:color="auto"/>
          </w:divBdr>
        </w:div>
        <w:div w:id="1507596910">
          <w:marLeft w:val="0"/>
          <w:marRight w:val="0"/>
          <w:marTop w:val="0"/>
          <w:marBottom w:val="0"/>
          <w:divBdr>
            <w:top w:val="none" w:sz="0" w:space="0" w:color="auto"/>
            <w:left w:val="none" w:sz="0" w:space="0" w:color="auto"/>
            <w:bottom w:val="none" w:sz="0" w:space="0" w:color="auto"/>
            <w:right w:val="none" w:sz="0" w:space="0" w:color="auto"/>
          </w:divBdr>
        </w:div>
        <w:div w:id="63795426">
          <w:marLeft w:val="0"/>
          <w:marRight w:val="0"/>
          <w:marTop w:val="0"/>
          <w:marBottom w:val="0"/>
          <w:divBdr>
            <w:top w:val="none" w:sz="0" w:space="0" w:color="auto"/>
            <w:left w:val="none" w:sz="0" w:space="0" w:color="auto"/>
            <w:bottom w:val="none" w:sz="0" w:space="0" w:color="auto"/>
            <w:right w:val="none" w:sz="0" w:space="0" w:color="auto"/>
          </w:divBdr>
        </w:div>
        <w:div w:id="966812948">
          <w:marLeft w:val="0"/>
          <w:marRight w:val="0"/>
          <w:marTop w:val="0"/>
          <w:marBottom w:val="0"/>
          <w:divBdr>
            <w:top w:val="none" w:sz="0" w:space="0" w:color="auto"/>
            <w:left w:val="none" w:sz="0" w:space="0" w:color="auto"/>
            <w:bottom w:val="none" w:sz="0" w:space="0" w:color="auto"/>
            <w:right w:val="none" w:sz="0" w:space="0" w:color="auto"/>
          </w:divBdr>
        </w:div>
        <w:div w:id="1427842137">
          <w:marLeft w:val="0"/>
          <w:marRight w:val="0"/>
          <w:marTop w:val="0"/>
          <w:marBottom w:val="0"/>
          <w:divBdr>
            <w:top w:val="none" w:sz="0" w:space="0" w:color="auto"/>
            <w:left w:val="none" w:sz="0" w:space="0" w:color="auto"/>
            <w:bottom w:val="none" w:sz="0" w:space="0" w:color="auto"/>
            <w:right w:val="none" w:sz="0" w:space="0" w:color="auto"/>
          </w:divBdr>
        </w:div>
        <w:div w:id="162286684">
          <w:marLeft w:val="0"/>
          <w:marRight w:val="0"/>
          <w:marTop w:val="0"/>
          <w:marBottom w:val="0"/>
          <w:divBdr>
            <w:top w:val="none" w:sz="0" w:space="0" w:color="auto"/>
            <w:left w:val="none" w:sz="0" w:space="0" w:color="auto"/>
            <w:bottom w:val="none" w:sz="0" w:space="0" w:color="auto"/>
            <w:right w:val="none" w:sz="0" w:space="0" w:color="auto"/>
          </w:divBdr>
        </w:div>
        <w:div w:id="1925798498">
          <w:marLeft w:val="0"/>
          <w:marRight w:val="0"/>
          <w:marTop w:val="0"/>
          <w:marBottom w:val="0"/>
          <w:divBdr>
            <w:top w:val="none" w:sz="0" w:space="0" w:color="auto"/>
            <w:left w:val="none" w:sz="0" w:space="0" w:color="auto"/>
            <w:bottom w:val="none" w:sz="0" w:space="0" w:color="auto"/>
            <w:right w:val="none" w:sz="0" w:space="0" w:color="auto"/>
          </w:divBdr>
        </w:div>
        <w:div w:id="382606397">
          <w:marLeft w:val="0"/>
          <w:marRight w:val="0"/>
          <w:marTop w:val="0"/>
          <w:marBottom w:val="0"/>
          <w:divBdr>
            <w:top w:val="none" w:sz="0" w:space="0" w:color="auto"/>
            <w:left w:val="none" w:sz="0" w:space="0" w:color="auto"/>
            <w:bottom w:val="none" w:sz="0" w:space="0" w:color="auto"/>
            <w:right w:val="none" w:sz="0" w:space="0" w:color="auto"/>
          </w:divBdr>
        </w:div>
        <w:div w:id="1598363681">
          <w:marLeft w:val="0"/>
          <w:marRight w:val="0"/>
          <w:marTop w:val="0"/>
          <w:marBottom w:val="0"/>
          <w:divBdr>
            <w:top w:val="none" w:sz="0" w:space="0" w:color="auto"/>
            <w:left w:val="none" w:sz="0" w:space="0" w:color="auto"/>
            <w:bottom w:val="none" w:sz="0" w:space="0" w:color="auto"/>
            <w:right w:val="none" w:sz="0" w:space="0" w:color="auto"/>
          </w:divBdr>
        </w:div>
        <w:div w:id="775565038">
          <w:marLeft w:val="0"/>
          <w:marRight w:val="0"/>
          <w:marTop w:val="0"/>
          <w:marBottom w:val="0"/>
          <w:divBdr>
            <w:top w:val="none" w:sz="0" w:space="0" w:color="auto"/>
            <w:left w:val="none" w:sz="0" w:space="0" w:color="auto"/>
            <w:bottom w:val="none" w:sz="0" w:space="0" w:color="auto"/>
            <w:right w:val="none" w:sz="0" w:space="0" w:color="auto"/>
          </w:divBdr>
        </w:div>
        <w:div w:id="27342850">
          <w:marLeft w:val="0"/>
          <w:marRight w:val="0"/>
          <w:marTop w:val="0"/>
          <w:marBottom w:val="0"/>
          <w:divBdr>
            <w:top w:val="none" w:sz="0" w:space="0" w:color="auto"/>
            <w:left w:val="none" w:sz="0" w:space="0" w:color="auto"/>
            <w:bottom w:val="none" w:sz="0" w:space="0" w:color="auto"/>
            <w:right w:val="none" w:sz="0" w:space="0" w:color="auto"/>
          </w:divBdr>
        </w:div>
        <w:div w:id="933854218">
          <w:marLeft w:val="0"/>
          <w:marRight w:val="0"/>
          <w:marTop w:val="0"/>
          <w:marBottom w:val="0"/>
          <w:divBdr>
            <w:top w:val="none" w:sz="0" w:space="0" w:color="auto"/>
            <w:left w:val="none" w:sz="0" w:space="0" w:color="auto"/>
            <w:bottom w:val="none" w:sz="0" w:space="0" w:color="auto"/>
            <w:right w:val="none" w:sz="0" w:space="0" w:color="auto"/>
          </w:divBdr>
        </w:div>
        <w:div w:id="1092555874">
          <w:marLeft w:val="0"/>
          <w:marRight w:val="0"/>
          <w:marTop w:val="0"/>
          <w:marBottom w:val="0"/>
          <w:divBdr>
            <w:top w:val="none" w:sz="0" w:space="0" w:color="auto"/>
            <w:left w:val="none" w:sz="0" w:space="0" w:color="auto"/>
            <w:bottom w:val="none" w:sz="0" w:space="0" w:color="auto"/>
            <w:right w:val="none" w:sz="0" w:space="0" w:color="auto"/>
          </w:divBdr>
        </w:div>
        <w:div w:id="229006753">
          <w:marLeft w:val="0"/>
          <w:marRight w:val="0"/>
          <w:marTop w:val="0"/>
          <w:marBottom w:val="0"/>
          <w:divBdr>
            <w:top w:val="none" w:sz="0" w:space="0" w:color="auto"/>
            <w:left w:val="none" w:sz="0" w:space="0" w:color="auto"/>
            <w:bottom w:val="none" w:sz="0" w:space="0" w:color="auto"/>
            <w:right w:val="none" w:sz="0" w:space="0" w:color="auto"/>
          </w:divBdr>
        </w:div>
        <w:div w:id="373307381">
          <w:marLeft w:val="0"/>
          <w:marRight w:val="0"/>
          <w:marTop w:val="0"/>
          <w:marBottom w:val="0"/>
          <w:divBdr>
            <w:top w:val="none" w:sz="0" w:space="0" w:color="auto"/>
            <w:left w:val="none" w:sz="0" w:space="0" w:color="auto"/>
            <w:bottom w:val="none" w:sz="0" w:space="0" w:color="auto"/>
            <w:right w:val="none" w:sz="0" w:space="0" w:color="auto"/>
          </w:divBdr>
        </w:div>
        <w:div w:id="958561745">
          <w:marLeft w:val="0"/>
          <w:marRight w:val="0"/>
          <w:marTop w:val="0"/>
          <w:marBottom w:val="0"/>
          <w:divBdr>
            <w:top w:val="none" w:sz="0" w:space="0" w:color="auto"/>
            <w:left w:val="none" w:sz="0" w:space="0" w:color="auto"/>
            <w:bottom w:val="none" w:sz="0" w:space="0" w:color="auto"/>
            <w:right w:val="none" w:sz="0" w:space="0" w:color="auto"/>
          </w:divBdr>
        </w:div>
        <w:div w:id="1989741713">
          <w:marLeft w:val="0"/>
          <w:marRight w:val="0"/>
          <w:marTop w:val="0"/>
          <w:marBottom w:val="0"/>
          <w:divBdr>
            <w:top w:val="none" w:sz="0" w:space="0" w:color="auto"/>
            <w:left w:val="none" w:sz="0" w:space="0" w:color="auto"/>
            <w:bottom w:val="none" w:sz="0" w:space="0" w:color="auto"/>
            <w:right w:val="none" w:sz="0" w:space="0" w:color="auto"/>
          </w:divBdr>
        </w:div>
        <w:div w:id="508835839">
          <w:marLeft w:val="0"/>
          <w:marRight w:val="0"/>
          <w:marTop w:val="0"/>
          <w:marBottom w:val="0"/>
          <w:divBdr>
            <w:top w:val="none" w:sz="0" w:space="0" w:color="auto"/>
            <w:left w:val="none" w:sz="0" w:space="0" w:color="auto"/>
            <w:bottom w:val="none" w:sz="0" w:space="0" w:color="auto"/>
            <w:right w:val="none" w:sz="0" w:space="0" w:color="auto"/>
          </w:divBdr>
        </w:div>
        <w:div w:id="930432036">
          <w:marLeft w:val="0"/>
          <w:marRight w:val="0"/>
          <w:marTop w:val="0"/>
          <w:marBottom w:val="0"/>
          <w:divBdr>
            <w:top w:val="none" w:sz="0" w:space="0" w:color="auto"/>
            <w:left w:val="none" w:sz="0" w:space="0" w:color="auto"/>
            <w:bottom w:val="none" w:sz="0" w:space="0" w:color="auto"/>
            <w:right w:val="none" w:sz="0" w:space="0" w:color="auto"/>
          </w:divBdr>
        </w:div>
        <w:div w:id="1168247996">
          <w:marLeft w:val="0"/>
          <w:marRight w:val="0"/>
          <w:marTop w:val="0"/>
          <w:marBottom w:val="0"/>
          <w:divBdr>
            <w:top w:val="none" w:sz="0" w:space="0" w:color="auto"/>
            <w:left w:val="none" w:sz="0" w:space="0" w:color="auto"/>
            <w:bottom w:val="none" w:sz="0" w:space="0" w:color="auto"/>
            <w:right w:val="none" w:sz="0" w:space="0" w:color="auto"/>
          </w:divBdr>
        </w:div>
        <w:div w:id="442194857">
          <w:marLeft w:val="0"/>
          <w:marRight w:val="0"/>
          <w:marTop w:val="0"/>
          <w:marBottom w:val="0"/>
          <w:divBdr>
            <w:top w:val="none" w:sz="0" w:space="0" w:color="auto"/>
            <w:left w:val="none" w:sz="0" w:space="0" w:color="auto"/>
            <w:bottom w:val="none" w:sz="0" w:space="0" w:color="auto"/>
            <w:right w:val="none" w:sz="0" w:space="0" w:color="auto"/>
          </w:divBdr>
        </w:div>
        <w:div w:id="50270247">
          <w:marLeft w:val="0"/>
          <w:marRight w:val="0"/>
          <w:marTop w:val="0"/>
          <w:marBottom w:val="0"/>
          <w:divBdr>
            <w:top w:val="none" w:sz="0" w:space="0" w:color="auto"/>
            <w:left w:val="none" w:sz="0" w:space="0" w:color="auto"/>
            <w:bottom w:val="none" w:sz="0" w:space="0" w:color="auto"/>
            <w:right w:val="none" w:sz="0" w:space="0" w:color="auto"/>
          </w:divBdr>
        </w:div>
        <w:div w:id="981423245">
          <w:marLeft w:val="0"/>
          <w:marRight w:val="0"/>
          <w:marTop w:val="0"/>
          <w:marBottom w:val="0"/>
          <w:divBdr>
            <w:top w:val="none" w:sz="0" w:space="0" w:color="auto"/>
            <w:left w:val="none" w:sz="0" w:space="0" w:color="auto"/>
            <w:bottom w:val="none" w:sz="0" w:space="0" w:color="auto"/>
            <w:right w:val="none" w:sz="0" w:space="0" w:color="auto"/>
          </w:divBdr>
        </w:div>
        <w:div w:id="1200050640">
          <w:marLeft w:val="0"/>
          <w:marRight w:val="0"/>
          <w:marTop w:val="0"/>
          <w:marBottom w:val="0"/>
          <w:divBdr>
            <w:top w:val="none" w:sz="0" w:space="0" w:color="auto"/>
            <w:left w:val="none" w:sz="0" w:space="0" w:color="auto"/>
            <w:bottom w:val="none" w:sz="0" w:space="0" w:color="auto"/>
            <w:right w:val="none" w:sz="0" w:space="0" w:color="auto"/>
          </w:divBdr>
        </w:div>
        <w:div w:id="783963595">
          <w:marLeft w:val="0"/>
          <w:marRight w:val="0"/>
          <w:marTop w:val="0"/>
          <w:marBottom w:val="0"/>
          <w:divBdr>
            <w:top w:val="none" w:sz="0" w:space="0" w:color="auto"/>
            <w:left w:val="none" w:sz="0" w:space="0" w:color="auto"/>
            <w:bottom w:val="none" w:sz="0" w:space="0" w:color="auto"/>
            <w:right w:val="none" w:sz="0" w:space="0" w:color="auto"/>
          </w:divBdr>
        </w:div>
        <w:div w:id="2086029397">
          <w:marLeft w:val="0"/>
          <w:marRight w:val="0"/>
          <w:marTop w:val="0"/>
          <w:marBottom w:val="0"/>
          <w:divBdr>
            <w:top w:val="none" w:sz="0" w:space="0" w:color="auto"/>
            <w:left w:val="none" w:sz="0" w:space="0" w:color="auto"/>
            <w:bottom w:val="none" w:sz="0" w:space="0" w:color="auto"/>
            <w:right w:val="none" w:sz="0" w:space="0" w:color="auto"/>
          </w:divBdr>
        </w:div>
        <w:div w:id="1929577130">
          <w:marLeft w:val="0"/>
          <w:marRight w:val="0"/>
          <w:marTop w:val="0"/>
          <w:marBottom w:val="0"/>
          <w:divBdr>
            <w:top w:val="none" w:sz="0" w:space="0" w:color="auto"/>
            <w:left w:val="none" w:sz="0" w:space="0" w:color="auto"/>
            <w:bottom w:val="none" w:sz="0" w:space="0" w:color="auto"/>
            <w:right w:val="none" w:sz="0" w:space="0" w:color="auto"/>
          </w:divBdr>
        </w:div>
        <w:div w:id="795293301">
          <w:marLeft w:val="0"/>
          <w:marRight w:val="0"/>
          <w:marTop w:val="0"/>
          <w:marBottom w:val="0"/>
          <w:divBdr>
            <w:top w:val="none" w:sz="0" w:space="0" w:color="auto"/>
            <w:left w:val="none" w:sz="0" w:space="0" w:color="auto"/>
            <w:bottom w:val="none" w:sz="0" w:space="0" w:color="auto"/>
            <w:right w:val="none" w:sz="0" w:space="0" w:color="auto"/>
          </w:divBdr>
        </w:div>
        <w:div w:id="1094009418">
          <w:marLeft w:val="0"/>
          <w:marRight w:val="0"/>
          <w:marTop w:val="0"/>
          <w:marBottom w:val="0"/>
          <w:divBdr>
            <w:top w:val="none" w:sz="0" w:space="0" w:color="auto"/>
            <w:left w:val="none" w:sz="0" w:space="0" w:color="auto"/>
            <w:bottom w:val="none" w:sz="0" w:space="0" w:color="auto"/>
            <w:right w:val="none" w:sz="0" w:space="0" w:color="auto"/>
          </w:divBdr>
        </w:div>
        <w:div w:id="722488667">
          <w:marLeft w:val="0"/>
          <w:marRight w:val="0"/>
          <w:marTop w:val="0"/>
          <w:marBottom w:val="0"/>
          <w:divBdr>
            <w:top w:val="none" w:sz="0" w:space="0" w:color="auto"/>
            <w:left w:val="none" w:sz="0" w:space="0" w:color="auto"/>
            <w:bottom w:val="none" w:sz="0" w:space="0" w:color="auto"/>
            <w:right w:val="none" w:sz="0" w:space="0" w:color="auto"/>
          </w:divBdr>
        </w:div>
      </w:divsChild>
    </w:div>
    <w:div w:id="2134211420">
      <w:bodyDiv w:val="1"/>
      <w:marLeft w:val="0"/>
      <w:marRight w:val="0"/>
      <w:marTop w:val="0"/>
      <w:marBottom w:val="0"/>
      <w:divBdr>
        <w:top w:val="none" w:sz="0" w:space="0" w:color="auto"/>
        <w:left w:val="none" w:sz="0" w:space="0" w:color="auto"/>
        <w:bottom w:val="none" w:sz="0" w:space="0" w:color="auto"/>
        <w:right w:val="none" w:sz="0" w:space="0" w:color="auto"/>
      </w:divBdr>
      <w:divsChild>
        <w:div w:id="1333021163">
          <w:marLeft w:val="0"/>
          <w:marRight w:val="0"/>
          <w:marTop w:val="0"/>
          <w:marBottom w:val="0"/>
          <w:divBdr>
            <w:top w:val="none" w:sz="0" w:space="0" w:color="auto"/>
            <w:left w:val="none" w:sz="0" w:space="0" w:color="auto"/>
            <w:bottom w:val="none" w:sz="0" w:space="0" w:color="auto"/>
            <w:right w:val="none" w:sz="0" w:space="0" w:color="auto"/>
          </w:divBdr>
        </w:div>
        <w:div w:id="1780637748">
          <w:marLeft w:val="0"/>
          <w:marRight w:val="0"/>
          <w:marTop w:val="0"/>
          <w:marBottom w:val="0"/>
          <w:divBdr>
            <w:top w:val="none" w:sz="0" w:space="0" w:color="auto"/>
            <w:left w:val="none" w:sz="0" w:space="0" w:color="auto"/>
            <w:bottom w:val="none" w:sz="0" w:space="0" w:color="auto"/>
            <w:right w:val="none" w:sz="0" w:space="0" w:color="auto"/>
          </w:divBdr>
        </w:div>
        <w:div w:id="1523861861">
          <w:marLeft w:val="0"/>
          <w:marRight w:val="0"/>
          <w:marTop w:val="0"/>
          <w:marBottom w:val="0"/>
          <w:divBdr>
            <w:top w:val="none" w:sz="0" w:space="0" w:color="auto"/>
            <w:left w:val="none" w:sz="0" w:space="0" w:color="auto"/>
            <w:bottom w:val="none" w:sz="0" w:space="0" w:color="auto"/>
            <w:right w:val="none" w:sz="0" w:space="0" w:color="auto"/>
          </w:divBdr>
        </w:div>
        <w:div w:id="1345981542">
          <w:marLeft w:val="0"/>
          <w:marRight w:val="0"/>
          <w:marTop w:val="0"/>
          <w:marBottom w:val="0"/>
          <w:divBdr>
            <w:top w:val="none" w:sz="0" w:space="0" w:color="auto"/>
            <w:left w:val="none" w:sz="0" w:space="0" w:color="auto"/>
            <w:bottom w:val="none" w:sz="0" w:space="0" w:color="auto"/>
            <w:right w:val="none" w:sz="0" w:space="0" w:color="auto"/>
          </w:divBdr>
        </w:div>
        <w:div w:id="547836685">
          <w:marLeft w:val="0"/>
          <w:marRight w:val="0"/>
          <w:marTop w:val="0"/>
          <w:marBottom w:val="0"/>
          <w:divBdr>
            <w:top w:val="none" w:sz="0" w:space="0" w:color="auto"/>
            <w:left w:val="none" w:sz="0" w:space="0" w:color="auto"/>
            <w:bottom w:val="none" w:sz="0" w:space="0" w:color="auto"/>
            <w:right w:val="none" w:sz="0" w:space="0" w:color="auto"/>
          </w:divBdr>
        </w:div>
        <w:div w:id="996301125">
          <w:marLeft w:val="0"/>
          <w:marRight w:val="0"/>
          <w:marTop w:val="0"/>
          <w:marBottom w:val="0"/>
          <w:divBdr>
            <w:top w:val="none" w:sz="0" w:space="0" w:color="auto"/>
            <w:left w:val="none" w:sz="0" w:space="0" w:color="auto"/>
            <w:bottom w:val="none" w:sz="0" w:space="0" w:color="auto"/>
            <w:right w:val="none" w:sz="0" w:space="0" w:color="auto"/>
          </w:divBdr>
        </w:div>
        <w:div w:id="1309751903">
          <w:marLeft w:val="0"/>
          <w:marRight w:val="0"/>
          <w:marTop w:val="0"/>
          <w:marBottom w:val="0"/>
          <w:divBdr>
            <w:top w:val="none" w:sz="0" w:space="0" w:color="auto"/>
            <w:left w:val="none" w:sz="0" w:space="0" w:color="auto"/>
            <w:bottom w:val="none" w:sz="0" w:space="0" w:color="auto"/>
            <w:right w:val="none" w:sz="0" w:space="0" w:color="auto"/>
          </w:divBdr>
        </w:div>
        <w:div w:id="2054958124">
          <w:marLeft w:val="0"/>
          <w:marRight w:val="0"/>
          <w:marTop w:val="0"/>
          <w:marBottom w:val="0"/>
          <w:divBdr>
            <w:top w:val="none" w:sz="0" w:space="0" w:color="auto"/>
            <w:left w:val="none" w:sz="0" w:space="0" w:color="auto"/>
            <w:bottom w:val="none" w:sz="0" w:space="0" w:color="auto"/>
            <w:right w:val="none" w:sz="0" w:space="0" w:color="auto"/>
          </w:divBdr>
        </w:div>
        <w:div w:id="520897239">
          <w:marLeft w:val="0"/>
          <w:marRight w:val="0"/>
          <w:marTop w:val="0"/>
          <w:marBottom w:val="0"/>
          <w:divBdr>
            <w:top w:val="none" w:sz="0" w:space="0" w:color="auto"/>
            <w:left w:val="none" w:sz="0" w:space="0" w:color="auto"/>
            <w:bottom w:val="none" w:sz="0" w:space="0" w:color="auto"/>
            <w:right w:val="none" w:sz="0" w:space="0" w:color="auto"/>
          </w:divBdr>
        </w:div>
        <w:div w:id="1624268630">
          <w:marLeft w:val="0"/>
          <w:marRight w:val="0"/>
          <w:marTop w:val="0"/>
          <w:marBottom w:val="0"/>
          <w:divBdr>
            <w:top w:val="none" w:sz="0" w:space="0" w:color="auto"/>
            <w:left w:val="none" w:sz="0" w:space="0" w:color="auto"/>
            <w:bottom w:val="none" w:sz="0" w:space="0" w:color="auto"/>
            <w:right w:val="none" w:sz="0" w:space="0" w:color="auto"/>
          </w:divBdr>
        </w:div>
        <w:div w:id="87653341">
          <w:marLeft w:val="0"/>
          <w:marRight w:val="0"/>
          <w:marTop w:val="0"/>
          <w:marBottom w:val="0"/>
          <w:divBdr>
            <w:top w:val="none" w:sz="0" w:space="0" w:color="auto"/>
            <w:left w:val="none" w:sz="0" w:space="0" w:color="auto"/>
            <w:bottom w:val="none" w:sz="0" w:space="0" w:color="auto"/>
            <w:right w:val="none" w:sz="0" w:space="0" w:color="auto"/>
          </w:divBdr>
        </w:div>
        <w:div w:id="1770928583">
          <w:marLeft w:val="0"/>
          <w:marRight w:val="0"/>
          <w:marTop w:val="0"/>
          <w:marBottom w:val="0"/>
          <w:divBdr>
            <w:top w:val="none" w:sz="0" w:space="0" w:color="auto"/>
            <w:left w:val="none" w:sz="0" w:space="0" w:color="auto"/>
            <w:bottom w:val="none" w:sz="0" w:space="0" w:color="auto"/>
            <w:right w:val="none" w:sz="0" w:space="0" w:color="auto"/>
          </w:divBdr>
        </w:div>
        <w:div w:id="316690591">
          <w:marLeft w:val="0"/>
          <w:marRight w:val="0"/>
          <w:marTop w:val="0"/>
          <w:marBottom w:val="0"/>
          <w:divBdr>
            <w:top w:val="none" w:sz="0" w:space="0" w:color="auto"/>
            <w:left w:val="none" w:sz="0" w:space="0" w:color="auto"/>
            <w:bottom w:val="none" w:sz="0" w:space="0" w:color="auto"/>
            <w:right w:val="none" w:sz="0" w:space="0" w:color="auto"/>
          </w:divBdr>
        </w:div>
        <w:div w:id="141432873">
          <w:marLeft w:val="0"/>
          <w:marRight w:val="0"/>
          <w:marTop w:val="0"/>
          <w:marBottom w:val="0"/>
          <w:divBdr>
            <w:top w:val="none" w:sz="0" w:space="0" w:color="auto"/>
            <w:left w:val="none" w:sz="0" w:space="0" w:color="auto"/>
            <w:bottom w:val="none" w:sz="0" w:space="0" w:color="auto"/>
            <w:right w:val="none" w:sz="0" w:space="0" w:color="auto"/>
          </w:divBdr>
        </w:div>
        <w:div w:id="1823110096">
          <w:marLeft w:val="0"/>
          <w:marRight w:val="0"/>
          <w:marTop w:val="0"/>
          <w:marBottom w:val="0"/>
          <w:divBdr>
            <w:top w:val="none" w:sz="0" w:space="0" w:color="auto"/>
            <w:left w:val="none" w:sz="0" w:space="0" w:color="auto"/>
            <w:bottom w:val="none" w:sz="0" w:space="0" w:color="auto"/>
            <w:right w:val="none" w:sz="0" w:space="0" w:color="auto"/>
          </w:divBdr>
        </w:div>
        <w:div w:id="284696922">
          <w:marLeft w:val="0"/>
          <w:marRight w:val="0"/>
          <w:marTop w:val="0"/>
          <w:marBottom w:val="0"/>
          <w:divBdr>
            <w:top w:val="none" w:sz="0" w:space="0" w:color="auto"/>
            <w:left w:val="none" w:sz="0" w:space="0" w:color="auto"/>
            <w:bottom w:val="none" w:sz="0" w:space="0" w:color="auto"/>
            <w:right w:val="none" w:sz="0" w:space="0" w:color="auto"/>
          </w:divBdr>
        </w:div>
        <w:div w:id="2131240169">
          <w:marLeft w:val="0"/>
          <w:marRight w:val="0"/>
          <w:marTop w:val="0"/>
          <w:marBottom w:val="0"/>
          <w:divBdr>
            <w:top w:val="none" w:sz="0" w:space="0" w:color="auto"/>
            <w:left w:val="none" w:sz="0" w:space="0" w:color="auto"/>
            <w:bottom w:val="none" w:sz="0" w:space="0" w:color="auto"/>
            <w:right w:val="none" w:sz="0" w:space="0" w:color="auto"/>
          </w:divBdr>
        </w:div>
        <w:div w:id="565187934">
          <w:marLeft w:val="0"/>
          <w:marRight w:val="0"/>
          <w:marTop w:val="0"/>
          <w:marBottom w:val="0"/>
          <w:divBdr>
            <w:top w:val="none" w:sz="0" w:space="0" w:color="auto"/>
            <w:left w:val="none" w:sz="0" w:space="0" w:color="auto"/>
            <w:bottom w:val="none" w:sz="0" w:space="0" w:color="auto"/>
            <w:right w:val="none" w:sz="0" w:space="0" w:color="auto"/>
          </w:divBdr>
        </w:div>
        <w:div w:id="1156804096">
          <w:marLeft w:val="0"/>
          <w:marRight w:val="0"/>
          <w:marTop w:val="0"/>
          <w:marBottom w:val="0"/>
          <w:divBdr>
            <w:top w:val="none" w:sz="0" w:space="0" w:color="auto"/>
            <w:left w:val="none" w:sz="0" w:space="0" w:color="auto"/>
            <w:bottom w:val="none" w:sz="0" w:space="0" w:color="auto"/>
            <w:right w:val="none" w:sz="0" w:space="0" w:color="auto"/>
          </w:divBdr>
        </w:div>
        <w:div w:id="491455111">
          <w:marLeft w:val="0"/>
          <w:marRight w:val="0"/>
          <w:marTop w:val="0"/>
          <w:marBottom w:val="0"/>
          <w:divBdr>
            <w:top w:val="none" w:sz="0" w:space="0" w:color="auto"/>
            <w:left w:val="none" w:sz="0" w:space="0" w:color="auto"/>
            <w:bottom w:val="none" w:sz="0" w:space="0" w:color="auto"/>
            <w:right w:val="none" w:sz="0" w:space="0" w:color="auto"/>
          </w:divBdr>
        </w:div>
        <w:div w:id="1837525589">
          <w:marLeft w:val="0"/>
          <w:marRight w:val="0"/>
          <w:marTop w:val="0"/>
          <w:marBottom w:val="0"/>
          <w:divBdr>
            <w:top w:val="none" w:sz="0" w:space="0" w:color="auto"/>
            <w:left w:val="none" w:sz="0" w:space="0" w:color="auto"/>
            <w:bottom w:val="none" w:sz="0" w:space="0" w:color="auto"/>
            <w:right w:val="none" w:sz="0" w:space="0" w:color="auto"/>
          </w:divBdr>
        </w:div>
        <w:div w:id="1852793864">
          <w:marLeft w:val="0"/>
          <w:marRight w:val="0"/>
          <w:marTop w:val="0"/>
          <w:marBottom w:val="0"/>
          <w:divBdr>
            <w:top w:val="none" w:sz="0" w:space="0" w:color="auto"/>
            <w:left w:val="none" w:sz="0" w:space="0" w:color="auto"/>
            <w:bottom w:val="none" w:sz="0" w:space="0" w:color="auto"/>
            <w:right w:val="none" w:sz="0" w:space="0" w:color="auto"/>
          </w:divBdr>
        </w:div>
        <w:div w:id="842747069">
          <w:marLeft w:val="0"/>
          <w:marRight w:val="0"/>
          <w:marTop w:val="0"/>
          <w:marBottom w:val="0"/>
          <w:divBdr>
            <w:top w:val="none" w:sz="0" w:space="0" w:color="auto"/>
            <w:left w:val="none" w:sz="0" w:space="0" w:color="auto"/>
            <w:bottom w:val="none" w:sz="0" w:space="0" w:color="auto"/>
            <w:right w:val="none" w:sz="0" w:space="0" w:color="auto"/>
          </w:divBdr>
        </w:div>
        <w:div w:id="449516937">
          <w:marLeft w:val="0"/>
          <w:marRight w:val="0"/>
          <w:marTop w:val="0"/>
          <w:marBottom w:val="0"/>
          <w:divBdr>
            <w:top w:val="none" w:sz="0" w:space="0" w:color="auto"/>
            <w:left w:val="none" w:sz="0" w:space="0" w:color="auto"/>
            <w:bottom w:val="none" w:sz="0" w:space="0" w:color="auto"/>
            <w:right w:val="none" w:sz="0" w:space="0" w:color="auto"/>
          </w:divBdr>
        </w:div>
        <w:div w:id="1004238440">
          <w:marLeft w:val="0"/>
          <w:marRight w:val="0"/>
          <w:marTop w:val="0"/>
          <w:marBottom w:val="0"/>
          <w:divBdr>
            <w:top w:val="none" w:sz="0" w:space="0" w:color="auto"/>
            <w:left w:val="none" w:sz="0" w:space="0" w:color="auto"/>
            <w:bottom w:val="none" w:sz="0" w:space="0" w:color="auto"/>
            <w:right w:val="none" w:sz="0" w:space="0" w:color="auto"/>
          </w:divBdr>
        </w:div>
        <w:div w:id="706832690">
          <w:marLeft w:val="0"/>
          <w:marRight w:val="0"/>
          <w:marTop w:val="0"/>
          <w:marBottom w:val="0"/>
          <w:divBdr>
            <w:top w:val="none" w:sz="0" w:space="0" w:color="auto"/>
            <w:left w:val="none" w:sz="0" w:space="0" w:color="auto"/>
            <w:bottom w:val="none" w:sz="0" w:space="0" w:color="auto"/>
            <w:right w:val="none" w:sz="0" w:space="0" w:color="auto"/>
          </w:divBdr>
        </w:div>
        <w:div w:id="999425690">
          <w:marLeft w:val="0"/>
          <w:marRight w:val="0"/>
          <w:marTop w:val="0"/>
          <w:marBottom w:val="0"/>
          <w:divBdr>
            <w:top w:val="none" w:sz="0" w:space="0" w:color="auto"/>
            <w:left w:val="none" w:sz="0" w:space="0" w:color="auto"/>
            <w:bottom w:val="none" w:sz="0" w:space="0" w:color="auto"/>
            <w:right w:val="none" w:sz="0" w:space="0" w:color="auto"/>
          </w:divBdr>
        </w:div>
        <w:div w:id="1398624991">
          <w:marLeft w:val="0"/>
          <w:marRight w:val="0"/>
          <w:marTop w:val="0"/>
          <w:marBottom w:val="0"/>
          <w:divBdr>
            <w:top w:val="none" w:sz="0" w:space="0" w:color="auto"/>
            <w:left w:val="none" w:sz="0" w:space="0" w:color="auto"/>
            <w:bottom w:val="none" w:sz="0" w:space="0" w:color="auto"/>
            <w:right w:val="none" w:sz="0" w:space="0" w:color="auto"/>
          </w:divBdr>
        </w:div>
        <w:div w:id="1379209411">
          <w:marLeft w:val="0"/>
          <w:marRight w:val="0"/>
          <w:marTop w:val="0"/>
          <w:marBottom w:val="0"/>
          <w:divBdr>
            <w:top w:val="none" w:sz="0" w:space="0" w:color="auto"/>
            <w:left w:val="none" w:sz="0" w:space="0" w:color="auto"/>
            <w:bottom w:val="none" w:sz="0" w:space="0" w:color="auto"/>
            <w:right w:val="none" w:sz="0" w:space="0" w:color="auto"/>
          </w:divBdr>
        </w:div>
        <w:div w:id="464665498">
          <w:marLeft w:val="0"/>
          <w:marRight w:val="0"/>
          <w:marTop w:val="0"/>
          <w:marBottom w:val="0"/>
          <w:divBdr>
            <w:top w:val="none" w:sz="0" w:space="0" w:color="auto"/>
            <w:left w:val="none" w:sz="0" w:space="0" w:color="auto"/>
            <w:bottom w:val="none" w:sz="0" w:space="0" w:color="auto"/>
            <w:right w:val="none" w:sz="0" w:space="0" w:color="auto"/>
          </w:divBdr>
        </w:div>
        <w:div w:id="642543560">
          <w:marLeft w:val="0"/>
          <w:marRight w:val="0"/>
          <w:marTop w:val="0"/>
          <w:marBottom w:val="0"/>
          <w:divBdr>
            <w:top w:val="none" w:sz="0" w:space="0" w:color="auto"/>
            <w:left w:val="none" w:sz="0" w:space="0" w:color="auto"/>
            <w:bottom w:val="none" w:sz="0" w:space="0" w:color="auto"/>
            <w:right w:val="none" w:sz="0" w:space="0" w:color="auto"/>
          </w:divBdr>
        </w:div>
        <w:div w:id="1831015751">
          <w:marLeft w:val="0"/>
          <w:marRight w:val="0"/>
          <w:marTop w:val="0"/>
          <w:marBottom w:val="0"/>
          <w:divBdr>
            <w:top w:val="none" w:sz="0" w:space="0" w:color="auto"/>
            <w:left w:val="none" w:sz="0" w:space="0" w:color="auto"/>
            <w:bottom w:val="none" w:sz="0" w:space="0" w:color="auto"/>
            <w:right w:val="none" w:sz="0" w:space="0" w:color="auto"/>
          </w:divBdr>
        </w:div>
        <w:div w:id="1413240093">
          <w:marLeft w:val="0"/>
          <w:marRight w:val="0"/>
          <w:marTop w:val="0"/>
          <w:marBottom w:val="0"/>
          <w:divBdr>
            <w:top w:val="none" w:sz="0" w:space="0" w:color="auto"/>
            <w:left w:val="none" w:sz="0" w:space="0" w:color="auto"/>
            <w:bottom w:val="none" w:sz="0" w:space="0" w:color="auto"/>
            <w:right w:val="none" w:sz="0" w:space="0" w:color="auto"/>
          </w:divBdr>
        </w:div>
        <w:div w:id="1251431825">
          <w:marLeft w:val="0"/>
          <w:marRight w:val="0"/>
          <w:marTop w:val="0"/>
          <w:marBottom w:val="0"/>
          <w:divBdr>
            <w:top w:val="none" w:sz="0" w:space="0" w:color="auto"/>
            <w:left w:val="none" w:sz="0" w:space="0" w:color="auto"/>
            <w:bottom w:val="none" w:sz="0" w:space="0" w:color="auto"/>
            <w:right w:val="none" w:sz="0" w:space="0" w:color="auto"/>
          </w:divBdr>
        </w:div>
        <w:div w:id="712656198">
          <w:marLeft w:val="0"/>
          <w:marRight w:val="0"/>
          <w:marTop w:val="0"/>
          <w:marBottom w:val="0"/>
          <w:divBdr>
            <w:top w:val="none" w:sz="0" w:space="0" w:color="auto"/>
            <w:left w:val="none" w:sz="0" w:space="0" w:color="auto"/>
            <w:bottom w:val="none" w:sz="0" w:space="0" w:color="auto"/>
            <w:right w:val="none" w:sz="0" w:space="0" w:color="auto"/>
          </w:divBdr>
        </w:div>
        <w:div w:id="952591818">
          <w:marLeft w:val="0"/>
          <w:marRight w:val="0"/>
          <w:marTop w:val="0"/>
          <w:marBottom w:val="0"/>
          <w:divBdr>
            <w:top w:val="none" w:sz="0" w:space="0" w:color="auto"/>
            <w:left w:val="none" w:sz="0" w:space="0" w:color="auto"/>
            <w:bottom w:val="none" w:sz="0" w:space="0" w:color="auto"/>
            <w:right w:val="none" w:sz="0" w:space="0" w:color="auto"/>
          </w:divBdr>
        </w:div>
        <w:div w:id="553392216">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olevalmis.ee/elektrikatkestus" TargetMode="External"/><Relationship Id="rId18" Type="http://schemas.openxmlformats.org/officeDocument/2006/relationships/hyperlink" Target="https://www.kriis.ee/kriisideks-valmistumine-eestis/kriisideks-valmistumine-eestis/varjumine-ja-varjumiskohad" TargetMode="External"/><Relationship Id="rId3" Type="http://schemas.openxmlformats.org/officeDocument/2006/relationships/styles" Target="styles.xml"/><Relationship Id="rId21" Type="http://schemas.openxmlformats.org/officeDocument/2006/relationships/hyperlink" Target="https://dea.digar.ee/?a=d&amp;d=vorulinna20191101.2.18" TargetMode="External"/><Relationship Id="rId7" Type="http://schemas.openxmlformats.org/officeDocument/2006/relationships/endnotes" Target="endnotes.xml"/><Relationship Id="rId12" Type="http://schemas.openxmlformats.org/officeDocument/2006/relationships/hyperlink" Target="https://www.olevalmis.ee/kodused-varud" TargetMode="External"/><Relationship Id="rId17" Type="http://schemas.openxmlformats.org/officeDocument/2006/relationships/hyperlink" Target="https://www.kriis.ee"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olevalmis.ee/varjumine" TargetMode="External"/><Relationship Id="rId20" Type="http://schemas.openxmlformats.org/officeDocument/2006/relationships/hyperlink" Target="https://www.err.ee/996779/torm-naitas-et-riik-pole-kriisideks-veel-valmi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allinn.ee/et/kriisiennetus/kas-sinu-maja-kriisiks-valmis"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olevalmis.ee/ohuteavitus-ehk-ee-alarm" TargetMode="External"/><Relationship Id="rId23" Type="http://schemas.openxmlformats.org/officeDocument/2006/relationships/image" Target="media/image2.jpg"/><Relationship Id="rId10" Type="http://schemas.openxmlformats.org/officeDocument/2006/relationships/footer" Target="footer1.xml"/><Relationship Id="rId19" Type="http://schemas.openxmlformats.org/officeDocument/2006/relationships/hyperlink" Target="https://www.kriis.ee/kriisideks-valmistumine-eestis/kriisideks-valmistumine-eestis/elutahtsad-teenused"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olevalmis.ee/sidekatkestus" TargetMode="External"/><Relationship Id="rId22" Type="http://schemas.openxmlformats.org/officeDocument/2006/relationships/hyperlink" Target="https://www.tallinn.ee/et/kriisiennet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5EA568-5BBA-4014-9D07-8189E8EA5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455</TotalTime>
  <Pages>1</Pages>
  <Words>2935</Words>
  <Characters>17027</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Valmis kriisiks: inimene, kodu ja kogukond – töövihik</vt:lpstr>
    </vt:vector>
  </TitlesOfParts>
  <Manager/>
  <Company/>
  <LinksUpToDate>false</LinksUpToDate>
  <CharactersWithSpaces>19923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Valmis kriisiks: inimene, kodu ja kogukond – töövihik</dc:title>
  <dc:subject>Praktiline kriisivalmiduse töövihik</dc:subject>
  <dc:creator>Koolitusmaterjal</dc:creator>
  <cp:keywords>kriisivalmidus, töövihik, koduvaru, varjumine, evakuatsioon</cp:keywords>
  <dc:description>generated by python-docx</dc:description>
  <cp:lastModifiedBy>Artur Raudna</cp:lastModifiedBy>
  <cp:revision>10</cp:revision>
  <dcterms:created xsi:type="dcterms:W3CDTF">2026-09-11T09:17:00Z</dcterms:created>
  <dcterms:modified xsi:type="dcterms:W3CDTF">2026-09-22T12:18:00Z</dcterms:modified>
  <cp:category/>
</cp:coreProperties>
</file>